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Seni Cetak Sederhana dari Bahan Alami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prinsip kerja seni cetak cap menggunakan acuan bergambar dan pewarna.</w:t>
      </w:r>
    </w:p>
    <w:p>
      <w:pPr>
        <w:pStyle w:val="ListNumber"/>
      </w:pPr>
      <w:r>
        <w:rPr>
          <w:rFonts w:ascii="Calibri" w:hAnsi="Calibri"/>
          <w:b w:val="0"/>
          <w:i w:val="0"/>
          <w:color w:val="000000"/>
          <w:sz w:val="19"/>
        </w:rPr>
        <w:t>Membuat aneka motif cetakan menggunakan bahan alam (pelepah pisang, daun, wortel).</w:t>
      </w:r>
    </w:p>
    <w:p>
      <w:pPr>
        <w:pStyle w:val="ListNumber"/>
      </w:pPr>
      <w:r>
        <w:rPr>
          <w:rFonts w:ascii="Calibri" w:hAnsi="Calibri"/>
          <w:b w:val="0"/>
          <w:i w:val="0"/>
          <w:color w:val="000000"/>
          <w:sz w:val="19"/>
        </w:rPr>
        <w:t>Menyusun cap motif secara berulang untuk membentuk pola hiasan bidang yang teratur.</w:t>
      </w:r>
    </w:p>
    <w:p>
      <w:pPr>
        <w:pStyle w:val="ListNumber"/>
      </w:pPr>
      <w:r>
        <w:rPr>
          <w:rFonts w:ascii="Calibri" w:hAnsi="Calibri"/>
          <w:b w:val="0"/>
          <w:i w:val="0"/>
          <w:color w:val="000000"/>
          <w:sz w:val="19"/>
        </w:rPr>
        <w:t>Menunjukkan kepedulian terhadap kelestarian alam melalui pemanfaatan bahan organik sisa.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Seni Rupa Kelas 1 SD Bab 7 untuk mempraktikkan teknik seni grafis cetak tinggi sederhana menggunakan pelepah pisang, potongan wortel/kentang, dan cap daun alami.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Prinsip Seni Cetak Cap (Stamping)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bagaimana cap telapak tangan atau stempel menghasilkan gambar berulang.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Membuat Cap dari Pelepah Pisang dan Sayuran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Mencelupkan penampang pelepah pisang ke piring cat dan mencetaknya pada kertas gambar.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Menyusun Pola Hiasan Kertas Kado Berulang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Menata cetakan cap secara berulang teratur menjadi pola dekorasi pembungkus hadiah.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Seni cetak sederhana dari bahan alami dapat memanfaatkan bagian tumbuhan berupa...</w:t>
      </w:r>
    </w:p>
    <w:p>
      <w:pPr>
        <w:spacing w:before="0" w:after="20"/>
        <w:ind w:left="576"/>
      </w:pPr>
      <w:r>
        <w:rPr>
          <w:rFonts w:ascii="Calibri" w:hAnsi="Calibri"/>
          <w:b w:val="0"/>
          <w:i w:val="0"/>
          <w:color w:val="000000"/>
          <w:sz w:val="18"/>
        </w:rPr>
        <w:t>A. Daun berurat tegas, pelepah pisang, dan irisan buah</w:t>
      </w:r>
    </w:p>
    <w:p>
      <w:pPr>
        <w:spacing w:before="0" w:after="20"/>
        <w:ind w:left="576"/>
      </w:pPr>
      <w:r>
        <w:rPr>
          <w:rFonts w:ascii="Calibri" w:hAnsi="Calibri"/>
          <w:b w:val="0"/>
          <w:i w:val="0"/>
          <w:color w:val="000000"/>
          <w:sz w:val="18"/>
        </w:rPr>
        <w:t>B. Kawat berduri</w:t>
      </w:r>
    </w:p>
    <w:p>
      <w:pPr>
        <w:spacing w:before="0" w:after="20"/>
        <w:ind w:left="576"/>
      </w:pPr>
      <w:r>
        <w:rPr>
          <w:rFonts w:ascii="Calibri" w:hAnsi="Calibri"/>
          <w:b w:val="0"/>
          <w:i w:val="0"/>
          <w:color w:val="000000"/>
          <w:sz w:val="18"/>
        </w:rPr>
        <w:t>C. Botol kaca pecah</w:t>
      </w:r>
    </w:p>
    <w:p>
      <w:pPr>
        <w:spacing w:before="0" w:after="20"/>
        <w:ind w:left="576"/>
      </w:pPr>
      <w:r>
        <w:rPr>
          <w:rFonts w:ascii="Calibri" w:hAnsi="Calibri"/>
          <w:b w:val="0"/>
          <w:i w:val="0"/>
          <w:color w:val="000000"/>
          <w:sz w:val="18"/>
        </w:rPr>
        <w:t>D. Busa deterjen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Daun alami dan pelepah pisang memiliki struktur penampang berserat yang menghasilkan cetakan pola motif yang unik.</w:t>
      </w:r>
    </w:p>
    <w:p>
      <w:pPr>
        <w:spacing w:before="80" w:after="40"/>
        <w:ind w:left="216"/>
      </w:pPr>
      <w:r>
        <w:rPr>
          <w:rFonts w:ascii="Calibri" w:hAnsi="Calibri"/>
          <w:b/>
          <w:color w:val="000000"/>
          <w:sz w:val="19"/>
        </w:rPr>
        <w:t xml:space="preserve">2. </w:t>
      </w:r>
      <w:r>
        <w:rPr>
          <w:rFonts w:ascii="Calibri" w:hAnsi="Calibri"/>
          <w:b w:val="0"/>
          <w:i w:val="0"/>
          <w:color w:val="000000"/>
          <w:sz w:val="19"/>
        </w:rPr>
        <w:t>Teknik mencetak dengan pelepah pisang dilakukan dengan cara...</w:t>
      </w:r>
    </w:p>
    <w:p>
      <w:pPr>
        <w:spacing w:before="0" w:after="20"/>
        <w:ind w:left="576"/>
      </w:pPr>
      <w:r>
        <w:rPr>
          <w:rFonts w:ascii="Calibri" w:hAnsi="Calibri"/>
          <w:b w:val="0"/>
          <w:i w:val="0"/>
          <w:color w:val="000000"/>
          <w:sz w:val="18"/>
        </w:rPr>
        <w:t>A. Mencelupkan penampang pelepah pisang ke cat air lalu mengecapkannya di atas kertas</w:t>
      </w:r>
    </w:p>
    <w:p>
      <w:pPr>
        <w:spacing w:before="0" w:after="20"/>
        <w:ind w:left="576"/>
      </w:pPr>
      <w:r>
        <w:rPr>
          <w:rFonts w:ascii="Calibri" w:hAnsi="Calibri"/>
          <w:b w:val="0"/>
          <w:i w:val="0"/>
          <w:color w:val="000000"/>
          <w:sz w:val="18"/>
        </w:rPr>
        <w:t>B. Menggosokkan pelepah pisang ke lantai</w:t>
      </w:r>
    </w:p>
    <w:p>
      <w:pPr>
        <w:spacing w:before="0" w:after="20"/>
        <w:ind w:left="576"/>
      </w:pPr>
      <w:r>
        <w:rPr>
          <w:rFonts w:ascii="Calibri" w:hAnsi="Calibri"/>
          <w:b w:val="0"/>
          <w:i w:val="0"/>
          <w:color w:val="000000"/>
          <w:sz w:val="18"/>
        </w:rPr>
        <w:t>C. Merobek pelepah pisang menjadi serat halus</w:t>
      </w:r>
    </w:p>
    <w:p>
      <w:pPr>
        <w:spacing w:before="0" w:after="20"/>
        <w:ind w:left="576"/>
      </w:pPr>
      <w:r>
        <w:rPr>
          <w:rFonts w:ascii="Calibri" w:hAnsi="Calibri"/>
          <w:b w:val="0"/>
          <w:i w:val="0"/>
          <w:color w:val="000000"/>
          <w:sz w:val="18"/>
        </w:rPr>
        <w:t>D. Mengubur pelepah pisang di dalam tanah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Ujung potongan pelepah pisang dicap pada bantalan warna cat air kemudian ditekan di kertas putih (teknik cetak cap).</w:t>
      </w:r>
    </w:p>
    <w:p>
      <w:pPr>
        <w:spacing w:before="80" w:after="40"/>
        <w:ind w:left="216"/>
      </w:pPr>
      <w:r>
        <w:rPr>
          <w:rFonts w:ascii="Calibri" w:hAnsi="Calibri"/>
          <w:b/>
          <w:color w:val="000000"/>
          <w:sz w:val="19"/>
        </w:rPr>
        <w:t xml:space="preserve">3. </w:t>
      </w:r>
      <w:r>
        <w:rPr>
          <w:rFonts w:ascii="Calibri" w:hAnsi="Calibri"/>
          <w:b w:val="0"/>
          <w:i w:val="0"/>
          <w:color w:val="000000"/>
          <w:sz w:val="19"/>
        </w:rPr>
        <w:t>Bahan pewarna yang aman dan mudah dibersihkan untuk aktivitas cetak seni kelas 1 SD adalah...</w:t>
      </w:r>
    </w:p>
    <w:p>
      <w:pPr>
        <w:spacing w:before="0" w:after="20"/>
        <w:ind w:left="576"/>
      </w:pPr>
      <w:r>
        <w:rPr>
          <w:rFonts w:ascii="Calibri" w:hAnsi="Calibri"/>
          <w:b w:val="0"/>
          <w:i w:val="0"/>
          <w:color w:val="000000"/>
          <w:sz w:val="18"/>
        </w:rPr>
        <w:t>A. Cat air atau pewarna makanan</w:t>
      </w:r>
    </w:p>
    <w:p>
      <w:pPr>
        <w:spacing w:before="0" w:after="20"/>
        <w:ind w:left="576"/>
      </w:pPr>
      <w:r>
        <w:rPr>
          <w:rFonts w:ascii="Calibri" w:hAnsi="Calibri"/>
          <w:b w:val="0"/>
          <w:i w:val="0"/>
          <w:color w:val="000000"/>
          <w:sz w:val="18"/>
        </w:rPr>
        <w:t>B. Cat minyak tembok berbau tajam</w:t>
      </w:r>
    </w:p>
    <w:p>
      <w:pPr>
        <w:spacing w:before="0" w:after="20"/>
        <w:ind w:left="576"/>
      </w:pPr>
      <w:r>
        <w:rPr>
          <w:rFonts w:ascii="Calibri" w:hAnsi="Calibri"/>
          <w:b w:val="0"/>
          <w:i w:val="0"/>
          <w:color w:val="000000"/>
          <w:sz w:val="18"/>
        </w:rPr>
        <w:t>C. Tinta aspal</w:t>
      </w:r>
    </w:p>
    <w:p>
      <w:pPr>
        <w:spacing w:before="0" w:after="20"/>
        <w:ind w:left="576"/>
      </w:pPr>
      <w:r>
        <w:rPr>
          <w:rFonts w:ascii="Calibri" w:hAnsi="Calibri"/>
          <w:b w:val="0"/>
          <w:i w:val="0"/>
          <w:color w:val="000000"/>
          <w:sz w:val="18"/>
        </w:rPr>
        <w:t>D. Cat semprot beracun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Cat air berbasis air (water-based) atau pewarna makanan alami sangat aman, tidak beracun, dan mudah dicuci.</w:t>
      </w:r>
    </w:p>
    <w:p>
      <w:pPr>
        <w:spacing w:before="80" w:after="40"/>
        <w:ind w:left="216"/>
      </w:pPr>
      <w:r>
        <w:rPr>
          <w:rFonts w:ascii="Calibri" w:hAnsi="Calibri"/>
          <w:b/>
          <w:color w:val="000000"/>
          <w:sz w:val="19"/>
        </w:rPr>
        <w:t xml:space="preserve">4. </w:t>
      </w:r>
      <w:r>
        <w:rPr>
          <w:rFonts w:ascii="Calibri" w:hAnsi="Calibri"/>
          <w:b w:val="0"/>
          <w:i w:val="0"/>
          <w:color w:val="000000"/>
          <w:sz w:val="19"/>
        </w:rPr>
        <w:t>Cetakan dari irisan buah belimbing yang dipotong melintang akan menghasilkan bentuk pola motif...</w:t>
      </w:r>
    </w:p>
    <w:p>
      <w:pPr>
        <w:spacing w:before="0" w:after="20"/>
        <w:ind w:left="576"/>
      </w:pPr>
      <w:r>
        <w:rPr>
          <w:rFonts w:ascii="Calibri" w:hAnsi="Calibri"/>
          <w:b w:val="0"/>
          <w:i w:val="0"/>
          <w:color w:val="000000"/>
          <w:sz w:val="18"/>
        </w:rPr>
        <w:t>A. Bintang bersudut lima</w:t>
      </w:r>
    </w:p>
    <w:p>
      <w:pPr>
        <w:spacing w:before="0" w:after="20"/>
        <w:ind w:left="576"/>
      </w:pPr>
      <w:r>
        <w:rPr>
          <w:rFonts w:ascii="Calibri" w:hAnsi="Calibri"/>
          <w:b w:val="0"/>
          <w:i w:val="0"/>
          <w:color w:val="000000"/>
          <w:sz w:val="18"/>
        </w:rPr>
        <w:t>B. Persegi panjang</w:t>
      </w:r>
    </w:p>
    <w:p>
      <w:pPr>
        <w:spacing w:before="0" w:after="20"/>
        <w:ind w:left="576"/>
      </w:pPr>
      <w:r>
        <w:rPr>
          <w:rFonts w:ascii="Calibri" w:hAnsi="Calibri"/>
          <w:b w:val="0"/>
          <w:i w:val="0"/>
          <w:color w:val="000000"/>
          <w:sz w:val="18"/>
        </w:rPr>
        <w:t>C. Lingkaran polos</w:t>
      </w:r>
    </w:p>
    <w:p>
      <w:pPr>
        <w:spacing w:before="0" w:after="20"/>
        <w:ind w:left="576"/>
      </w:pPr>
      <w:r>
        <w:rPr>
          <w:rFonts w:ascii="Calibri" w:hAnsi="Calibri"/>
          <w:b w:val="0"/>
          <w:i w:val="0"/>
          <w:color w:val="000000"/>
          <w:sz w:val="18"/>
        </w:rPr>
        <w:t>D. Segitiga siku-siku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Irisan melintang buah belimbing secara alami membentuk motif bintang yang cantik.</w:t>
      </w:r>
    </w:p>
    <w:p>
      <w:pPr>
        <w:spacing w:before="80" w:after="40"/>
        <w:ind w:left="216"/>
      </w:pPr>
      <w:r>
        <w:rPr>
          <w:rFonts w:ascii="Calibri" w:hAnsi="Calibri"/>
          <w:b/>
          <w:color w:val="000000"/>
          <w:sz w:val="19"/>
        </w:rPr>
        <w:t xml:space="preserve">5. </w:t>
      </w:r>
      <w:r>
        <w:rPr>
          <w:rFonts w:ascii="Calibri" w:hAnsi="Calibri"/>
          <w:b w:val="0"/>
          <w:i w:val="0"/>
          <w:color w:val="000000"/>
          <w:sz w:val="19"/>
        </w:rPr>
        <w:t>Setelah selesai melakukan kegiatan seni cetak cap, sikap tertib yang harus kita lakukan adalah...</w:t>
      </w:r>
    </w:p>
    <w:p>
      <w:pPr>
        <w:spacing w:before="0" w:after="20"/>
        <w:ind w:left="576"/>
      </w:pPr>
      <w:r>
        <w:rPr>
          <w:rFonts w:ascii="Calibri" w:hAnsi="Calibri"/>
          <w:b w:val="0"/>
          <w:i w:val="0"/>
          <w:color w:val="000000"/>
          <w:sz w:val="18"/>
        </w:rPr>
        <w:t>A. Mencuci tangan hingga bersih dan merapikan kembali peralatan</w:t>
      </w:r>
    </w:p>
    <w:p>
      <w:pPr>
        <w:spacing w:before="0" w:after="20"/>
        <w:ind w:left="576"/>
      </w:pPr>
      <w:r>
        <w:rPr>
          <w:rFonts w:ascii="Calibri" w:hAnsi="Calibri"/>
          <w:b w:val="0"/>
          <w:i w:val="0"/>
          <w:color w:val="000000"/>
          <w:sz w:val="18"/>
        </w:rPr>
        <w:t>B. Mengelap tangan yang penuh cat ke baju seragam teman</w:t>
      </w:r>
    </w:p>
    <w:p>
      <w:pPr>
        <w:spacing w:before="0" w:after="20"/>
        <w:ind w:left="576"/>
      </w:pPr>
      <w:r>
        <w:rPr>
          <w:rFonts w:ascii="Calibri" w:hAnsi="Calibri"/>
          <w:b w:val="0"/>
          <w:i w:val="0"/>
          <w:color w:val="000000"/>
          <w:sz w:val="18"/>
        </w:rPr>
        <w:t>C. Membiarkan meja kelas kotor berantakan</w:t>
      </w:r>
    </w:p>
    <w:p>
      <w:pPr>
        <w:spacing w:before="0" w:after="20"/>
        <w:ind w:left="576"/>
      </w:pPr>
      <w:r>
        <w:rPr>
          <w:rFonts w:ascii="Calibri" w:hAnsi="Calibri"/>
          <w:b w:val="0"/>
          <w:i w:val="0"/>
          <w:color w:val="000000"/>
          <w:sz w:val="18"/>
        </w:rPr>
        <w:t>D. Langsung lari ke luar ruangan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Menjaga kebersihan diri dan merapikan kembali media belajar adalah pembiasaan karakter disiplin dan tanggung jawab.</w:t>
      </w:r>
    </w:p>
    <w:p>
      <w:r>
        <w:br w:type="page"/>
      </w:r>
    </w:p>
    <w:p>
      <w:pPr>
        <w:pStyle w:val="Title"/>
      </w:pPr>
      <w:r>
        <w:t>LEMBAR KERJA PESERTA DIDIK (LKPD)</w:t>
      </w:r>
    </w:p>
    <w:p>
      <w:pPr>
        <w:pStyle w:val="Subtitle"/>
      </w:pPr>
      <w:r>
        <w:t>Mata Pelajaran: Seni Rupa • Bab 7: Seni Cetak Sederhana dari Bahan Alami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Prinsip Seni Cetak Cap (Stamping)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bagaimana cap telapak tangan atau stempel menghasilkan gambar berulang.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Membuat Cap dari Pelepah Pisang dan Sayuran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Mencelupkan penampang pelepah pisang ke piring cat dan mencetaknya pada kertas gambar.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Menyusun Pola Hiasan Kertas Kado Berulang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Menata cetakan cap secara berulang teratur menjadi pola dekorasi pembungkus hadiah.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Seni cetak tinggi (printmaking) dasar mengenalkan teknik perbanyakan gambar menggunakan acuan cetak berpewarna. Siswa mengeksplorasi bahan-bahan alami yang melimpah di lingkungan dapur dan kebun.</w:t>
      </w:r>
    </w:p>
    <w:p>
      <w:pPr>
        <w:spacing w:before="40" w:after="60" w:line="276" w:lineRule="auto"/>
      </w:pPr>
      <w:r>
        <w:rPr>
          <w:rFonts w:ascii="Calibri" w:hAnsi="Calibri"/>
          <w:b w:val="0"/>
          <w:i w:val="0"/>
          <w:color w:val="000000"/>
          <w:sz w:val="19"/>
        </w:rPr>
        <w:t>Peserta didik menggunakan potongan pelepah pisang (menghasilkan motif bunga bintang), irisan wortel berpola, atau punggung daun bertulang tebal. Acuan diolesi pewarna makanan atau cat air kental, lalu ditempelkan (dicap) di atas kertas.</w:t>
      </w:r>
    </w:p>
    <w:p>
      <w:pPr>
        <w:spacing w:before="40" w:after="60" w:line="276" w:lineRule="auto"/>
      </w:pPr>
      <w:r>
        <w:rPr>
          <w:rFonts w:ascii="Calibri" w:hAnsi="Calibri"/>
          <w:b w:val="0"/>
          <w:i w:val="0"/>
          <w:color w:val="000000"/>
          <w:sz w:val="19"/>
        </w:rPr>
        <w:t>Modul ini melatih rasa irama dan pola pengulangan (pattern) dalam seni rupa, mengenalkan pemanfaatan bahan organik ramah lingkungan, serta membuat pola kertas kado bermotif buatan tangan.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Cetak (Grafis)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seni rupa yang proses pembuatan karyanya menggunakan teknik mencetak dan menghasilkan cetakan berulang.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Acuan Cetak (Klip)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Benda atau alat yang permukaannya diberi pewarna untuk dipindahkan gambarnya ke permukaan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Pola Pengulangan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Susunan motif yang digandakan secara berulang dengan jarak interval teratur.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Bahan Alami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Bahan yang berasal langsung dari tumbuhan atau alam sekitar tanpa proses olahan kimia pabrik.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Stamping (Cap)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menekan acuan berpewarna ke atas media kertas untuk mentransfer bentuk motif.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