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Pengantar Ilmu Sejarah dan Riset Masa Lalu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Pengantar Ilmu Sejarah dan Riset Masa Lalu dalam konteks operasional kejuruan secara komprehensif.</w:t>
      </w:r>
    </w:p>
    <w:p>
      <w:pPr>
        <w:pStyle w:val="ListNumber"/>
      </w:pPr>
      <w:r>
        <w:rPr>
          <w:rFonts w:ascii="Calibri" w:hAnsi="Calibri"/>
          <w:b w:val="0"/>
          <w:i w:val="0"/>
          <w:color w:val="000000"/>
          <w:sz w:val="19"/>
        </w:rPr>
        <w:t>Menerapkan prosedur kerja dan teknik pemecahan masalah terkait Pengantar Ilmu Sejarah dan Riset Masa Lalu secara mandiri dan presisi.</w:t>
      </w:r>
    </w:p>
    <w:p>
      <w:pPr>
        <w:pStyle w:val="ListNumber"/>
      </w:pPr>
      <w:r>
        <w:rPr>
          <w:rFonts w:ascii="Calibri" w:hAnsi="Calibri"/>
          <w:b w:val="0"/>
          <w:i w:val="0"/>
          <w:color w:val="000000"/>
          <w:sz w:val="19"/>
        </w:rPr>
        <w:t>Mengevaluasi hasil kerja, kepatuhan SOP, dan keselamatan kerja (K3) pada aktivitas pembelajaran Pengantar Ilmu Sejarah dan Riset Masa Lalu.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berpikir kronologis, sinkronis, dan diakronis, verifikasi keaslian sumber sejarah, serta penulisan historiografi objektif.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Pengantar Ilmu Sejarah dan Riset Masa Lalu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Pengantar Ilmu Sejarah dan Riset Masa Lalu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Pengantar Ilmu Sejarah dan Riset Masa Lalu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Pengantar Ilmu Sejarah dan Riset Masa Lalu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Pengantar Ilmu Sejarah dan Riset Masa Lalu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Pengantar Ilmu Sejarah dan Riset Masa Lalu?</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Pengantar Ilmu Sejarah dan Riset Masa Lalu.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Pengantar Ilmu Sejarah dan Riset Masa Lalu?</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Pengantar Ilmu Sejarah dan Riset Masa Lalu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Sejarah • Bab 1: Pengantar Ilmu Sejarah dan Riset Masa Lalu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Pengantar Ilmu Sejarah dan Riset Masa Lalu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Pengantar Ilmu Sejarah dan Riset Masa Lalu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Pengantar Ilmu Sejarah dan Riset Masa Lalu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Pengantar Ilmu Sejarah dan Riset Masa Lalu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Pengantar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Pengantar Ilmu Sejarah dan Riset Masa Lalu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Ilmu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Sejarah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