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D (KELAS 9)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9)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Aktivitas Air dan Pertolongan Pertama Gawat Darurat (P3K)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mempraktikkan keterampilan gerak kaki, lengan, dan pernapasan renang gaya punggung.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menerapkan prinsip metode R.I.C.E. pada cedera olahraga ringan hingga sedang.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mendemonstrasikan prosedur bantuan pertolongan pertama pada kecelakaan darurat.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teknik renang gaya punggung (backstroke), koordinasi renang gaya ganti perorangan, serta keterampilan P3K menangani cedera olahraga dan resusitasi jantung paru (CPR).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Renang Gaya Punggung: Posisi Tubuh dan Kayuhan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Melatih posisi terlentang streamline, ayunan lengan kontinu, dan cambukan tungkai kaki.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Pernapasan dan Koordinasi Gaya Punggung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Mengatur ritme pengambilan napas lewat mulut dan pembuangan lewat hidung secara rileks.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Penanganan Cedera Olahraga dengan Metode R.I.C.E.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penanganan sprain, strain, kram otot, dan luka memar pada atlet.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Keterampilan Bantuan Hidup Dasar dan CPR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tahapan C-A-B (Compression, Airway, Breathing) pada korban pingsan henti napas.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Keuntungan utama dari posisi renang gaya punggung (*backstroke*) dibandingkan gaya dada atau gaya bebas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Bisa berenang lebih cepat daripada lari darat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Wajah perenang selalu berada di atas permukaan air sehingga pengambilan napas dapat dilakukan lebih leluasa kapan saja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Tidak memerlukan kayuhan tangan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Tidak ada gesekan dengan air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Karena posisi tubuh terlentang dengan wajah menghadap ke atas, perenang gaya punggung tidak perlu menenggelamkan kepala ke dalam air saat bernapas.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Urutan langkah penanganan pertama yang tepat saat seorang teman mengalami cedera pergelangan kaki terkilir (*sprain*) berdasarkan metode R.I.C.E.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Rendam air panas -&gt; Pijat keras -&gt; Lari -&gt; Oleskan minyak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Rest (Istirahatkan) -&gt; Ice (Kompres es) -&gt; Compression (Balut tekan elastis) -&gt; Elevation (Tinggikan posisi kaki lebih tinggi dari jantung)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Langsung dipijat dan ditarik pergelangan kakinya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Dibiarkan saja tanpa tindakan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Protokol R.I.C.E. adalah standar baku medis cedera akut untuk meredakan nyeri, menghentikan perdarahan internal mikroskopis, dan mencegah pembengkakan.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Tindakan yang SANGAT DILARANG dilakukan saat menangani cedera keseleo/terkilir baru pada 24 jam pertama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Mengompresnya dengan kantong es dingin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Melakukan pemijatan keras (*urutan*) dan memberikan kompres panas karena dapat memperparah pembengkakan dan merobek pembuluh darah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Membalutnya dengan perban elastis secara rapi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Mengistirahatkan kaki dari beban berat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Pemijatan keras pada cedera baru memperlebar robekan ligamen dan merusak jaringan vaskular, meningkatkan peradangan.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Rasio perbandingan antara jumlah kompresi dada dan pemberian bantuan napas buatan pada prosedur CPR (Resusitasi Jantung Paru) dewasa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30 kali kompresi dada berirama cepat diikuti 2 kali tiupan napas bantuan (30 : 2)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5 kompresi dan 10 napas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100 kompresi tanpa napas sama sekali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Hanya memberikan napas buatan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Pedoman resusitasi jantung internasional menetapkan siklus 30 kompresi dada (kecepatan 100-120x per menit) disusul 2 tiupan ventilasi napas.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Saat seorang atlet tiba-tiba pingsan di lapangan saat cuaca terik, tindakan P3K pertama yang harus segera dilakukan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Menyiram wajahnya dengan seember air mendidih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Memindahkan korban ke tempat teduh yang berventilasi baik, melonggarkan pakaian ketat, dan meninggikan posisi kaki korban sekitar 30 cm dari lantai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Mendudukkannya paksa dan memaksanya minum air es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Meninggalkannya sendirian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Meninggikan tungkai kaki (*posisi syok*) membantu mengembalikan aliran darah balik vena menuju otak dan organ vital.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5: Aktivitas Air dan Pertolongan Pertama Gawat Darurat (P3K)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Renang Gaya Punggung: Posisi Tubuh dan Kayuhan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Melatih posisi terlentang streamline, ayunan lengan kontinu, dan cambukan tungkai kaki.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Pernapasan dan Koordinasi Gaya Punggung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Mengatur ritme pengambilan napas lewat mulut dan pembuangan lewat hidung secara rileks.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Penanganan Cedera Olahraga dengan Metode R.I.C.E.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penanganan sprain, strain, kram otot, dan luka memar pada atlet.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Keterampilan Bantuan Hidup Dasar dan CPR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tahapan C-A-B (Compression, Airway, Breathing) pada korban pingsan henti napas.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Aktivitas Air dan Pertolongan Pertama Gawat Darurat memadukan penguasaan kemahiran renang gaya punggung dengan keterampilan krusial tanggap darurat medis dasar (*First Aid*).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teknik renang gaya punggung (*backstroke*): posisi tubuh terlentang horizontal (*streamline*), kayuhan lengan berputar kincir air di samping telinga, kibasan kaki bergantian dari paha, serta kemudahan bernapas secara teratur karena wajah selalu menghadap ke atas.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dilengkapi dengan protokol Pertolongan Pertama Pada Kecelakaan (P3K): penanganan cedera kram otot dan terkilir menggunakan metode RICE (*Rest, Ice, Compression, Elevation*), pembalutan luka perdarahan, serta simulasi bantuan hidup dasar dan Resusitasi Jantung Paru (*Cardiopulmonary Resuscitation* / CPR).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Gaya Punggung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Gaya renang dengan posisi punggung menghadap ke permukaan air, kedua lengan mengayuh bergantian ke belakang, dan wajah selalu berada di atas air (backstroke).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Metode RICE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Prosedur penanganan cedera otot/sendi akut: Rest (istirahatkan), Ice (kompres es dingin), Compression (balut tekan elastis), Elevation (tinggikan bagian cedera).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CPR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Cardiopulmonary Resuscitation (Resusitasi Jantung Paru), tindakan darurat medis penekanan dada berirama untuk memulihkan sirkulasi darah dan pernapasan korban henti jantung.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Sprain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Cedera berupa peregangan atau robekan pada ligamen sendi (seperti pergelangan kaki terkilir).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Pembalut Elastis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Kain perban lentur yang digunakan untuk membebat bagian tubuh yang mengalami cedera agar tidak terjadi pembengkakan berlebih.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9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