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Keterampilan Gerak Atletik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gerak spesifik start jongkok, lari, dan finis pada lari jarak pendek.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keterampilan tolak peluru gaya menyamping secara aman dan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menghargai potensi diri dan menaati aturan keselamatan berolahraga.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gerak spesifik lari jarak pendek (*sprint* 100 m: start jongkok, ayunan lengan, posisi badan, finis) dan tolak peluru gaya menyamping (*ortodoks*: pegangan, awalan, tolakan, gerak ikutan).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Start Jongkok dan Aba-Aba Lari Jarak Pendek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teknik start pendek (bunch), menengah (medium), dan panjang (elongated).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Gerakan Lari Sprint dan Teknik Memasuki Garis Finis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Menjaga langkah kaki cepat, ayunan rileks, dan mencondongkan dada di garis akhir.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Cara Memegang dan Menempatkan Peluru pada Leher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Menempatkan peluru di pangkal jari tangan dan menempelkannya di bawah rahang.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Teknik Awalan Menyamping, Menolak, dan Gerak Lanjutan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tolakan peluru gaya ortodoks dan menjaga keseimbangan di lingkaran tolakan.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Posisi lutut kaki belakang pada aba-aba 'Siap' dalam start jongkok lari jarak pendek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Menempel rapat di atas tanah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Diangkat terangkat dari tanah sehingga posisi pinggul lebih tinggi dari bahu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Diluruskan sepenuhnya ke belakang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Ditekuk ke samping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 aba-aba 'Siap', lutut kaki belakang diangkat dari tanah dan pinggul dinaikkan sedikit lebih tinggi dari bahu dengan berat badan bertumpu di lengan depan.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Teknik yang paling tepat saat pelari jarak pendek menyentuh garis finis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Melompat tinggi ke udara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Mencondongkan dada ke depan atau memutar salah satu bahu ke depan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Menghentikan langkah kaki secara mendadak tepat di garis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Menoleh ke belakang melihat posisi lawan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Memajukan dada ke depan (*torso forward*) atau memiringkan bahu memastikan tubuh pelari memotong pita finis sepersekian detik lebih cepat.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Letak penempatan peluru yang benar pada saat persiapan tolak peluru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Digenggam di telapak tangan setinggi pinggang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Ditempelkan pada leher di bawah daun telinga dan ditopang pangkal jari-jari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Diletakkan di atas kepala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Dipegang dengan kedua tangan di depan dada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Peluru diletakkan di pangkal tiga jari tengah dan ditempelkan rapat di samping leher di bawah rahang agar dorongan lengan terarah maksimal.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Gerakan pelepasan peluru yang benar dalam tolak peluru adalah dengan 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Dilemparkan dari belakang kepala seperti melempar bola kasti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Ditolak atau didorong kuat ke depan atas menggunakan kekuatan lengan dan tungkai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Diayunkan dari bawah lutut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Diputar di atas kepala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Peluru wajib ditolak (didorong dari leher ke depan atas dengan sudut sekitar 45°), bukan dilempar dari belakang pundak.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Seorang atlet tolak peluru dinyatakan melakukan pelanggaran (diskualifikasi) jika...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Peluru jatuh di dalam sektor lapangan tolakan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Keluar dari lingkaran tolakan melewati bagian belakang lingkaran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Kaki atlet menginjak garis lingkaran atau keluar lewat bagian depan lingkaran setelah menolak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tangan kanan saat menolak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Menyentuh balok pembatas atas, menginjak garis luar lingkaran, atau keluar melalui bagian depan lingkaran tolak membatalkan sahnya hasil tolakan.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3: Keterampilan Gerak Atletik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Start Jongkok dan Aba-Aba Lari Jarak Pendek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teknik start pendek (bunch), menengah (medium), dan panjang (elongated).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Gerakan Lari Sprint dan Teknik Memasuki Garis Finis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Menjaga langkah kaki cepat, ayunan rileks, dan mencondongkan dada di garis akhir.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Cara Memegang dan Menempatkan Peluru pada Leher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Menempatkan peluru di pangkal jari tangan dan menempelkannya di bawah rahang.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Teknik Awalan Menyamping, Menolak, dan Gerak Lanjutan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tolakan peluru gaya ortodoks dan menjaga keseimbangan di lingkaran tolakan.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Atletik dikenal sebagai induk dari seluruh cabang olahraga (*mother of sports*) karena memadukan gerakan alami manusia: jalan, lari, lompat, dan lempar. Penguasaan atletik membangun fondasi daya tahan, kecepatan, kelincahan, dan kekuatan otot.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Lari jarak pendek (*sprint*) mengutamakan kecepatan maksimal sepanjang lintasan lurus. Fase gerak meliputi start jongkok (*crouch start* dengan aba-aba Bersedia, Siap, Ya), percepatan fase transisi, lari kecepatan puncak, dan teknik mencondongkan dada saat menyentuh pita garis finis.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Tolak peluru melatih kekuatan daya ledak (*power*) otot lengan dan tungkai. Gaya menyamping (*ortodoks*) menuntut koordinasi pegangan peluru di pangkal leher, posisi kaki menyamping arah tolakan, dorongan kuat lengan (bukan melempar), serta gerak lanjutan (*follow through*) untuk menjaga keseimbangan agar tidak keluar dari lingkaran tolakan.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Start Jongkok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Posisi awalan lari cepat menggunakan start block dengan aba-aba 'Bersedia', 'Siap', dan 'Ya/Bunyi Pistol'.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Sprint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Lari secepat-cepatnya menempuh jarak pendek (100 m, 200 m, 400 m) dengan pengerahan kecepatan maksimal.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Tolak Peluru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Nomor atletik lempar di mana atlet menolak bola besi bulat seberat tertentu sejauh mungkin dari dalam lingkaran tolak.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Gaya Ortodoks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tolak peluru di mana posisi badan menyamping arah tolakan sebelum melepaskan peluru.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Follow Through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lanjutan setelah melepaskan peluru untuk meredam momentum dan menjaga agar tubuh tidak jatuh keluar garis batas.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