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Aktivitas Kebugaran Jasmani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latihan sirkuit kebugaran jasmani 3-4 pos secara disiplin dan bertahap.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manfaat latihan kebugaran jasmani terhadap kesehatan organ tubuh dan stamina.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pantang menyerah dan kemandirian dalam menuntaskan target latihan fisik.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Mempraktikkan latihan sirkuit untuk meningkatkan daya tahan jantung-paru (joging berirama), kekuatan otot (push-up, sit-up), dan kelincahan gerak (shuttle run) sesuai kapasitas fisik anak.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Komponen Kebugaran Jasmani (Kekuatan, Daya Tahan, Kelenturan, Kelincahan)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komponen kebugaran jasmani (kekuatan, daya tahan, kelenturan, kelincahan).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Bentuk Latihan Kekuatan Otot Lengan, Perut, dan Tungkai Kaki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bentuk latihan kekuatan otot lengan, perut, dan tungkai kaki.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Latihan Peregangan Otot Statis dan Dinamis untuk Kelenturan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latihan peregangan otot statis dan dinamis untuk kelenturan.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Penyusunan Jadwal Aktivitas Fisik Harian dan Pola Istirahat Cukup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penyusunan jadwal aktivitas fisik harian dan pola istirahat cukup.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latihan fisik yang paling efektif untuk melatih kekuatan otot perut pada peserta didik sekolah dasar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Latihan lari zigzag mengitari corong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Latihan sit-up (mendorong bahu terangkat mendekati lutut)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Latihan lempar tangkap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Latihan berdiri dengan satu kaki sambil memejamkan 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Gerakan sit-up mengontraksikan kelompok otot rektus abdominis (perut) sehingga meningkatkan kekuatan dan ketahanan dinding perut.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Peregangan statis dilakukan dengan cara meregangkan otot hingga batas rasa tertarik lalu menahannya selama...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10 hingga 15 detik secara rileks tanpa membal-mbal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 detik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 menit penuh sampai terasa sakit menyengat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Sambil meloncat-loncat di tempat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Peregangan statis yang efektif dan aman ditahan secara konstan selama 10–15 detik agar serabut otot memanjang optimal tanpa memicu robekan serat otot.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Mengapa kita harus melakukan pendinginan (*cooling down*) setelah selesai melakukan aktivitas olahraga berat?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Agar suhu tubuh cepat naik drastis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Membantu menurunkan detak jantung secara bertahap dan mempercepat pembuangan asam laktat penyebab pegal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Agar pakaian olahraga menjadi basah kuyup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Untuk menghemat waktu jam istirahat sekolah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Pendinginan menormalkan kembali sirkulasi darah, mengembalikan denyut jantung ke kondisi istirahat, dan mencegah penumpukan asam laktat di otot.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Seseorang yang memiliki tingkat kebugaran jasmani yang baik akan menunjukkan ciri-ciri...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Selalu merasa mengantuk dan lesu setiap jam pelajaran kedua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Mampu menyelesaikan kegiatan belajar dan bermain sepanjang hari dengan penuh semangat dan segar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Mudah terserang demam dan batuk setiap minggu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sanggup menaiki tangga sekolah lantai dua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Kebugaran jasmani yang prima ditandai dengan vitalitas fisik tinggi, imunitas kokoh, dan stamina yang stabil sepanjang aktivitas harian.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seorang anak menghabiskan waktu lebih dari 5 jam sehari hanya bermain gawai sambil berbaring, dampak buruk yang paling mungkin terjadi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Kekuatan otot tungkai meningkat secara alami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Tingkat kebugaran fisik menurun dan risiko kegemukan (obesitas) serta kelainan postur tubuh meningkat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Daya tahan jantung dan paru makin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Kemampuan koordinasi gerak menjadi sangat lincah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Kurang gerak (sedentary) menurunkan metabolisme tubuh, melemahkan tonus otot, dan memicu penimbunan lemak berlebih (obesitas).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Aktivitas Kebugaran Jasmani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Komponen Kebugaran Jasmani (Kekuatan, Daya Tahan, Kelenturan, Kelincahan)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komponen kebugaran jasmani (kekuatan, daya tahan, kelenturan, kelincahan).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Bentuk Latihan Kekuatan Otot Lengan, Perut, dan Tungkai Kaki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bentuk latihan kekuatan otot lengan, perut, dan tungkai kaki.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Latihan Peregangan Otot Statis dan Dinamis untuk Kelenturan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latihan peregangan otot statis dan dinamis untuk kelenturan.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Penyusunan Jadwal Aktivitas Fisik Harian dan Pola Istirahat Cukup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penyusunan jadwal aktivitas fisik harian dan pola istirahat cukup.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Kebugaran Jasmani membimbing peserta didik memahami komponen-komponen dasar kebugaran fisik yang terdiri atas kekuatan otot, daya tahan otot, kelenturan persendian, dan daya tahan jantung-paru. Peserta didik belajar bahwa tubuh yang bugar memungkinkan mereka belajar dan beraktivitas seharian tanpa mengalami kelelahan yang berlebihan.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latihan kekuatan otot sederhana yang sesuai untuk usia anak sekolah dasar, seperti push-up modifikasi bertumpu pada lutut, sit-up/curl-up untuk otot perut, back-up untuk otot punggung, dan squat jump ringan. Mereka juga mempraktikkan peregangan dinamis dan statis untuk menjaga kelenturan.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sirkuit latihan pos kebugaran (*circuit training*) dan pencatatan grafik perkembangan fisik mingguan, peserta didik termotivasi untuk membiasakan gaya hidup aktif dan mengurangi perilaku tidak aktif (*sedentary lifestyle*) seperti terlalu lama menatap gawai.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Kebugaran Jasmani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tubuh melakukan aktivitas sehari-hari secara optimal tanpa kelelahan berlebih dan masih memiliki energi cadangan.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Kekuatan Otot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otot untuk membangkitkan tegangan terhadap suatu tahanan atau beban dalam satu kali usaha maksimal.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Kelenturan (Flexibility)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sendi dan otot bergerak leluasa dalam ruang gerak sendi seluas-luasnya tanpa mengalami cedera.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Latihan Sirkuit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latihan kebugaran yang terdiri dari beberapa pos gerakan berbeda yang diselesaikan secara berurutan.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Sedentary Lifestyle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hidup kurang gerak yang banyak dihabiskan dengan duduk diam atau berbaring di depan layar gawai.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