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Aktivitas Air, Renang Gaya Dada dan Keselamatan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teknik meluncur dan mengapung telungkup di air dengan tenang.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dan mempraktikkan koordinasi gerak kaki dan lengan renang gaya dada.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mematuhi peraturan keselamatan dan menjaga kebersihan kolam renang.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pengenalan air di kolam dangkal, teknik mengapung dan meluncur, gerakan tungkai kaki dan lengan renang gaya dada, serta aturan keselamatan kolam.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Teknik Meluncur dan Posisi Mengapung Seimbang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tolakan kaki pada dinding kolam dan meluncur lurus telungkup di air dangkal.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Gerakan Tungkai Kaki dan Lengan Gaya Dada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tendangan kaki katak dan tarikan dayung lengan memutar di bawah dagu.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Pengambilan Napas dan Aturan Keselamatan Kolam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Mengambil napas melalui mulut di atas air, membuang udara lewat hidung di dalam air, dan etika kolam.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Gaya renang yang gerakan kaki dan tangannya menyerupai gerakan katak berenang di air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Renang gaya dada (katak)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Renang gaya punggung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Renang gaya kupu-kupu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Renang gaya bebas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Gaya dada sering disebut gaya katak karena pola tendangan tungkai kakinya membuka melingkar seperti katak.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Saat melakukan gerakan meluncur di air, posisi kedua tangan dan kepala sebaiknya...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Tangan lurus rapat ke depan dan kepala masuk ke dalam air sejajar lengan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Tangan terbuka lebar ke samping dan kepala mendongak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Tangan memegang lutut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Berdiri tegak di tengah kolam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Posisi lurus merapat (streamlining) meminimalkan hambatan gesekan air saat meluncur.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Teknik pengambilan napas yang benar saat berenang gaya dada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Menghirup udara menggunakan hidung saat kepala di dalam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Menghirup udara menggunakan mulut ketika kepala terangkat ke atas permukaan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Tidak bernapas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Meminum air kolam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Menghirup udara lewat mulut di atas air mencegah tersedak masuknya air ke paru-paru.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Perbuatan berbahaya yang DILARANG dilakukan di area tepi kolam renang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Melakukan pemanasan peregangan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Memakai baju renang yang sesuai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Berlari-lari kencang dan saling dorong di lantai tepi kolam yang licin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Duduk mencelupkan kaki ke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Lantai tepi kolam yang basah sangat licin dan dapat menyebabkan terpeleset atau jatuh fatal.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pertama jika kita melihat teman pemula mengalami kesulitan atau panik di kolam renang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Segera berteriak memanggil penjaga kolam (lifeguard) atau guru dan menyodorkan pelampung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Ikut menceburkan diri tanpa pelampung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Menertawakannya dari tepi kolam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Meninggalkan kolam sendirian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Memanggil bantuan petugas profesional dan menjulurkan alat bantu apung adalah prosedur penyelamatan teraman.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6: Aktivitas Air, Renang Gaya Dada dan Keselamatan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Teknik Meluncur dan Posisi Mengapung Seimbang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tolakan kaki pada dinding kolam dan meluncur lurus telungkup di air dangkal.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Gerakan Tungkai Kaki dan Lengan Gaya Dada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tendangan kaki katak dan tarikan dayung lengan memutar di bawah dagu.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Pengambilan Napas dan Aturan Keselamatan Kolam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Mengambil napas melalui mulut di atas air, membuang udara lewat hidung di dalam air, dan etika kolam.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Aktivitas fisik di dalam air (akuatik) memberikan manfaat menyeluruh bagi kesehatan organ pernapasan, pembentukan postur tubuh, dan penguatan otot tanpa beban sendi yang berat.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dasar renang gaya dada (breaststroke): posisi tubuh telungkup sejajar permukaan air (streamlining), gerakan kaki menendang melingkar seperti katak, ayunan lengan membuka ke samping dada, dan pernapasan kepala terangkat ke atas air.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Keselamatan di air menjadi prioritas mutlak. Peserta didik memahami bahaya berlari di tepi kolam licin, kedalaman air, dan pentingnya berenang di bawah pengawasan orang dewasa.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Renang Gaya Dada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renang dengan posisi dada menghadap ke permukaan air dan gerakan tangan-kaki meniru gerakan katak berenang.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Meluncur (Streamline)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melaju lurus ke depan di permukaan air memanfaatkan dorongan awal tolakan kaki pada dinding kolam.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Kolam Dangkal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Area kolam renang dengan kedalaman air setinggi dada atau pinggang anak yang aman untuk latihan awal.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Pelampung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bantu apung berbahan busa/karet untuk membantu perenang pemula menjaga daya apung tubuh.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