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B (KELAS 3)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3)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Kombinasi Pola Gerak Dasar Manipulatif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dan mempraktikkan kombinasi gerak melempar dan menangkap bola dengan benar.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melakukan kombinasi gerak menggiring dan menendang bola ke sasaran target.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mempraktikkan gerak memukul bola menggunakan pemukul kasti dengan aman.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koordinasi gerak menggunakan benda/objek (melempar-menangkap bola kasti, menggiring-menendang bola sepak, memukul bola dengan stik pemukul).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Kombinasi Melempar dan Menangkap Bola Kecil (Kasti)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Melatih lemparan lambung dan tangkapan dua tangan dari berbagai jarak berpasangan.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Kombinasi Menggiring dan Menendang Bola Besar (Sepak Bola)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Mengontrol bola menggunakan kaki bagian dalam dan mengarahkan tendangan ke sasaran gawang.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Memukul Bola Menggunakan Alat Pemukul Kasti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Mempelajari ayunan tongkat kasti mengenai bola lambung dengan posisi kuda-kuda kokoh.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Aktivitas jasmani berikut yang termasuk ke dalam gerak dasar manipulatif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Berlari lurus cepat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Menangkap bola kasti yang melambung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Membungkukkan badan di tempat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Tidur telentang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Menangkap bola melibatkan penguasaan objek (bola) sehingga tergolong manipulatif.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Saat menangkap bola lambung dari teman, posisi kedua telapak tangan sebaiknya...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Terbuka membentuk mangkuk menghadap ke arah datangnya bola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Mengepal rapat dan kaku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Disembunyikan di belakang badan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Menolak bola menjauh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Membuka telapak tangan seperti mangkuk memudahkan bola masuk dan mencengkeramnya erat.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Bagian kaki yang paling tepat dan mudah dikontrol untuk melakukan operan bola mendatar jarak pendek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Ujung jari kaki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Kaki bagian dalam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Tumit belakang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Tulang kering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Kaki bagian dalam memiliki permukaan datar yang lebar untuk mengontrol arah operan bola.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Saat memegang tongkat pemukul kasti, posisi kedua tangan pada pegangan tongkat sebaiknya...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Rapat dan dipegang kuat dengan kedua tangan sejajar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Hanya dipegang dengan satu jari kelingking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Dilepaskan saat bola datang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Tongkat ditaruh di pundak sambil duduk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Grip pegangan dua tangan yang rapat memberikan tenaga ayunan yang stabil dan terkontrol.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Aturan keselamatan yang wajib ditaati saat melakukan latihan memukul bola kasti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Teman lain berdiri tepat di depan arah ayunan tongkat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Memastikan area sekitar ayunan pemukul aman dan tidak ada teman yang berdiri terlalu dekat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Melempar tongkat ke arah teman setelah memukul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Bermain di dalam ruang kelas yang sempit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Menjaga jarak aman dari jangkauan ayunan stik kayu menghindarkan risiko benturan fatal.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3: Kombinasi Pola Gerak Dasar Manipulatif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Kombinasi Melempar dan Menangkap Bola Kecil (Kasti)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Melatih lemparan lambung dan tangkapan dua tangan dari berbagai jarak berpasangan.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Kombinasi Menggiring dan Menendang Bola Besar (Sepak Bola)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Mengontrol bola menggunakan kaki bagian dalam dan mengarahkan tendangan ke sasaran gawang.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Memukul Bola Menggunakan Alat Pemukul Kasti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Mempelajari ayunan tongkat kasti mengenai bola lambung dengan posisi kuda-kuda kokoh.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Keterampilan gerak manipulatif melibatkan penguasaan koordinasi mata-tangan dan mata-kaki dalam mengontrol benda atau bola. Pada kelas 3, gerak ini dipadukan dengan gerak lokomotor.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mempraktikkan lempar-tangkap bola kasti berpasangan dengan lambungan melambung, mendatar, dan menyusur tanah. Mereka juga belajar menggiring bola sepak (dribbling) melewati rintangan lalu menembak ke gawang mini.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Pembelajaran melatih akurasi lemparan, konsentrasi menangkap bola, serta memupuk rasa saling percaya antarpasangan pemain.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Gerak Manipulatif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Keterampilan motorik yang melibatkan penggunaan atau penguasaan suatu objek/alat olahraga.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Koordinasi Mata-Tangan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Kemampuan sistem saraf menyelaraskan penglihatan dengan respon gerak tangan secara akurat.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Menggiring Bola (Dribbling)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Gerakan membawa bola maju ke depan dengan dorongan kaki/tangan secara terkendali.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Lemparan Lambung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Teknik melempar bola dengan lintasan melengkung tinggi ke atas menuju sasaran jauh.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3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