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Kombinasi Pola Gerak Dasar Non-Lokomotor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dan mempraktikkan kombinasi gerak dasar non-lokomotor di tempat.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melakukan peregangan otot dan persendian dengan teknik yang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mempertahankan keseimbangan tubuh statis dengan penuh konsentrasi.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gerak memutar sendi, mengayun lengan, meliukkan badan, menekuk lutut, serta kombinasi peregangan statis-dinamis dan latihan keseimbangan di tempat.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Kombinasi Memutar dan Mengayun Anggota Tubuh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Melakukan putaran sendi leher, bahu, dan ayunan lengan melingkar dengan hitungan teratur.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Gerak Meliuk dan Menekuk Badan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liukan pinggang dan membungkukkan badan menyentuh ujung kaki secara rileks.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Latihan Keseimbangan Statis Berdiri Satu Kaki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Menahan posisi bangau berdiri satu kaki selama 10 hitungan tanpa bergoyang.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Gerakan meliukkan badan ke samping kiri dan kanan tanpa berpindah tempat termasuk ke dalam kelompok gerak...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Lokomotor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Non-lokomotor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Manipulatif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Akuatik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Meliukkan badan dilakukan pada posisi berdiri tetap di tempat tanpa berpindah.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Manfaat utama melakukan gerakan pemanasan dan peregangan non-lokomotor sebelum berolahraga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Agar cepat lelah sebelum mulai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Mencegah terjadinya kram atau cedera otot dan sendi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Menghabiskan waktu jam pelajaran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Membuat tubuh menjadi kaku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Peregangan meningkatkan suhu otot dan elastisitas ligamen sehingga siap bergerak intens.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Pada gerakan menirukan sikap bangau berdiri satu kaki, posisi kedua tangan sebaiknya...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Direntangkan ke samping lurus untuk menjaga keseimbangan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Dimasukkan ke dalam saku celana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Menutup mata rapat-rapat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Memegang kedua telinga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Merentangkan tangan membantu mengatur titik pusat gravitasi tubuh agar tetap stabil.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Saat melakukan gerakan membungkukkan badan ke depan menyentuh ujung jari kaki, posisi lutut sebaiknya...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Ditekuk dalam-dalam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Diusahakan tetap lurus agar otot paha belakang teregang optimal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Dilipat menyilang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Bergetar kencang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Lutut lurus memastikan peregangan maksimal pada kelompok otot hamstring dan punggung bawah.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Gerakan memutar kepala ke kiri dan ke kanan secara perlahan bertujuan untuk melenturkan persendian pada bagian...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Lutut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Leher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Pergelangan kaki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Siku tangan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Putaran kepala melatih fleksibilitas otot leher dan tulang leher (servikal).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2: Kombinasi Pola Gerak Dasar Non-Lokomotor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Kombinasi Memutar dan Mengayun Anggota Tubuh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Melakukan putaran sendi leher, bahu, dan ayunan lengan melingkar dengan hitungan teratur.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Gerak Meliuk dan Menekuk Badan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liukan pinggang dan membungkukkan badan menyentuh ujung kaki secara rileks.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Latihan Keseimbangan Statis Berdiri Satu Kaki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Menahan posisi bangau berdiri satu kaki selama 10 hitungan tanpa bergoyang.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Gerak non-lokomotor adalah keterampilan gerak yang dilakukan tanpa menyebabkan perpindahan tempat tubuh. Gerakan ini penting untuk menjaga kelenturan sendi, elastisitas otot, dan postur tubuh yang tegap.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mempraktikkan kombinasi gerak memutar kepala dan bahu, mengayunkan kedua lengan ke depan-belakang, meliukkan pinggang ke kiri-kanan seperti pohon tertiup angin, serta menekuk lutut dalam posisi jongkok-berdiri.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ini menjadi bagian integral dari pemanasan sebelum olahraga inti untuk mencegah kram otot dan melatih konsentrasi keseimbangan statis.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Gerak Non-Lokomotor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Aktivitas jasmani yang dilakukan di tempat tanpa menyebabkan tubuh berpindah lokasi.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Kelenturan (Fleksibilitas)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sendi dan otot tubuh untuk melakukan gerakan secara leluasa tanpa rasa sakit.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Peregangan (Stretching)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Latihan memanjangkan serat otot untuk menyiapkan tubuh sebelum berolahraga dan mencegah cedera.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Keseimbangan Statis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mempertahankan posisi tubuh tetap diam dan stabil pada suatu tumpuan.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