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Keterampilan Gerak dan Strategi Permainan Bola Kecil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dan mempraktikkan pola rotasi formasi permainan ganda bulu tangkis.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mengaplikasikan variasi putaran bola (spin) dan taktik penempatan dalam tenis meja.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strategi pertahanan dan penyerangan base dalam permainan sofbol/kasti.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Strategi permainan ganda bulu tangkis (pola front-and-back dan side-by-side), taktik serangan spin dan penempatan bola tenis meja, serta strategi infield/outfield dalam sofbol/kasti.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Pola Rotasi dan Taktik Ganda Bulu Tangkis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formasi front-and-back saat menyerang dan formasi berdampingan saat bertahan dari smash.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Variasi Pukulan Bulu Tangkis (Drop Shot, Drive, dan Netting Tipis)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Mengombinasikan pukulan tipuan dan variasi tempo untuk merusak keseimbangan langkah lawan.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Taktik Putaran Bola dan Serangan Cepat Tenis Meja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Menguasai teknik topspin drive, blok pasif, dan servis berputar pendek dekat net.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Strategi Penjagaan Base dan Taktik Pukulan Sofbol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teknik bunting, sliding aman, dan lemparan kilat antar-base dalam situasi pelari isi.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Formasi yang paling ideal digunakan oleh pasangan ganda bulu tangkis ketika sedang melakukan serangan smash bertubi-tubi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Front and Back (Depan dan Belakang)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Side by Side (Kiri dan Kanan sejajar)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 pemain berdiri di satu sudut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 pemain berdiri di luar garis lapangan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Formasi Front-and-Back membagi tugas spiker di belakang dan penjaga sambaran netting di depan net.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Pukulan dalam bulu tangkis yang diarahkan menukik pelan tepat jatuh tipis di dekat net lawan dinamakan pukulan...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Drop shot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Clear / Lob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Drive mendatar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Smash keras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Drop shot adalah pukulan sentuhan halus dari baseline yang meluncur menukik melewati net dan jatuh di bidang depan lawan.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Efek lintasan bola yang dihasilkan saat pemain tenis meja melakukan pukulan 'Backspin' (Chop)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Bola berputar ke belakang dan cenderung tertahan atau melayang datar sebelum turun lambat saat menyentuh meja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Bola meluncur menukik sangat cepat seperti peluru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Bola berputar ke samping kanan dan meledak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Bola tidak berputar sama sekali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Backspin menciptakan putaran ke belakang yang menyebabkan gaya angkat Magnus sehingga bola meluncur tertahan dan memantul rendah.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Tujuan taktik 'Sacrifice Bunt' dalam permainan sofbol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Mengorbankan diri batter agar out demi memajukan pelari di base sebelumnya menuju base berikutnya dengan 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Mencetak home run secara langsung dari pukulan pelan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wasit menghentikan pertandingan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Mengelabui penangkap bola agar melempar bola keluar lapangan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Sacrifice bunt adalah taktik sentuhan bola lembut untuk memajukan runner base menuju posisi mencetak angka.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Kunci utama keberhasilan bermain ganda dalam cabang olahraga raket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Komunikasi verbal yang jelas, saling percaya, dan fleksibilitas rotasi posisi sesuai arah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Memperebutkan setiap bola sendirian tanpa membagi area dengan rekan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Menyalahkan pasangan saat membuat kesalahan servis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Bermain secara pasif tanpa melakukan serangan balik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Kekompakan, komunikasi, dan rotasi posisi yang padu merupakan fondasi kesuksesan pasangan ganda.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2: Keterampilan Gerak dan Strategi Permainan Bola Kecil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Pola Rotasi dan Taktik Ganda Bulu Tangkis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formasi front-and-back saat menyerang dan formasi berdampingan saat bertahan dari smash.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Variasi Pukulan Bulu Tangkis (Drop Shot, Drive, dan Netting Tipis)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Mengombinasikan pukulan tipuan dan variasi tempo untuk merusak keseimbangan langkah lawan.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Taktik Putaran Bola dan Serangan Cepat Tenis Meja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Menguasai teknik topspin drive, blok pasif, dan servis berputar pendek dekat net.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Strategi Penjagaan Base dan Taktik Pukulan Sofbol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teknik bunting, sliding aman, dan lemparan kilat antar-base dalam situasi pelari isi.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Permainan bola kecil menguji kecepatan reaksi sensorik-motorik, kelincahan gerak kaki (*footwork*), dan ketepatan presisi penempatan bola. Di jenjang SMA, analisis pola kerja sama pasangan ganda dan penempatan bola sudut sempit menjadi penentu keunggulan strategi.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Pada bulu tangkis nomor ganda, transisi rotasi antara formasi *front-and-back* (posisi menyerang dengan smasher di belakang dan netting di depan) dengan *side-by-side* (posisi bertahan kiri-kanan) menuntut komunikasi tanpa henti dan refleks antisipasi kok yang tajam.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Dalam tenis meja, variasi gesekan bola (*topspin, backspin, sidespin*) dan pukulan *chop* bertahan memaksa lawan melakukan kesalahan buangan. Pada cabang sofbol, strategi pertahanan *infield fly rule* dan pengamanan *base* melatih koordinasi regu yang solid.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Front and Back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Formasi menyerang ganda bulu tangkis di mana satu pemain menjaga area net dan pasangannya menguasai garis belakang lapangan.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Side by Side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Formasi bertahan ganda bulu tangkis di mana kedua pemain berdiri sejajar membagi lapangan menjadi dua sisi kiri dan kanan.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Topspin Drive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tenis meja dengan menggesek bagian atas bola ke depan sehingga bola berputar maju dan meluncur menukik tajam.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Bunt (Pukulan Sentuh)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Taktik memukul bola pelan dalam sofbol tanpa ayunan penuh untuk meloloskan pelari ke base berikutnya (sacrifice bunt).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Footwork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Pengaturan irama langkah kaki yang efisien dan seimbang untuk menjangkau setiap sudut lapangan dengan cepat.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