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Keterampilan Gerak Permainan Bola Kecil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keterampilan gerak pukulan dan footwork dalam bulu tangkis dan tenis meja.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variasi taktik penempatan bola untuk memenangkan reli dalam pertandingan.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jujur dalam menghitung skor dan menghargai kemampuan lawan.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analisis keterampilan pukulan spesifik, penempatan posisi kaki (*footwork*), dan taktik permainan tunggal maupun ganda pada cabang olahraga bulu tangkis dan tenis meja.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Teknik Dasar dan Footwork Bulu Tangkis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pegangan raket (forehand/backhand), posisi siap (stance), dan kelincahan gerak langkah 6 sudut lapangan.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Variasi Pukulan dan Pola Permainan Bulu Tangkis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pukulan lob, netting, dropshot, drive, smash, dan strategi reli tunggal/ganda.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Teknik Pukulan dan Putaran Bola Tenis Meja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pukulan push, drive, chop, block, serta manipulasi efek putaran bola (spin).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Simulasi Turnamen dan Etika Bertanding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Menyelenggarakan sistem pertandingan setengah kompetisi dengan menerapkan peraturan resmi BWF dan ITTF.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Jenis pukulan bulu tangkis yang diarahkan meluncur tipis dan jatuh sedekat mungkin di belakang bibir net lawan dengan gerakan tipuan menyerupai smash disebut pukulan...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Drive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Drop shot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Clear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*Drop shot* adalah pukulan halus mengecoh yang mengarahkan shuttlecock menukik jatuh tepat di dekat net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Teknik memegang bet tenis meja yang posisinya menyerupai posisi orang sedang berjabat tangan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Penhold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Shakehand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Seemiller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American grip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*Shakehand grip* adalah gaya pegangan bet tenis meja paling populer yang menyerupai jabat 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Fungsi utama dari penguasaan kelincahan langkah kaki (*footwork*) yang baik dalam bulu tangkis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pemain cepat merasa lelah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Memungkinkan pemain menjangkau shuttlecock di seluruh sudut lapangan dengan posisi tubuh seimbang untuk memukul secara optimal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Mengelabui wasit 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berat badan pemain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*Footwork* yang efisien menempatkan posisi tubuh pada titik ideal sebelum memukul dan memudahkan pemulihan posisi tengah (*recovery*).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Efek putaran bola (*spin*) pada tenis meja yang dihasilkan dari gesekan bet ke arah atas sehingga bola meluncur tajam menukik ke bawah saat memantul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Backspin / Chop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Topspin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Sidespin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No-spin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*Topspin* memutar bola ke depan menghasilkan gaya Magnus ke bawah sehingga pantulan bola meluncur rendah dan cepat.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Pada nomor ganda bulu tangkis, strategi formasi *front and back* (depan-belakang) paling ideal digunakan saat tim sedang berada dalam posisi...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Bertahan (*defense*) menerima smash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Menyerang (*attack*) melancarkan smes dan netting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Menerima servis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Istirahat interval game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Formasi depan-belakang adalah formasi menyerang standar: pemain depan memotong bola di net dan pemain belakang menghujamkan smash/dropshot.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Keterampilan Gerak Permainan Bola Kecil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Teknik Dasar dan Footwork Bulu Tangkis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pegangan raket (forehand/backhand), posisi siap (stance), dan kelincahan gerak langkah 6 sudut lapangan.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Variasi Pukulan dan Pola Permainan Bulu Tangkis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pukulan lob, netting, dropshot, drive, smash, dan strategi reli tunggal/ganda.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Teknik Pukulan dan Putaran Bola Tenis Meja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pukulan push, drive, chop, block, serta manipulasi efek putaran bola (spin).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Simulasi Turnamen dan Etika Bertanding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Menyelenggarakan sistem pertandingan setengah kompetisi dengan menerapkan peraturan resmi BWF dan ITTF.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kecil mengutamakan koordinasi mata-tangan, kelincahan gerak langkah kaki (*footwork*), ketepatan membaca lintasan bola/shuttlecock, serta daya tahan konsentrasi tinggi. Olahraga bulu tangkis dan tenis meja menjadi sarana ideal melatih refleks motorik halus dan kasar.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bulu tangkis, variasi pukulan servis (pendek dan tinggi), *lob* serang/bertahan, *drop shot* tipis di atas net, *drive* mendatar, dan *smash* tajam menentukan dominasi serangan di lapangan tunggal maupun rotasi lapangan ganda.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tenis meja, penguasaan pegangan bet (*shakehand grip, penhold grip*), variasi putaran bola (*topspin, backspin, sidespin*), pukulan *push, block*, dan *smash* menuntut penguasaan biomekanika gerak yang presisi. Peserta didik dilatih menganalisis kelemahan lawan secara taktis.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Footwork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pengaturan langkah kaki yang cepat dan seimbang untuk menjangkau setiap sudut lapangan secara efisien.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Dropshot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tipuan yang diarahkan meluncur halus dan jatuh sedekat mungkin dengan bibir net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melambung tinggi yang diarahkan jauh ke garis belakang area permainan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Topspin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Putaran bola tenis meja ke arah depan-bawah akibat gesekan bet ke atas yang membuat bola meluncur cepat menukik ke meja.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Shakehand Grip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memegang bet tenis meja seperti posisi orang yang sedang berjabat tangan.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