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Pengenalan Aktivitas Air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Menyesuaikan diri dengan lingkungan air dangkal tanpa rasa panik atau cemas.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teknik membuang napas di dalam air melalui mulut dan hidung secara tenang.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gerak meluncur sederhana dengan bantuan papan pelampung.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Mematuhi seluruh tata tertib dan rambu keselamatan saat berada di area kolam renang.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6 mengenai adaptasi di air dangkal, pernapasan dasar di kolam, dan protokol keselamatan aktivitas air.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Adaptasi dan Berjalan di Air Dangkal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Merasakan daya apung air dengan berjalan maju, menyamping, dan bermain percikan air.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Latihan Pernapasan di Permukaan Air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Menghirup udara di atas permukaan dan meniupkan gelembung napas perlahan di dalam air.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Aturan Keselamatan di Kolam Renang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Mengenali rambu bahaya kolam renang dan menerapkan tata tertib berpakaian serta pendampingan.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Aturan keselamatan pertama yang wajib dipatuhi saat berada di kolam renang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Tidak boleh berlari-larian di tepi kolam yang licin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Langsung melompat ke kolam dalam tanpa bisa berenang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Mendorong teman yang sedang berdiri di pinggir kolam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Membawa makanan berat ke dalam air kolam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Lantai tepi kolam renang basah dan licin, berlari dapat menyebabkan terpeleset dan cedera berbahaya.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Alat bantu keselamatan apung yang biasa dipakai anak saat belajar berenang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Pelampung (ban renang atau papan pelampung)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Payung hujan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Jas hujan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Sepatu bot karet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Pelampung membantu menjaga tubuh tetap mengapung di permukaan air dengan 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Cara melakukan pengenalan air kolam yang benar untuk pemula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Duduk di tepi kolam sambil mengayun-ayunkan kaki di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Langsung menyelam selama 5 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Meminum air kolam renang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Tidur di dasar kolam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Membasahi tubuh dan menggerakkan kaki di pinggir kolam membantu tubuh menyesuaikan diri dengan suhu air kolam.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Latihan membuang napas di dalam air dilakukan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Menghembuskan udara perlahan melalui hidung/mulut hingga membentuk gelembung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Menghirup air kolam sebanyak-banyaknya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Menahan napas sampai pingsan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Berteriak di dalam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Menghembuskan napas di dalam air (bubble) adalah latihan dasar pernapasan akuatik yang benar.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Setelah selesai beraktivitas di kolam renang, tindakan yang harus kita lakukan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Membilas tubuh dengan air bersih dan sabun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Langsung pulang memakai baju renang basah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Tidur di rumput tanpa ganti pakaian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Makan tanpa mencuci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Membilas diri dengan air bersih dan sabun membersihkan kaporit dan bakteri dari kulit.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6: Pengenalan Aktivitas Air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Adaptasi dan Berjalan di Air Dangkal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Merasakan daya apung air dengan berjalan maju, menyamping, dan bermain percikan air.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Latihan Pernapasan di Permukaan Air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Menghirup udara di atas permukaan dan meniupkan gelembung napas perlahan di dalam air.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Aturan Keselamatan di Kolam Renang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Mengenali rambu bahaya kolam renang dan menerapkan tata tertib berpakaian serta pendampingan.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Pengenalan aktivitas air bertujuan menghilangkan rasa takut terhadap air dan menanamkan keterampilan dasar keselamatan di kolam renang dangkal (kedalaman setinggi pinggang anak).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cara berjalan di air, membasahi wajah, meniup gelembung udara di permukaan air (water blowing), serta melatih posisi mengapung dengan berpegangan pada tepi kolam atau papan pelampung.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menekankan aturan ketat keselamatan kolam renang: tidak boleh berlari di tepi kolam yang licin, selalu didampingi guru/orang dewasa, dan mematuhi tanda kedalaman air.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Aktivitas Air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Semua bentuk kegiatan olahraga atau permainan yang dilakukan di media air.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Pelampung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bantu berbahan busa atau udara yang berfungsi membantu tubuh tetap terapung di permukaan air.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Kolam Dangkal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kolam renang dengan ketinggian air rendah (di bawah dada anak) yang aman untuk pemula.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Daya Apung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angkat ke atas yang diberikan cairan kepada benda yang berada di dalamnya.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Keselamatan Air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Serangkaian aturan dan tindakan pencegahan bahaya tenggelam atau tergelincir di lingkungan perairan.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