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Pola Gerak Dasar Non-Lokomotor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gerak dasar non-lokomotor (memutar, mengayun, menekuk, meliuk)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Menjaga keseimbangan posisi tubuh saat melakukan gerakan statis di tempat.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bagian persendian dan otot yang bergerak saat melakukan peregangan.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Mengikuti aba-aba instruktur senam dengan disiplin dan penuh perhatian.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2 mengenai pola gerak di tempat seperti memutar, mengayun, menekuk, meregang, dan meliukkan badan.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Gerak Memutar dan Mengayun Lengan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putaran persendian tangan, bahu, dan ayunan lengan ke depan-belakang secara luwes.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Gerak Menekuk dan Meliukkan Badan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tekukan lutut, membungkukkan badan, dan meliuk ke kanan-kiri dengan stabil.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Kombinasi Peregangan Otot Tanpa Berpindah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rangkaian gerak non-lokomotor berirama lambat sebagai latihan kelenturan.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 non-lokomotor adalah pola gerak yang dilakukan...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Dengan berpindah tempat sangat jauh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Tanpa berpindah tempat (tetap di posisi semula)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Menggunakan bola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Sambil berenang di kolam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Gerak non-lokomotor adalah gerakan anggota tubuh yang tidak menyebabkan perpindahan tempat.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Berikut ini yang merupakan contoh gerak non-lokomotor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Berlari sprint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Melompat parit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Memutar lengan dan meliukkan badan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Meluncur di seluncuran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Memutar lengan dan meliukkan badan dilakukan pada posisi berdiri di tempat tanpa berpindah.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Gerakan membungkukkan badan ke depan hingga ujung jari menyentuh ujung sepatu bermanfaat untuk melatih...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Kelenturan otot punggung dan paha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Kecepatan 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Ketajaman 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Kekuatan jari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Membungkuk meregangkan dan melenturkan otot pinggang, punggung, serta otot paha bagian belakang.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Gerakan menirukan pohon tertiup angin sepoi-sepoi dilakukan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Meliukkan badan ke samping kanan dan kiri secara lembut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Berlari berputar-putar di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Melompat setinggi-tingginya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Berbaring telentang di lantai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Meliuk ke kanan dan kiri menirukan batang pohon yang lentur mengikuti arah hembusan angin.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Sebelum memulai olahraga inti, kita wajib melakukan peregangan (pemanasan) non-lokomotor agar...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Cepat merasa lapar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Otot tidak kaku dan terhindar dari cedera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Pakaian cepat basah keringat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Waktu olahraga cepat habis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Pemanasan menaikkan suhu tubuh dan melenturkan otot agar siap bergerak aktif tanpa resiko cedera/kram.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Pola Gerak Dasar Non-Lokomotor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Gerak Memutar dan Mengayun Lengan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putaran persendian tangan, bahu, dan ayunan lengan ke depan-belakang secara luwes.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Gerak Menekuk dan Meliukkan Badan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tekukan lutut, membungkukkan badan, dan meliuk ke kanan-kiri dengan stabil.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Kombinasi Peregangan Otot Tanpa Berpindah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rangkaian gerak non-lokomotor berirama lambat sebagai latihan kelenturan.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Gerak non-lokomotor melatih kelenturan sendi, keseimbangan statis, dan kontrol postur tubuh tanpa berpindah tempat. Peserta didik belajar menggerakkan anggota tubuh dengan titik tumpu kaki yang tetap di tempat.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mencakup gerakan memutar kepala dan pinggang, mengayunkan kedua lengan menyerupai kincir angin, menekuk lutut, serta meliukkan badan ke samping kanan dan kiri seperti pohon tertiup angin.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menumbuhkan kesadaran anatomi tubuh pada anak, melatih ketenangan fokus saat menahan posisi peregangan, serta menjaga postur tubuh tetap tegak saat berdiri dan duduk.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Non-Lokomotor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gerak yang dilakukan di tempat tanpa menyebabkan tubuh berpindah posisi.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Kelenturan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persendian dan otot untuk bergerak secara leluasa tanpa menimbulkan rasa sakit.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Keseimbangan Statis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mempertahankan posisi tubuh tetap stabil saat tidak sedang bergerak atau berpindah.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Meliuk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membengkokkan tubuh bagian atas ke arah samping kanan atau kiri.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Postur Tubuh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dan posisi susunan tubuh saat berdiri, duduk, atau melakukan aktivitas fisik.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