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Penerapan Nilai Pancasila dalam Kehidupan Berbangsa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Penerapan Nilai Pancasila dalam Kehidupan Berbangsa dalam konteks operasional kejuruan secara komprehensif.</w:t>
      </w:r>
    </w:p>
    <w:p>
      <w:pPr>
        <w:pStyle w:val="ListNumber"/>
      </w:pPr>
      <w:r>
        <w:rPr>
          <w:rFonts w:ascii="Calibri" w:hAnsi="Calibri"/>
          <w:b w:val="0"/>
          <w:i w:val="0"/>
          <w:color w:val="000000"/>
          <w:sz w:val="19"/>
        </w:rPr>
        <w:t>Menerapkan prosedur kerja dan teknik pemecahan masalah terkait Penerapan Nilai Pancasila dalam Kehidupan Berbangsa secara mandiri dan presisi.</w:t>
      </w:r>
    </w:p>
    <w:p>
      <w:pPr>
        <w:pStyle w:val="ListNumber"/>
      </w:pPr>
      <w:r>
        <w:rPr>
          <w:rFonts w:ascii="Calibri" w:hAnsi="Calibri"/>
          <w:b w:val="0"/>
          <w:i w:val="0"/>
          <w:color w:val="000000"/>
          <w:sz w:val="19"/>
        </w:rPr>
        <w:t>Mengevaluasi hasil kerja, kepatuhan SOP, dan keselamatan kerja (K3) pada aktivitas pembelajaran Penerapan Nilai Pancasila dalam Kehidupan Berbangsa.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Aktualisasi sila-sila Pancasila dalam memecahkan problematika keadilan sosial, kemiskinan, dan kesenjangan ekonomi masyarakat.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Penerapan Nilai Pancasila dalam Kehidupan Berbangsa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Penerapan Nilai Pancasila dalam Kehidupan Berbangsa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Penerapan Nilai Pancasila dalam Kehidupan Berbangsa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Penerapan Nilai Pancasila dalam Kehidupan Berbangsa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Penerapan Nilai Pancasila dalam Kehidupan Berbangsa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Penerapan Nilai Pancasila dalam Kehidupan Berbangsa?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Penerapan Nilai Pancasila dalam Kehidupan Berbangsa.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Penerapan Nilai Pancasila dalam Kehidupan Berbangsa?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Penerapan Nilai Pancasila dalam Kehidupan Berbangsa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1: Penerapan Nilai Pancasila dalam Kehidupan Berbangsa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Penerapan Nilai Pancasila dalam Kehidupan Berbangsa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Penerapan Nilai Pancasila dalam Kehidupan Berbangsa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Penerapan Nilai Pancasila dalam Kehidupan Berbangsa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Penerapan Nilai Pancasila dalam Kehidupan Berbangsa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Penerapan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Penerapan Nilai Pancasila dalam Kehidupan Berbangsa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