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Negara Kesatuan Republik Indonesia dan Kedaulatan Wilayah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Negara Kesatuan Republik Indonesia dan Kedaulatan Wilayah dalam konteks operasional kejuruan secara komprehensif.</w:t>
      </w:r>
    </w:p>
    <w:p>
      <w:pPr>
        <w:pStyle w:val="ListNumber"/>
      </w:pPr>
      <w:r>
        <w:rPr>
          <w:rFonts w:ascii="Calibri" w:hAnsi="Calibri"/>
          <w:b w:val="0"/>
          <w:i w:val="0"/>
          <w:color w:val="000000"/>
          <w:sz w:val="19"/>
        </w:rPr>
        <w:t>Menerapkan prosedur kerja dan teknik pemecahan masalah terkait Negara Kesatuan Republik Indonesia dan Kedaulatan Wilayah secara mandiri dan presisi.</w:t>
      </w:r>
    </w:p>
    <w:p>
      <w:pPr>
        <w:pStyle w:val="ListNumber"/>
      </w:pPr>
      <w:r>
        <w:rPr>
          <w:rFonts w:ascii="Calibri" w:hAnsi="Calibri"/>
          <w:b w:val="0"/>
          <w:i w:val="0"/>
          <w:color w:val="000000"/>
          <w:sz w:val="19"/>
        </w:rPr>
        <w:t>Mengevaluasi hasil kerja, kepatuhan SOP, dan keselamatan kerja (K3) pada aktivitas pembelajaran Negara Kesatuan Republik Indonesia dan Kedaulatan Wilayah.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Konsep wawasan nusantara, batas wilayah kedaulatan negara, dan peran strategis generasi muda menjaga keutuhan NKRI.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Negara Kesatuan Republik Indonesia dan Kedaulatan Wilayah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Negara Kesatuan Republik Indonesia dan Kedaulatan Wilayah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Negara Kesatuan Republik Indonesia dan Kedaulatan Wilayah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Negara Kesatuan Republik Indonesia dan Kedaulatan Wilayah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Negara Kesatuan Republik Indonesia dan Kedaulatan Wilayah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Negara Kesatuan Republik Indonesia dan Kedaulatan Wilayah?</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Negara Kesatuan Republik Indonesia dan Kedaulatan Wilayah.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Negara Kesatuan Republik Indonesia dan Kedaulatan Wilayah?</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Negara Kesatuan Republik Indonesia dan Kedaulatan Wilayah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4: Negara Kesatuan Republik Indonesia dan Kedaulatan Wilayah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Negara Kesatuan Republik Indonesia dan Kedaulatan Wilayah</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Negara Kesatuan Republik Indonesia dan Kedaulatan Wilayah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Negara Kesatuan Republik Indonesia dan Kedaulatan Wilayah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Negara Kesatuan Republik Indonesia dan Kedaulatan Wilayah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Negara Kesatuan Republik Indonesia dan Kedaulatan Wilayah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Kesatuan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Republik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