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D (KELAS 7)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7)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Mengagungkan Allah SWT melalui Ibadah Salat Gerhana, Istisqa, dan Jenazah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ketentuan dan tata cara salat gerhana, istisqa, dan salat jenazah.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mempraktikkan tata cara salat jenazah dengan empat takbir secara benar.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menghayati nilai kepedulian sosial dan pengagungan kebesaran Allah melalui ibadah salat sunah khusus.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tata cara dan hikmah pelaksanaan salat sunah Kusuf (gerhana matahari), Khusuf (gerhana bulan), Istisqa (memohon hujan), serta ketentuan fardu kifayah pengurusan dan salat jenazah.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Salat Sunah Gerhana (Kusuf dan Khusuf)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tata cara 2 rakaat dengan 4 ruku' dan 4 sujud serta khotbah gerhana.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Salat Sunah Istisqa (Memohon Hujan)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tata cara salat istisqa, anjuran taubat, dan khotbah permohonan ampunan.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Ketentuan Fardu Kifayah Pengurusan Jenazah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adab memandikan, mengafani, dan menguburkan jenazah muslim.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Praktik Tata Cara Salat Jenazah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salat jenazah 4 takbir lengkap dengan bacaan doa per takbir.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Ciri khas pelaksanaan salat sunah gerhana matahari (Kusuf) yang membedakannya dari salat sunah biasa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Dilakukan sebanyak 4 rakaat tanpa salam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Setiap rakaat terdiri atas dua kali ruku' dan dua kali membaca Surah Al-Fatihah/ayat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Dilakukan tanpa berwudu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Dilakukan dengan posisi duduk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Salat gerhana (Kusuf/Khusuf) dikerjakan 2 rakaat di mana pada setiap rakaatnya terdapat dua kali berdiri, dua kali membaca Al-Fatihah, dan dua kali ruku'.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Hukum pengurusan jenazah seorang muslim (memandikan, mengafani, menyalatkan, dan menguburkan) bagi masyarakat muslim sekitar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Fardu 'ain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Fardu kifayah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Sunah muakkad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Mubah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Pengurusan jenazah muslim berstatus hukum fardu kifayah (kewajiban bersama yang gugur dosanya bagi seluruh warga jika sudah ada yang melaksanakannya).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Bacaan yang wajib dibaca setelah Takbir Kedua pada pelaksanaan salat jenazah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Surah Al-Fatihah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Membaca Selawat atas Nabi Muhammad SAW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Doa khusus untuk jenazah (Allahummaghfir lahu...)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Doa untuk kaum muslimin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Urutan bacaan salat jenazah: Takbir 1 membaca Al-Fatihah, Takbir 2 membaca Selawat Nabi, Takbir 3 membaca doa ampunan jenazah, Takbir 4 membaca doa penutup jenazah/salam.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Amalan yang sangat dianjurkan kepada masyarakat sebelum melaksanakan salat sunah Istisqa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Berdagang dan berbelanja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Berpuasa sunah, memperbanyak istighfar, bertaubat, dan bersedekah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Mengadakan pesta hiburan rakyat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Menebang pohon di hutan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Sebelum salat Istisqa, jemaah dianjurkan berpuasa 3-4 hari, bertaubat memohon ampun atas dosa, dan menyantuni fakir miskin agar Allah menurunkan rahmat hujan.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Posisi imam yang benar saat menyalatkan jenazah laki-laki adalah berdiri sejajar dengan...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Kepala jenazah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Pinggang/perut jenazah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Kaki jenazah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Dada jenazah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Sesuai sunnah Rasulullah SAW, saat menyalatkan jenazah laki-laki posisi imam berdiri lurus searah dengan kepala jenazah, sedangkan untuk jenazah perempuan imam berdiri lurus searah pinggang jenazah.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4: Mengagungkan Allah SWT melalui Ibadah Salat Gerhana, Istisqa, dan Jenazah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Salat Sunah Gerhana (Kusuf dan Khusuf)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tata cara 2 rakaat dengan 4 ruku' dan 4 sujud serta khotbah gerhana.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Salat Sunah Istisqa (Memohon Hujan)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tata cara salat istisqa, anjuran taubat, dan khotbah permohonan ampunan.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Ketentuan Fardu Kifayah Pengurusan Jenazah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adab memandikan, mengafani, dan menguburkan jenazah muslim.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Praktik Tata Cara Salat Jenazah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salat jenazah 4 takbir lengkap dengan bacaan doa per takbir.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Islam mensyariatkan salat sunah muakkad pada peristiwa-peristiwa alam istimewa untuk mengagungkan kebesaran Allah SWT. Salat Kusuf (gerhana matahari) dan Salat Khusuf (gerhana bulan) menegaskan bahwa matahari dan bulan adalah tanda-tanda kekuasaan Allah, bukan pertanda kematian atau kelahiran tokoh besar.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Salat Istisqa adalah salat sunah permohonan hujan saat terjadi kemarau panjang yang disertai perbanyakan istighfar, taubat massal, puasa sunah, dan kepedulian sosial terhadap fakir miskin.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Penyelenggaraan jenazah muslim berhukum *fardu kifayah* yang meliputi empat kewajiban: memandikan, mengafani, menyalatkan (dengan empat takbir tanpa ruku' dan sujud), serta menguburkan jenazah sesuai sunnah Nabi SAW.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Salat Kusuf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Salat sunah muakkad yang dikerjakan saat terjadi peristiwa gerhana matahari.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Salat Khusuf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Salat sunah muakkad yang dikerjakan saat terjadi peristiwa gerhana bulan.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Salat Istisqa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Salat sunah dua rakaat untuk memohon diturunkannya hujan kepada Allah SWT saat kekeringan melanda.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Fardu Kifayah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Kewajiban kolektif yang jika telah dikerjakan oleh sebagian umat Islam, maka gugurlah dosa bagi yang lainnya.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Salat Jenazah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Salat untuk mendoakan jenazah muslim yang terdiri atas 4 takbir tanpa gerakan ruku', iktidal, maupun sujud.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7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