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Sikap Bersyukur dan Menjaga Lisan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pengertian syukur dan bentuk-bentuk perwujudannya.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bahaya tidak menjaga lisan dalam pergaulan sehari-hari.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membiasakan berkata jujur, santun, dan menghindari perkataan tercela.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cara bersyukur dengan hati, lisan (Alhamdulillah), dan perbuatan, bahaya lisan (bohong, ghibah, mengejek), serta membiasakan berkata baik atau diam.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Makna dan Cara Bersyukur atas Nikmat Allah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nikmat fisik dan lingkungan serta membiasakan mengucap hamdalah.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Pentingnya Menjaga Lisan dari Perkataan Buruk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Menghindari perkataan dusta, mengejek kekurangan teman, dan memanggil dengan julukan buruk.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Membiasakan Berbicara Santun atau Diam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hadis Nabi 'Berkatalah yang baik atau diam' dalam komunikasi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thayyibah yang kita ucapkan sebagai tanda syukur saat menerima kebaikan atau nikmat dari Allah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Subhanallah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Alhamdulillahi Rabbil 'Aalamiin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Astaghfirullah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Inna lillahi wa inna ilaihi raji'un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Kalimat tahmid (Alhamdulillah) adalah lafal utama ungkapan rasa syukur.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Perwujudan rasa syukur atas nikmat memiliki tubuh yang sehat dan kuat melalui perbuatan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Menggunakan kekuatan tubuh untuk membantu orang tua dan rajin beribadah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Berkelahi dengan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Bermain game sepanjang hari sampai lupa salat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Tidur seharian di kamar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Syukur dengan perbuatan diwujudkan dengan memanfaatkan fisik untuk amal kebajikan.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Pesan Rasulullah SAW dalam hadis tentang adab berbicara adalah: 'Barang siapa yang beriman kepada Allah dan hari akhir, hendaklah ia...'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Berbicara keras di depan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Berkata yang baik atau diam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Membicarakan aib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Banyak bercanda bohong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Hadis riwayat Bukhari-Muslim memerintahkan muslim untuk berkata baik atau memilih diam.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Akibat buruk yang akan timbul jika seseorang gemar berbohong dan mengejek teman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Disukai banyak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Dijauhi teman, tidak dipercaya lagi, dan mendatangkan dosa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Menjadi juara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Mendapatkan hadiah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Lisan yang buruk merusak kepercayaan sosial dan menimbulkan permusuhan.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Lawan dari sikap bersyukur atas nikmat Allah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Tawaduk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Qana'ah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Kufur nikmat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Ikhlas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Kufur nikmat adalah sikap mengingkari atau menyia-nyiakan karunia Allah.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7: Sikap Bersyukur dan Menjaga Lisan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Makna dan Cara Bersyukur atas Nikmat Allah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nikmat fisik dan lingkungan serta membiasakan mengucap hamdalah.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Pentingnya Menjaga Lisan dari Perkataan Buruk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Menghindari perkataan dusta, mengejek kekurangan teman, dan memanggil dengan julukan buruk.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Membiasakan Berbicara Santun atau Diam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hadis Nabi 'Berkatalah yang baik atau diam' dalam komunikasi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Allah SWT telah melimpahkan nikmat yang tak terhitung jumlahnya kepada manusia, mulai dari kesehatan, pancaindra, keluarga, hingga rezeki makanan. Sikap terbaik atas segala nikmat tersebut adalah bersyukur.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Syukur dilakukan melalui tiga cara: meyakini dalam hati bahwa nikmat berasal dari Allah, mengucap kalimat tahmid (Alhamdulillah) dengan lisan, dan menggunakan anggota badan untuk berbuat kebaikan (amal saleh).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Selain itu, peserta didik diajarkan adab menjaga lisan. Rasulullah SAW berpesan agar kita senantiasa berbicara yang benar dan bermanfaat atau memilih diam agar terhindar dari dosa dan pertengkaran.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Syukur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terima kasih dan pengakuan atas segala nikmat yang diberikan Allah SWT dengan hati, lisan, dan perbuatan.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Tahmid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pujian kepada Allah yang berbunyi 'Alhamdulillaahi Rabbil 'Aalamiin' (Segala puji bagi Allah Tuhan semesta alam).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Menjaga Lisan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mengendalikan ucapan agar hanya mengeluarkan kata-kata yang baik, jujur, dan tidak menyakiti orang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Kufur Nikmat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mengingkari nikmat Allah atau menggunakan nikmat tersebut untuk perbuatan maksiat.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