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AGAMA ISLAM DAN BUDI PEKERTI — FASE F (KELAS 11)</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F (Kelas 11)</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Agama Islam dan Budi Pekerti</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2: Bukti Beriman: Memenuhi Janji dan Menjaga Lisan</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(PjBL) &amp; Penerapan Kontekstual Dunia Kerja (DUDI)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Ruang kelas/bengkel praktik kejuruan, referensi standar operasional (SOP), perangkat presentasi,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Bukti Beriman: Memenuhi Janji dan Menjaga Lisan dalam konteks operasional kejuruan secara komprehensif.</w:t>
      </w:r>
    </w:p>
    <w:p>
      <w:pPr>
        <w:pStyle w:val="ListNumber"/>
      </w:pPr>
      <w:r>
        <w:rPr>
          <w:rFonts w:ascii="Calibri" w:hAnsi="Calibri"/>
          <w:b w:val="0"/>
          <w:i w:val="0"/>
          <w:color w:val="000000"/>
          <w:sz w:val="19"/>
        </w:rPr>
        <w:t>Menerapkan prosedur kerja dan teknik pemecahan masalah terkait Bukti Beriman: Memenuhi Janji dan Menjaga Lisan secara mandiri dan presisi.</w:t>
      </w:r>
    </w:p>
    <w:p>
      <w:pPr>
        <w:pStyle w:val="ListNumber"/>
      </w:pPr>
      <w:r>
        <w:rPr>
          <w:rFonts w:ascii="Calibri" w:hAnsi="Calibri"/>
          <w:b w:val="0"/>
          <w:i w:val="0"/>
          <w:color w:val="000000"/>
          <w:sz w:val="19"/>
        </w:rPr>
        <w:t>Mengevaluasi hasil kerja, kepatuhan SOP, dan keselamatan kerja (K3) pada aktivitas pembelajaran Bukti Beriman: Memenuhi Janji dan Menjaga Lisan.</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Pentingnya integritas memenuhi komitmen kontrak kerja, kejujuran lisan dalam bersaksi, dan menjauhi fitnah di tempat kerja.</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Bukti Beriman: Memenuhi Janji dan Menjaga Lisan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Bukti Beriman: Memenuhi Janji dan Menjaga Lisan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Bukti Beriman: Memenuhi Janji dan Menjaga Lisan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Bukti Beriman: Memenuhi Janji dan Menjaga Lisan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Bukti Beriman: Memenuhi Janji dan Menjaga Lisan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Bukti Beriman: Memenuhi Janji dan Menjaga Lisan?</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Bukti Beriman: Memenuhi Janji dan Menjaga Lisan.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Bukti Beriman: Memenuhi Janji dan Menjaga Lisan?</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Bukti Beriman: Memenuhi Janji dan Menjaga Lisan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Pendidikan Agama Islam dan Budi Pekerti • Bab 2: Bukti Beriman: Memenuhi Janji dan Menjaga Lisan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Bukti Beriman: Memenuhi Janji dan Menjaga Lisan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Bukti Beriman: Memenuhi Janji dan Menjaga Lisan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Bukti Beriman: Memenuhi Janji dan Menjaga Lisan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Bukti Beriman: Memenuhi Janji dan Menjaga Lisan pada jenjang SMK Kelas 11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Bukti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Bukti Beriman: Memenuhi Janji dan Menjaga Lisan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Beriman: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Memenuhi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Kebijakan Pendidikan Dasar dan Menengah Kemendikdasmen No. 020 Tahun 2026 tentang Capaian Pembelajaran Pendidikan Agama dan Budi Pekerti.</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Agama Islam dan Budi Pekerti Kelas 11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