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Mengenal Salat Fardhu dan Bacaan Gerakannya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nama-nama 5 waktu salat fardhu beserta jumlah rakaatnya dengan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urutan gerakan salat secara runtut mulai dari takbiratul ihram sampai salam.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gerakan rukuk dan sujud dengan posisi tubuh yang lurus dan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tertib, khusyuk, dan tenang saat mengikuti salat berjemaah.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PAI Kelas 1 SD Bab 7 mengenai nama-nama salat fardhu 5 waktu, jumlah rakaatnya, dan pembiasaan memperagakan gerakan salat berjemaah dengan khusyuk.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5 Waktu Salat Wajib dan Jumlah Rakaat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Menghafal nama-nama salat fardhu (Subuh, Zuhur, Asar, Magrib, Isya) dan jumlah rakaatnya.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Urutan Gerakan Salat dari Takbir hingga Salam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sikap berdiri, rukuk, iktidal, sujud, dan duduk tasyahud secara benar.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Pembiasaan Salat Berjemaah di Sekolah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sikap tenang (tuma'ninah), merapatkan saf barisan, dan mengikuti gerakan imam.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Berapa jumlah rakaat salat fardhu Subuh yang dikerjakan pada waktu fajar?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 rakaat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 rakaat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 rakaat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 rakaat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Salat Subuh berjumlah 2 rakaat.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Salat fardhu yang dikerjakan pada petang hari saat matahari terbenam berjumlah 3 rakaat adalah salat...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Magrib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Isya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Zuhur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Asar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Salat Magrib dikerjakan sebanyak 3 rakaat pada waktu petang.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Gerakan membungkukkan badan lurus dengan kedua tangan memegang kedua lutut dalam salat disebut gerakan...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Rukuk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Sujud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Takbiratul Ihram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Duduk Iftirasy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Rukuk adalah posisi membungkuk 90 derajat sambil memegang lutut dan membaca doa rukuk.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Surah dalam Al-Qur'an yang wajib dibaca pada setiap rakaat salat adalah surah...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Al-Fatihah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Al-Ikhlas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An-Nas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Al-Kautsar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Membaca Surah Al-Fatihah adalah rukun qauli yang wajib dibaca di setiap rakaat salat.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Gerakan penutup salat yang dilakukan dengan menolehkan wajah ke arah kanan dan kiri sambil mengucap salam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Sujud sahwi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Iktidal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Qunut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Salat diawali dengan Takbiratul Ihram dan diakhiri dengan salam ke kanan dan kiri.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7: Mengenal Salat Fardhu dan Bacaan Gerakannya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5 Waktu Salat Wajib dan Jumlah Rakaat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Menghafal nama-nama salat fardhu (Subuh, Zuhur, Asar, Magrib, Isya) dan jumlah rakaatnya.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Urutan Gerakan Salat dari Takbir hingga Salam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sikap berdiri, rukuk, iktidal, sujud, dan duduk tasyahud secara benar.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Pembiasaan Salat Berjemaah di Sekolah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sikap tenang (tuma'ninah), merapatkan saf barisan, dan mengikuti gerakan imam.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Salat merupakan tiang agama dan ibadah wajib utama dalam Islam. Siswa kelas 1 SD diperkenalkan pada kewajiban melaksanakan salat fardhu 5 waktu: Subuh (2 rakaat), Zuhur (4 rakaat), Asar (4 rakaat), Magrib (3 rakaat), dan Isya (4 rakaat).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mempelajari urutan gerakan fisik salat: berdiri tegak menghadap kiblat, takbiratul ihram, bersedekap, rukuk dengan punggung lurus, iktidal, sujud dua kali, duduk di antara dua sujud, duduk tasyahud, dan salam.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memfasilitasi latihan peragaan salat berjemaah di musala sekolah, melatih ketenangan (tuma'ninah), serta membiasakan sikap disiplin dan tepat waktu.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Salat Fardhu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wajib lima waktu dalam sehari semalam yang harus dilaksanakan oleh setiap muslim yang baligh.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Rakaat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Satuan hitungan satu putaran rangkaian gerakan dan bacaan dalam ibadah salat.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Takbiratul Ihram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mengangkat kedua tangan sejajar telinga sambil mengucap 'Allahu Akbar' sebagai tanda dimulainya salat.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Tuma'ninah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berhenti sejenak dalam keadaan tenang di setiap perpindahan gerakan salat.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Barisan lurus dan rapat yang dibentuk oleh para jemaah dalam salat berjemaah.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