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Mengenal Rukun Iman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6 urutan Rukun Iman secara berurutan dan hafal dengan baik.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bukti-bukti ciptaan Allah SWT yang ada di bumi dan langit.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pengertian iman kepada Allah SWT dan Rasul-Nya secara sederhana.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Membiasakan sikap bersyukur atas segala nikmat yang diberikan Allah SWT dalam keseharian.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PAI Kelas 1 SD Bab 2 mengenai 6 pilar Rukun Iman, meneladani bukti keberadaan Allah SWT melalui ciptaan-Nya di alam semesta, dan beriman kepada Rasul.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Menghafal 6 Rukun Iman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urutan 6 rukun iman (Iman kepada Allah, Malaikat, Kitab, Rasul, Hari Kiamat, Qada dan Qadar).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Mengenal Allah SWT Melalui Ciptaan-Nya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benda-benda alam sebagai bukti nyata kekuasaan dan kasih sayang Allah SWT.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Beriman kepada Nabi dan Rasul Allah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tugas mulia para rasul sebagai teladan akhlak terpuji bagi seluruh umat manusia.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Jumlah rukun iman yang wajib diyakini oleh setiap muslim dalam hatinya 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6 (Enam) perkara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 (Lima) perkara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 (Empat) perkara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 (Tiga) perkara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Rukun Iman berjumlah 6 perkara.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Rukun iman yang pertama adalah iman kepada...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Allah SWT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Malaikat Allah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Kitab-kitab Allah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Hari Kiamat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Rukun Iman pertama adalah meyakini dengan sepenuh hati bahwa Allah SWT adalah Tuhan Yang Maha Esa pencipta alam semesta.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Malaikat adalah makhluk ciptaan Allah SWT yang sangat taat dan diciptakan dari...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Cahaya (Nur)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Api yang menyala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Tanah liat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Air laut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Malaikat diciptakan dari cahaya (nur) dan selalu patuh menjalankan perintah Allah.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Rukun iman yang kedua adalah beriman kepada...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Malaikat-malaikat Allah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Rasul-rasul Allah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Qada dan Qadar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Hari Akhir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Urutan rukun iman ke-2 adalah iman kepada para malaikat Allah.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Percaya bahwa hari akhir (kiamat) pasti akan datang merupakan rukun iman yang ke-...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5 (Kelima)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 (Pertama)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 (Ketiga)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6 (Keenam)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Iman kepada Hari Akhir/Kiamat adalah rukun iman ke-5.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2: Mengenal Rukun Iman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Menghafal 6 Rukun Iman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urutan 6 rukun iman (Iman kepada Allah, Malaikat, Kitab, Rasul, Hari Kiamat, Qada dan Qadar).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Mengenal Allah SWT Melalui Ciptaan-Nya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benda-benda alam sebagai bukti nyata kekuasaan dan kasih sayang Allah SWT.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Beriman kepada Nabi dan Rasul Allah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tugas mulia para rasul sebagai teladan akhlak terpuji bagi seluruh umat manusia.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Fondasi akidah Islam pada kelas 1 SD ditanamkan melalui pemahaman 6 Rukun Iman secara bertahap dan aplikatif. Siswa diajak meyakini bahwa Allah SWT adalah Tuhan Yang Maha Esa pencipta seluruh alam semesta.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mengamati bukti keberadaan Allah melalui ciptaan-Nya yang tampak: matahari yang bersinar, gunung yang kokoh, aneka hewan, dan diri manusia sendiri. Siswa juga dikenalkan pada Nabi dan Rasul sebagai utusan Allah yang membawa ajaran kebaikan.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melatih hafalan urutan 6 Rukun Iman melalui nyanyian tepuk anak saleh, cerita keteladanan para rasul, serta menumbuhkan rasa syukur atas nikmat anggota tubuh dan alam sekitar.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Rukun Iman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Enam landasan keyakinan pokok dalam agama Islam yang wajib diyakini di dalam hati setiap muslim.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Akidah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Pokok-pokok keyakinan atau keimanan yang mengikat hati seorang muslim kepada Allah SWT.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Al-Khaliq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 Allah SWT yang bermakna Maha Pencipta segala sesuatu yang ada di alam semesta.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Rasul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Laki-laki pilihan yang menerima wahyu dari Allah SWT untuk dirinya dan wajib disampaikan kepada umatnya.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Syukur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Ungkapan rasa terima kasih dan pengakuan atas segala nikmat yang dianugerahkan oleh Allah SWT.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