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Meneladani Kisah Perjuangan Khulafaur Rasyidin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Mendeskripsikan prestasi kepemimpinan dan sifat mulia masing-masing khalifah Khulafaur Rasyidin.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Meneladani kezuhudan Umar bin Khattab dan kedermawanan Utsman bin Affan dalam kehidupan sehari-hari.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nilai musyawarah, keberanian membela kebenaran, dan kejujuran dalam memimpin organisasi kelas.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Menganalisis kepemimpinan empat khalifah utama (Abu Bakar Ash-Shiddiq, Umar bin Khattab, Utsman bin Affan, dan Ali bin Abi Thalib), ketegasan moral, kesederhanaan, dan keadilan dalam memimpin umat.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Kepemimpinan Khalifah Abu Bakar Ash-Siddiq dan Umar bin Khattab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pengumpulan mushaf Al-Qur'an dan keadilan sosial Khalifah Umar.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Kepemimpinan Khalifah Utsman bin Affan dan Ali bin Abi Thalib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penyusunan Mushaf Utsmani dan keteladanan pintu ilmu Ali bin Abi Thalib.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Meneladani Sifat Amanah dan Adil para Khulafaur Rasyidin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kepemimpinan bijaksana dalam memimpin regu piket dan organisasi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Khalifah pertama dari Khulafaur Rasyidin yang memprakarsai pengumpulan lembaran-lembaran Al-Qur'an (kodifikasi) setelah banyaknya penghafal Al-Qur'an yang gugur dalam Perang Yamamah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Abu Bakar Ash-Siddiq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Umar bin Khattab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Utsman bin Affan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Ali bin Abi Thalib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Abu Bakar menyetujui usul Umar untuk membukukan Al-Qur'an yang dipimpin oleh Zaid bin Tsabit.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Khalifah yang terkenal sangat adil, sederhana, tegas melawan kezaliman, dan menetapkan awal Kalender Hijriah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Abu Bakar Ash-Siddiq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Umar bin Khattab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Utsman bin Affan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Ali bin Abi Thalib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Umar bin Khattab menetapkan penanggalan kalender Hijriah dan terkenal dengan keadilannya.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Kedermawanan luar biasa yang ditunjukkan Khalifah Utsman bin Affan bagi kaum muslimin antara lain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Membeli sumur Raumah dari seorang Yahudi dan mewakafkannya untuk air minum gratis seluruh penduduk Madinah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Membangun istana emas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Menolak membayar zakat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Menyimpan gandum untuk dirinya sendiri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Utsman mewakafkan sumur Raumah untuk mengatasi krisis air bersih kaum muslimin di Madinah.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Sahabat nabi yang berani menggantikan posisi tidur di ranjang Rasulullah saw. saat malam pengepungan rumah nabi oleh pemuda Quraisy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Ali bin Abi Thalib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Umar bin Khattab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Bilal bin Rabah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Khalid bin Walid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Ali bin Abi Thalib mempertaruhkan nyawanya tidur di kasur nabi mengelabui pengepung Quraisy.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Gelar 'Ash-Siddiq' yang disematkan kepada Abu Bakar memiliki arti...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Yang membedakan benar dan salah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Yang membenarkan peristiwa Isra Mikraj dan selalu jujur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Pemilik dua cahaya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Singa padang pasir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Abu Bakar langsung membenarkan peristiwa Isra Mikraj nabi tanpa ragu sedikit pun.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5: Meneladani Kisah Perjuangan Khulafaur Rasyidin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Kepemimpinan Khalifah Abu Bakar Ash-Siddiq dan Umar bin Khattab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pengumpulan mushaf Al-Qur'an dan keadilan sosial Khalifah Umar.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Kepemimpinan Khalifah Utsman bin Affan dan Ali bin Abi Thalib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penyusunan Mushaf Utsmani dan keteladanan pintu ilmu Ali bin Abi Thalib.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Meneladani Sifat Amanah dan Adil para Khulafaur Rasyidin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kepemimpinan bijaksana dalam memimpin regu piket dan organisasi kelas.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meneladani perjuangan Khulafaur Rasyidin menelaah kepemimpinan empat sahabat utama yang memimpin umat Islam setelah wafatnya Rasulullah saw.: Abu Bakar Ash-Siddiq, Umar bin Khattab, Utsman bin Affan, dan Ali bin Abi Thalib.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prestasi monumental masing-masing khalifah: kodifikasi mushaf Al-Qur'an dan penumpasan nabi palsu (Abu Bakar), penetapan kalender Hijriah dan perluasan wilayah (Umar), pembukuan Mushaf Utsmani (Utsman), dan penataan administrasi bahasa serta keilmuan (Ali).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menanamkan keteladanan karakter kepemimpinan: keteguhan iman Abu Bakar, ketegasan keadilan Umar, kedermawanan dan kesantunan Utsman, serta kecerdasan ilmu dan keberanian Ali.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Khulafaur Rasyidin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Para pemimpin umat Islam pengganti Rasulullah saw. yang mendapat petunjuk dan bimbingan kebenaran dari Allah Swt.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Mushaf Utsmani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Salinan baku naskah Al-Qur'an resmi yang dibukukan pada masa Khalifah Utsman bin Affan dan disebarkan ke berbagai wilayah Islam.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Tahun Hijriah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Penetapan penanggalan kalender Islam yang dimulai sejak peristiwa hijrah Nabi, dirintis oleh Khalifah Umar bin Khattab.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Baitul Mal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perbendaharaan negara pada masa kekhalifahan Islam untuk menampung dan mengelola dana umat.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Babul 'Ilmi (Pintu Ilmu)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Gelar kehormatan bagi Ali bin Abi Thalib karena keluasan ilmu dan kecerdasannya.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