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Menyayangi Anak Yatim (Q.S. Al-Ma'un)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Membaca Q.S. Al-Ma'un ayat 1-7 secara tartil sesuai kaidah tajwid mim sukun yang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Menghafal Q.S. Al-Ma'un dengan lancar beserta makna arti tiap ayatnya.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ciri-ciri orang yang mendustakan agama menurut Al-Qur'an dan membiasakan gemar berbagi kepada anak yatim.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Membaca secara tartil, menghafal, memahami hukum tajwid mim sukun (ikhfa syafawi, idgham mimi, izhar syafawi), dan pesan pokok Q.S. Al-Ma'un tentang kepedulian sosial terhadap anak yatim dan fakir miskin.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Membaca Q.S. Al-Ma'un dengan Tajwid yang Benar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hukum bacaan nun mati, mim mati, dan mad dalam surah Al-Ma'un.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Memahami Makna dan Ciri Pendusta Agama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5 ciri pendusta agama menurut ayat 1 sampai 7 surah Al-Ma'un.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Meneladani Sikap Santun dan Peduli Sosial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sedekah jumat berkah dan menyantuni teman yatim di sekolah.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Menurut Q.S. Al-Ma'un ayat 1-3, orang yang disebut mendustakan agama antara lain adalah orang yang...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Menghardik anak yatim dan tidak menganjurkan memberi makan orang miskin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Rajin menabung di bank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Gemar membaca buku di perpustakaan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Bangun pagi untuk berolahraga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Ayat 2-3 menyebutkan ciri pendusta agama: 'Fadzaalikalladzi yadu''ul yatiim, wa laa yahuddhu 'alaa tha'aamil miskiin'.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Sikap 'riya'' dalam beribadah artinya...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Beribadah semata-mata ikhlas mencari rida Allah Swt.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Melakukan ibadah agar dilihat dan dipuji oleh orang lain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Beribadah secara sembunyi-sembunyi di malam hari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Beribadah tepat waktu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Riya' adalah penyakit hati pamer amal ibadah demi pujian manusia.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Bentuk perbuatan menolong dengan barang yang berguna (Al-Ma'un) di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Meminjamkan pensil atau penggaris kepada teman yang lupa membawa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Menyembunyikan buku tugas teman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Merusak fasilitas bangku kelas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Menolak berbagi makanan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Meminjamkan alat tulis saat teman membutuhkan merupakan pengamalan memberi barang berguna (Al-Ma'un).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Hukum bacaan tajwid pada lafal 'min jû'in' (nun sukun bertemu jim)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Idzhar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Ikhfa Haqiqi (samar)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Iqlab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Idgham Bilagunnah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Nun sukun bertemu huruf jim dibaca samar mendengung (ikhfa haqiqi).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Ancaman 'celakalah bagi orang yang salat' (fa wailul lil mushalliin) dalam surah Al-Ma'un ditujukan kepada orang yang...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Salatnya khusyuk dan tepat waktu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Lalai dari salatnya dan berbuat riya'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Membaca doa setelah salat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Salat berjemaah di masjid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Ancaman wail ditujukan bagi orang yang lalai dari esensi salatnya (alladziina hum 'an shalaatihim saahuun).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1: Menyayangi Anak Yatim (Q.S. Al-Ma'un)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Membaca Q.S. Al-Ma'un dengan Tajwid yang Benar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hukum bacaan nun mati, mim mati, dan mad dalam surah Al-Ma'un.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Memahami Makna dan Ciri Pendusta Agama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5 ciri pendusta agama menurut ayat 1 sampai 7 surah Al-Ma'un.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Meneladani Sikap Santun dan Peduli Sosial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sedekah jumat berkah dan menyantuni teman yatim di sekolah.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PAI kelas 5 SD diawali dengan pendalaman pesan Q.S. Al-Ma'un mengenai kriteria pendusta agama (orang yang menghardik anak yatim, enggan memberi makan orang miskin, lalai dalam salat, berbuat riya', dan enggan menolong dengan barang berguna).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hukum tajwid ikhfa haqiqi dan idzhar syafawi, melafalkan 7 ayat surah Al-Ma'un dengan fasih, serta menghafal arti dan asbabun nuzul surah.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menginternalisasi nilai kepedulian sosial, gemar menyantuni anak yatim, serta ikhlas beribadah semata-mata karena Allah Swt. bebas dari sifat pamer (riya).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Q.S. Al-Ma'un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Surah ke-107 dalam Al-Qur'an yang menjelaskan tentang orang-orang yang mendustakan agama.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Anak Yatim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Anak yang belum balig yang telah ditinggal wafat oleh ayah kandungnya.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Riya'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Sifat tercela memperlihatkan amal ibadah kepada orang lain dengan tujuan mendapat pujian.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Al-Ma'un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Bantuan berupa barang-barang yang berguna bagi orang yang membutuhkan pertolongan.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Lalai Salat (Sahun)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Mengabaikan waktu salat, menunda-nunda hingga akhir waktu, atau salat tanpa kekhusyukan.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