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Mari Mengaji dan Mengkaji Q.S. At-Tin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At-Tin secara tartil dan menerapkan hukum bacaan tajwid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Q.S. At-Tin ayat 1-8 dengan lancar beserta artinya.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pesan kandungan surah bahwa kemuliaan manusia terletak pada iman dan amal kebajikan.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secara tartil dengan hukum nun mati/tanwin, menghafal, dan memahami kandungan Q.S. At-Tin mengenai manusia sebagai makhluk ciptaan Allah dalam bentuk terbaik (ahsanit taqwim).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Q.S. At-Tin dengan Kaidah Tajwid Qalqalah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hukum bacaan qalqalah sugra (di tengah kata) dan qalqalah kubra (di akhir wakaf).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Memahami Arti dan Tafsir Surah At-Tin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makna ahsanit taqwim dan ancaman asfala saafiliin bagi yang durhaka.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Menghafal dan Mengamalkan Kandungan Q.S. At-Tin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salat tepat waktu, gemar berbuat kebajikan, dan menjaga kemuliaan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Arti dari lafal 'Laqad khalaqnal insaana fii ahsani taqwiim' (Q.S. At-Tin ayat 4)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Demi buah Tin dan buah Zaitun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Dan demi Bukit Sinai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Sungguh, Kami telah menciptakan manusia dalam bentuk yang sebaik-baiknya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Bukankah Allah hakim yang paling adil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Ayat ke-4 Q.S. At-Tin menegaskan penciptaan manusia dalam wujud ciptaan terbaik (ahsanit taqwim).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Huruf-huruf hijaiyah yang termasuk ke dalam hukum bacaan qalqalah (memantul)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ب, ج, د, ط, ق (Baju Ditoko)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ا, ل, م, ن, هـ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ت, ث, س, ش, ص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خ, ع, غ, ح, ف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Lima huruf qalqalah disingkat 'Baju Ditoko' (ba, jim, dal, tha, qaf).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Hal yang dapat menyelamatkan manusia dari derajat yang serendah-rendahnya (asfala saafiliin) menurut Q.S. At-Tin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Memiliki wajah rupawan dan pakaian bermerek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Beriman dan mengerjakan amal saleh (kebajikan)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Memiliki banyak pengikut di media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Menjadi orang yang paling kaya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Ayat ke-6 menegaskan pengecualian bagi orang beriman dan beramal saleh yang mendapat pahala tiada putus.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hukum bacaan Qalqalah Sugra terdapat pada kata...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Khalaq-na (خَلَقْنَا)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Al-Falaq (saat berhenti)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Kasab (saat berhenti)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Bismillahi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Huruf qaf mati di tengah kata 'khalaqna' dibaca memantul ringan (sugra).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Kota yang disebut dalam Q.S. At-Tin ayat 3 sebagai 'negeri yang aman' (wa haadzal baladil amiin)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Kota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Kota Makkah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Kota Yerusalem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Kota Kairo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Baladil amin adalah sebutan mulia untuk Kota Suci Makkah Al-Mukarramah.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6: Mari Mengaji dan Mengkaji Q.S. At-Tin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Q.S. At-Tin dengan Kaidah Tajwid Qalqalah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hukum bacaan qalqalah sugra (di tengah kata) dan qalqalah kubra (di akhir wakaf).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Memahami Arti dan Tafsir Surah At-Tin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makna ahsanit taqwim dan ancaman asfala saafiliin bagi yang durhaka.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Menghafal dan Mengamalkan Kandungan Q.S. At-Tin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salat tepat waktu, gemar berbuat kebajikan, dan menjaga kemuliaan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mari mengaji dan mengkaji Q.S. At-Tin membimbing peserta didik melafalkan 8 ayat surah At-Tin dengan kaidah tajwid qalqalah (sugra dan kubra) serta makhraj yang fasih.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kandungan ayat mengenai sumpah Allah Swt. demi buah Tin, buah Zaitun, Bukit Sinai, dan Kota Makkah yang aman, serta penciptaan manusia dalam bentuk yang sebaik-baiknya (ahsanit taqwim).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menekankan bahwa kemuliaan bentuk fisik manusia dapat jatuh ke derajat paling rendah (asfala saafiliin) jika tidak diimbangi dengan iman yang kokoh dan amal saleh.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At-Tin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ke-95 dalam Al-Qur'an yang terdiri atas 8 ayat dan tergolong surah Makkiyah.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Ahsani Taqwim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penciptaan manusia yang paling sempurna dan sebaik-baiknya, baik rupa jasmani maupun potensi akal batin.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Asfala Saafiliin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 atau tingkatan yang serendah-rendahnya (neraka/kehinaan) bagi manusia yang ingkar.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Qalqalah Sugra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memantul ringan pada huruf qalqalah (b, j, d, th, q) yang bersukun asli di tengah kata.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Qalqalah Kubra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memantul kuat pada huruf qalqalah yang berada di akhir ayat atau karena wakaf.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