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Kisah Hijrah Nabi Muhammad saw. ke Madinah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Menceritakan latar belakang dan sebab-sebab hijrah Nabi Muhammad saw. dari Makkah ke Madinah.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Meneladani ketabahan Nabi Muhammad saw. dan sahabat Abu Bakar Ash-Shiddiq selama perjalanan hijrah.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nilai persaudaraan antara kaum Muhajirin dan Ansar dalam membangun masyarakat Madinah.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sebab-sebab hijrah Nabi Muhammad saw., peristiwa perjalanan menuju Madinah, sambutan hangat kaum Ansar, dan penanaman nilai persaudaraan kaum Muhajirin-Ansar.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Sebab-Sebab dan Peristiwa Hijrah ke Madinah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tekanan kaum kafir Quraisy dan perintah hijrah dari Allah Swt.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Peristiwa Menegangkan di Gua Tsur dan Perjalanan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Meneladani kesetiaan Abu Bakar Ash-Siddiq dan pertolongan mukjizat Allah.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Membangun Masyarakat Madinah yang Bersaudara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Meneladani ketulusan kaum Ansar menolong kaum Muhajirin dan pembangunan masjid.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Penyebab utama Nabi Muhammad saw. dan para sahabat berhijrah dari Makkah ke Madinah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Ingin berdagang kain di pasar Madinah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Tekanan, boikot, dan ancaman pembunuhan dari kaum kafir Quraisy serta perintah dari Allah Swt.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Berlibur mencari tempat yang sejuk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Diundang untuk berwisata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Hijrah dilakukan atas perintah Allah untuk menyelamatkan akidah umat Islam dari penindasan Quraisy.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Sahabat setia yang menemani Rasulullah saw. bersembunyi di dalam Gua Tsur selama tiga malam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Umar bin Khattab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Abu Bakar Ash-Siddiq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Utsman bin Affan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Ali bin Abi Thalib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Abu Bakar mendampingi Rasulullah saw. dalam perjalanan hijrah dan di Gua Tsur.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Sebutan bagi penduduk asli Madinah yang menyambut dan menolong saudara mereka yang baru datang dari Makkah adalah Kaum...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Muhajirin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Ansar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Quraisy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Badui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Ansar bermakna 'kaum penolong' yang menyambut kaum Muhajirin di Madinah.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Masjid pertama yang didirikan oleh Rasulullah saw. saat singgah sebelum masuk ke kota Madinah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Masjidil Haram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Masjid Nabawi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Masjid Quba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Masjidil Aqsa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Masjid Quba didirikan pertama kali di desa Quba oleh Rasulullah saw.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Nilai keteladanan yang dapat kita terapkan dari sikap kaum Ansar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Menolak orang yang membutuhkan pertolongan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Ikhlas berbagi tempat tinggal, makanan, dan kasih sayang kepada saudara yang kesusahan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Mementingkan diri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Menuntut imbalan atas bantuan yang diberikan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Kedermawanan dan ketulusan kaum Ansar menjadi teladan kepedulian sosial tertinggi.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5: Kisah Hijrah Nabi Muhammad saw. ke Madinah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Sebab-Sebab dan Peristiwa Hijrah ke Madinah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tekanan kaum kafir Quraisy dan perintah hijrah dari Allah Swt.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Peristiwa Menegangkan di Gua Tsur dan Perjalanan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Meneladani kesetiaan Abu Bakar Ash-Siddiq dan pertolongan mukjizat Allah.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Membangun Masyarakat Madinah yang Bersaudara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Meneladani ketulusan kaum Ansar menolong kaum Muhajirin dan pembangunan masjid.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kisah hijrah Nabi Muhammad saw. ke Madinah menelusuri sebab-sebab peristiwa hijrah umat Islam dari Makkah ke Yatsrib (Madinah) akibat boikot dan kekejaman kaum kafir Quraisy.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strategi dakwah Rasulullah saw., peristiwa persembunyian di Gua Tsur bersama Abu Bakar Ash-Siddiq, hingga sambutan hangat kaum Ansar di Madinah.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meneladani ukhuwah persaudaraan antara kaum Muhajirin dan kaum Ansar serta pembangunan Masjid Quba dan Masjid Nabawi sebagai pusat peradaban umat.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Hijrah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Perpindahan Nabi Muhammad saw. dan para sahabat dari Makkah ke Madinah untuk menyelamatkan akidah dan membangun peradaban Islam.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Kaum Muhajirin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Golongan sahabat nabi yang ikut berhijrah meninggalkan harta dan tanah kelahiran Makkah menuju Madinah.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Kaum Ansar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Penduduk asli Madinah yang menyambut, menolong, dan membagikan harta mereka kepada kaum Muhajirin.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Gua Tsur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Gua tempat persembunyian Nabi Muhammad saw. dan Abu Bakar selama tiga hari saat dikejar kaum Quraisy.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Masjid Quba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Masjid pertama yang dibangun oleh Rasulullah saw. dalam perjalanan hijrah menuju Madinah.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