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Teladan Mulia Asmaulhusna (Al-Malik, Al-Aziz, Al-Quddus, As-Salam, Al-Mu'min)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arti dan makna Asmaulhusna Al-Malik, Al-Aziz, Al-Quddus, As-Salam, dan Al-Mu'min.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lafal 5 Asmaulhusna beserta artinya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perilaku menahan diri, mandiri, menjaga kebersihan, dan menciptakan kedamaian sebagai wujud keteladanan Asmaulhusna.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arti dan makna Asmaulhusna Al-Malik, Al-Aziz, Al-Quddus, As-Salam, dan Al-Mu'min serta meneladani sifat mulia tersebut dalam perilaku sehari-hari.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Makna Al-Malik, Al-Aziz, Al-Quddus, As-Salam, Al-Mu'min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arti dan dalil lima Asmaulhusna dalam Al-Qur'an.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Meneladani Asmaulhusna dalam Akhlak Sehari-hari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sikap mandiri, menjaga kesucian diri, dan menciptakan ketenangan di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Berkreasi Membuat Kaligrafi Asmaulhusna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khat kaligrafi indah Asmaulhusna dengan rapi dan teliti.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Asmaulhusna 'Al-Quddus' memiliki arti bahwa Allah Swt. adalah Zat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Maha Merajai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Maha Suci dari segala kekurangan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Maha Perkasa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Maha Melihat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Al-Quddus bermakna Maha Suci dari segala aib dan cela.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perilaku meneladani sifat As-Salam (Maha Pemberi Kedamaian)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Menebarkan salam, hidup rukun, dan tidak memicu pertengkaran antarteman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Suka berkelahi dan memusuhi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Bersikap sombong dan membanggakan 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Mengambil barang teman tanpa izin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Menebarkan salam dan menjaga perdamaian adalah wujud teladan sifat As-Salam.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Perilaku meneladani Asmaulhusna 'Al-Malik' (Maha Merajai) dalam memimpin diri sendiri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Menuruti semua hawa nafsu dan bermalas-malasan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Mampu mengendalikan diri dari perbuatan buruk dan mengelola emosi dengan bijak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Menyuruh-nyuruh teman sesuka hati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Memerintah orang tua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Menjadi raja bagi diri sendiri berarti mampu menahan diri dari godaan maksiat dan amarah.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Memberikan rasa aman kepada teman, tidak menakut-nakuti, dan menjaga rahasia kebaikan merupakan teladan dari Asmaulhusna...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Al-Mu'min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Al-Aziz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Al-Malik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Al-Quddus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Al-Mu'min (Maha Memberi Keamanan) diteladani dengan menjadi pribadi yang terpercaya dan tidak menebar ancaman.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Asmaulhusna 'Al-Aziz' menunjukkan bahwa Allah Swt. adalah Zat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Maha Pengampun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Maha Perkasa lagi Maha Mulia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Maha Mengetahui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Maha Mendengar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Al-Aziz bermakna Maha Perkasa, Mulia, dan Tak Tertandingi kekuasaan-Nya.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Teladan Mulia Asmaulhusna (Al-Malik, Al-Aziz, Al-Quddus, As-Salam, Al-Mu'min)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Makna Al-Malik, Al-Aziz, Al-Quddus, As-Salam, Al-Mu'min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arti dan dalil lima Asmaulhusna dalam Al-Qur'an.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Meneladani Asmaulhusna dalam Akhlak Sehari-hari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sikap mandiri, menjaga kesucian diri, dan menciptakan ketenangan di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Berkreasi Membuat Kaligrafi Asmaulhusna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khat kaligrafi indah Asmaulhusna dengan rapi dan teliti.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memperdalam pemahaman akidah tentang lima nama agung Allah Swt. (Asmaulhusna): Al-Malik (Maha Merajai), Al-Aziz (Maha Mulia/Perkasa), Al-Quddus (Maha Suci), As-Salam (Maha Menyelamatkan/Pemberi Damai), dan Al-Mu'min (Maha Memberi Keamanan).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makna teologis masing-masing Asmaulhusna dan cara mengamalkannya dalam kehidupan sehari-hari (menahan diri dari amarah, mandiri, menjaga kebersihan hati dan lingkungan, menebarkan salam perdamaian, serta menciptakan rasa aman bagi orang lain).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mengekspresikan pemahaman Asmaulhusna melalui karya seni kaligrafi khat riq'ah/naskhi sederhana.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Asmaulhusna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Nama-nama yang baik dan agung milik Allah Swt. yang menunjukkan kesempurnaan sifat-sifat-Nya.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Al-Malik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Merajai dan Menguasai seluruh alam semesta beserta isinya.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Al-Quddus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Suci dari segala kekurangan, cela, dan kelemahan.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As-Salam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Pemberi Keselamatan, kedamaian, dan kesejahteraan bagi hamba-Nya.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Al-Mu'min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Memberi Keamanan dan ketenteraman bagi orang-orang yang beriman.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