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MATEMATIKA TINGKAT LANJUT — FASE F (KELAS 12)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F (Kelas 12)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Matematika Tingkat Lanjut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5: Distribusi Peluang Acak dan Distribusi Normal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media gambar/benda konkret,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konsep variabel acak dan menghitung nilai harapan fungsi peluang.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menyelesaikan masalah peluang menggunakan rumus Distribusi Binomial.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menggunakan kurva Distribusi Normal dan tabel Z-score dalam penarikan kesimpulan statistik.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 xml:space="preserve">Variabel acak diskrit dan kontinu, fungsi distribusi peluang (fungsi massa peluang dan fungsi distribusi kumulatif </w:t>
      </w:r>
      <m:oMath>
        <m:r>
          <m:t>F</m:t>
        </m:r>
        <m:r>
          <m:t>(</m:t>
        </m:r>
        <m:r>
          <m:t>x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), nilai harapan (ekspektasi </w:t>
      </w:r>
      <m:oMath>
        <m:r>
          <m:t>E</m:t>
        </m:r>
        <m:r>
          <m:t>(</m:t>
        </m:r>
        <m:r>
          <m:t>X</m:t>
        </m:r>
        <m:r>
          <m:t>)</m:t>
        </m:r>
        <m:r>
          <m:t>=</m:t>
        </m:r>
        <m:r>
          <m:t>μ</m:t>
        </m:r>
      </m:oMath>
      <w:r>
        <w:rPr>
          <w:rFonts w:ascii="Calibri" w:hAnsi="Calibri"/>
          <w:b w:val="0"/>
          <w:i w:val="0"/>
          <w:color w:val="000000"/>
          <w:sz w:val="19"/>
        </w:rPr>
        <w:t>) dan varians (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rPr>
          <w:rFonts w:ascii="Calibri" w:hAnsi="Calibri"/>
          <w:b w:val="0"/>
          <w:i w:val="0"/>
          <w:color w:val="000000"/>
          <w:sz w:val="19"/>
        </w:rPr>
        <w:t>), Distribusi Binomial Bernoulli (</w:t>
      </w:r>
      <m:oMath>
        <m:r>
          <m:t>P</m:t>
        </m:r>
        <m:r>
          <m:t>(</m:t>
        </m:r>
        <m:r>
          <m:t>X</m:t>
        </m:r>
        <m:r>
          <m:t>=</m:t>
        </m:r>
        <m:r>
          <m:t>x</m:t>
        </m:r>
        <m:r>
          <m:t>)</m:t>
        </m:r>
        <m:r>
          <m:t>=</m:t>
        </m:r>
        <m:r>
          <m:t>C</m:t>
        </m:r>
        <m:r>
          <m:t>(</m:t>
        </m:r>
        <m:r>
          <m:t>n</m:t>
        </m:r>
        <m:r>
          <m:t>,</m:t>
        </m:r>
        <m:r>
          <m:t>x</m:t>
        </m:r>
        <m:r>
          <m:t>)</m:t>
        </m:r>
        <m:sSup>
          <m:e>
            <m:r>
              <m:t>p</m:t>
            </m:r>
          </m:e>
          <m:sup>
            <m:r>
              <m:t>x</m:t>
            </m:r>
          </m:sup>
        </m:sSup>
        <m:sSup>
          <m:e>
            <m:r>
              <m:t>q</m:t>
            </m:r>
          </m:e>
          <m:sup>
            <m:r>
              <m:t>n</m:t>
            </m:r>
            <m:r>
              <m:t>-</m:t>
            </m:r>
            <m:r>
              <m:t>x</m:t>
            </m:r>
          </m:sup>
        </m:sSup>
      </m:oMath>
      <w:r>
        <w:rPr>
          <w:rFonts w:ascii="Calibri" w:hAnsi="Calibri"/>
          <w:b w:val="0"/>
          <w:i w:val="0"/>
          <w:color w:val="000000"/>
          <w:sz w:val="19"/>
        </w:rPr>
        <w:t>), serta Distribusi Normal Gauss dan penggunaan tabel Z-score baku (</w:t>
      </w:r>
      <m:oMath>
        <m:r>
          <m:t>Z</m:t>
        </m:r>
        <m:r>
          <m:t>=</m:t>
        </m:r>
        <m:f>
          <m:fPr>
            <m:type m:val="bar"/>
          </m:fPr>
          <m:num>
            <m:r>
              <m:t>X</m:t>
            </m:r>
            <m:r>
              <m:t>-</m:t>
            </m:r>
            <m:r>
              <m:t>μ</m:t>
            </m:r>
          </m:num>
          <m:den>
            <m:r>
              <m:t>σ</m:t>
            </m:r>
          </m:den>
        </m:f>
      </m:oMath>
      <w:r>
        <w:rPr>
          <w:rFonts w:ascii="Calibri" w:hAnsi="Calibri"/>
          <w:b w:val="0"/>
          <w:i w:val="0"/>
          <w:color w:val="000000"/>
          <w:sz w:val="19"/>
        </w:rPr>
        <w:t>).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Variabel Acak Diskrit dan Fungsi Distribusi Peluang Kumulatif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 xml:space="preserve">Eksplorasi Konseptual: Menyusun tabel distribusi peluang, nilai ekspektasi </w:t>
      </w:r>
      <m:oMath>
        <m:r>
          <m:t>E</m:t>
        </m:r>
        <m:r>
          <m:t>(</m:t>
        </m:r>
        <m:r>
          <m:t>X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8"/>
        </w:rPr>
        <w:t>, dan varians variabel acak diskrit.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Distribusi Binomial dan Karakteristik Percobaan Bernoulli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 xml:space="preserve">Eksplorasi Konseptual: Menghitung peluang kejadian binomial </w:t>
      </w:r>
      <m:oMath>
        <m:r>
          <m:t>P</m:t>
        </m:r>
        <m:r>
          <m:t>(</m:t>
        </m:r>
        <m:r>
          <m:t>X</m:t>
        </m:r>
        <m:r>
          <m:t>=</m:t>
        </m:r>
        <m:r>
          <m:t>x</m:t>
        </m:r>
        <m:r>
          <m:t>)</m:t>
        </m:r>
        <m:r>
          <m:t>=</m:t>
        </m:r>
        <m:r>
          <m:t>C</m:t>
        </m:r>
        <m:r>
          <m:t>(</m:t>
        </m:r>
        <m:r>
          <m:t>n</m:t>
        </m:r>
        <m:r>
          <m:t>,</m:t>
        </m:r>
        <m:r>
          <m:t>x</m:t>
        </m:r>
        <m:r>
          <m:t>)</m:t>
        </m:r>
        <m:sSup>
          <m:e>
            <m:r>
              <m:t>p</m:t>
            </m:r>
          </m:e>
          <m:sup>
            <m:r>
              <m:t>x</m:t>
            </m:r>
          </m:sup>
        </m:sSup>
        <m:r>
          <m:t>(</m:t>
        </m:r>
        <m:r>
          <m:t>1</m:t>
        </m:r>
        <m:r>
          <m:t>-</m:t>
        </m:r>
        <m:r>
          <m:t>p</m:t>
        </m:r>
        <m:sSup>
          <m:e>
            <m:r>
              <m:t>)</m:t>
            </m:r>
          </m:e>
          <m:sup>
            <m:r>
              <m:t>n</m:t>
            </m:r>
            <m:r>
              <m:t>-</m:t>
            </m:r>
            <m:r>
              <m:t>x</m:t>
            </m:r>
          </m:sup>
        </m:sSup>
      </m:oMath>
      <w:r>
        <w:rPr>
          <w:rFonts w:ascii="Calibri" w:hAnsi="Calibri"/>
          <w:b w:val="0"/>
          <w:i w:val="0"/>
          <w:color w:val="000000"/>
          <w:sz w:val="18"/>
        </w:rPr>
        <w:t xml:space="preserve"> dan frekuensi harapan.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Distribusi Normal (Kurva Gauss) dan Transformasi Z-Score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Menghitung luas daerah di bawah kurva normal baku menggunakan tabel distribusi Z.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Aplikasi Distribusi Peluang dalam Uji Hipotesis Sederhana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Menerapkan uji binomial dan batas signifikansi dalam pengendalian mutu serta survei populasi.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 xml:space="preserve">Sebuah koin uang logam tidak seimbang memiliki peluang muncul angka sebesar </w:t>
      </w:r>
      <m:oMath>
        <m:r>
          <m:t>p</m:t>
        </m:r>
        <m:r>
          <m:t>=</m:t>
        </m:r>
        <m:r>
          <m:t>0</m:t>
        </m:r>
        <m:r>
          <m:t>.</m:t>
        </m:r>
        <m:r>
          <m:t>6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. Koin tersebut dilempar sebanyak </w:t>
      </w:r>
      <m:oMath>
        <m:r>
          <m:t>5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kali. Peluang muncul tepat 3 kali sisi angka adalah...</w:t>
      </w:r>
    </w:p>
    <w:p>
      <w:pPr>
        <w:spacing w:before="0" w:after="20"/>
        <w:ind w:left="576"/>
      </w:pPr>
      <m:oMath>
        <m:r>
          <m:t>0</m:t>
        </m:r>
        <m:r>
          <m:t>.</m:t>
        </m:r>
        <m:r>
          <m:t>3</m:t>
        </m:r>
        <m:r>
          <m:t>4</m:t>
        </m:r>
        <m:r>
          <m:t>5</m:t>
        </m:r>
        <m:r>
          <m:t>6</m:t>
        </m:r>
      </m:oMath>
    </w:p>
    <w:p>
      <w:pPr>
        <w:spacing w:before="0" w:after="20"/>
        <w:ind w:left="576"/>
      </w:pPr>
      <m:oMath>
        <m:r>
          <m:t>0</m:t>
        </m:r>
        <m:r>
          <m:t>.</m:t>
        </m:r>
        <m:r>
          <m:t>2</m:t>
        </m:r>
        <m:r>
          <m:t>3</m:t>
        </m:r>
        <m:r>
          <m:t>0</m:t>
        </m:r>
        <m:r>
          <m:t>4</m:t>
        </m:r>
      </m:oMath>
    </w:p>
    <w:p>
      <w:pPr>
        <w:spacing w:before="0" w:after="20"/>
        <w:ind w:left="576"/>
      </w:pPr>
      <m:oMath>
        <m:r>
          <m:t>0</m:t>
        </m:r>
        <m:r>
          <m:t>.</m:t>
        </m:r>
        <m:r>
          <m:t>1</m:t>
        </m:r>
        <m:r>
          <m:t>1</m:t>
        </m:r>
        <m:r>
          <m:t>5</m:t>
        </m:r>
        <m:r>
          <m:t>2</m:t>
        </m:r>
      </m:oMath>
    </w:p>
    <w:p>
      <w:pPr>
        <w:spacing w:before="0" w:after="20"/>
        <w:ind w:left="576"/>
      </w:pPr>
      <m:oMath>
        <m:r>
          <m:t>0</m:t>
        </m:r>
        <m:r>
          <m:t>.</m:t>
        </m:r>
        <m:r>
          <m:t>4</m:t>
        </m:r>
        <m:r>
          <m:t>5</m:t>
        </m:r>
        <m:r>
          <m:t>6</m:t>
        </m:r>
        <m:r>
          <m:t>0</m:t>
        </m:r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m:oMath>
        <m:r>
          <m:t>P</m:t>
        </m:r>
        <m:r>
          <m:t>(</m:t>
        </m:r>
        <m:r>
          <m:t>X</m:t>
        </m:r>
        <m:r>
          <m:t>=</m:t>
        </m:r>
        <m:r>
          <m:t>3</m:t>
        </m:r>
        <m:r>
          <m:t>)</m:t>
        </m:r>
        <m:r>
          <m:t>=</m:t>
        </m:r>
        <m:r>
          <m:t>C</m:t>
        </m:r>
        <m:r>
          <m:t>(</m:t>
        </m:r>
        <m:r>
          <m:t>5</m:t>
        </m:r>
        <m:r>
          <m:t>,</m:t>
        </m:r>
        <m:r>
          <m:t>3</m:t>
        </m:r>
        <m:r>
          <m:t>)</m:t>
        </m:r>
        <m:r>
          <m:t>(</m:t>
        </m:r>
        <m:r>
          <m:t>0</m:t>
        </m:r>
        <m:r>
          <m:t>.</m:t>
        </m:r>
        <m:r>
          <m:t>6</m:t>
        </m:r>
        <m:sSup>
          <m:e>
            <m:r>
              <m:t>)</m:t>
            </m:r>
          </m:e>
          <m:sup>
            <m:r>
              <m:t>3</m:t>
            </m:r>
          </m:sup>
        </m:sSup>
        <m:r>
          <m:t>(</m:t>
        </m:r>
        <m:r>
          <m:t>0</m:t>
        </m:r>
        <m:r>
          <m:t>.</m:t>
        </m:r>
        <m:r>
          <m:t>4</m:t>
        </m:r>
        <m:sSup>
          <m:e>
            <m:r>
              <m:t>)</m:t>
            </m:r>
          </m:e>
          <m:sup>
            <m:r>
              <m:t>2</m:t>
            </m:r>
          </m:sup>
        </m:sSup>
        <m:r>
          <m:t>=</m:t>
        </m:r>
        <m:r>
          <m:t>1</m:t>
        </m:r>
        <m:r>
          <m:t>0</m:t>
        </m:r>
        <m:r>
          <m:t>×</m:t>
        </m:r>
        <m:r>
          <m:t>(</m:t>
        </m:r>
        <m:r>
          <m:t>0</m:t>
        </m:r>
        <m:r>
          <m:t>.</m:t>
        </m:r>
        <m:r>
          <m:t>2</m:t>
        </m:r>
        <m:r>
          <m:t>1</m:t>
        </m:r>
        <m:r>
          <m:t>6</m:t>
        </m:r>
        <m:r>
          <m:t>)</m:t>
        </m:r>
        <m:r>
          <m:t>×</m:t>
        </m:r>
        <m:r>
          <m:t>(</m:t>
        </m:r>
        <m:r>
          <m:t>0</m:t>
        </m:r>
        <m:r>
          <m:t>.</m:t>
        </m:r>
        <m:r>
          <m:t>1</m:t>
        </m:r>
        <m:r>
          <m:t>6</m:t>
        </m:r>
        <m:r>
          <m:t>)</m:t>
        </m:r>
        <m:r>
          <m:t>=</m:t>
        </m:r>
        <m:r>
          <m:t>1</m:t>
        </m:r>
        <m:r>
          <m:t>0</m:t>
        </m:r>
        <m:r>
          <m:t>×</m:t>
        </m:r>
        <m:r>
          <m:t>0</m:t>
        </m:r>
        <m:r>
          <m:t>.</m:t>
        </m:r>
        <m:r>
          <m:t>0</m:t>
        </m:r>
        <m:r>
          <m:t>3</m:t>
        </m:r>
        <m:r>
          <m:t>4</m:t>
        </m:r>
        <m:r>
          <m:t>5</m:t>
        </m:r>
        <m:r>
          <m:t>6</m:t>
        </m:r>
        <m:r>
          <m:t>=</m:t>
        </m:r>
        <m:r>
          <m:t>0</m:t>
        </m:r>
        <m:r>
          <m:t>.</m:t>
        </m:r>
        <m:r>
          <m:t>3</m:t>
        </m:r>
        <m:r>
          <m:t>4</m:t>
        </m:r>
        <m:r>
          <m:t>5</m:t>
        </m:r>
        <m:r>
          <m:t>6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 xml:space="preserve">Nilai rata-rata </w:t>
      </w:r>
      <m:oMath>
        <m:r>
          <m:t>(</m:t>
        </m:r>
        <m:r>
          <m:t>μ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dan varians </w:t>
      </w:r>
      <m:oMath>
        <m:r>
          <m:t>(</m:t>
        </m:r>
        <m:sSup>
          <m:e>
            <m:r>
              <m:t>σ</m:t>
            </m:r>
          </m:e>
          <m:sup>
            <m:r>
              <m:t>2</m:t>
            </m:r>
          </m:sup>
        </m:sSup>
        <m:r>
          <m:t>)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dari sebuah variabel acak yang berdistribusi binomial dengan </w:t>
      </w:r>
      <m:oMath>
        <m:r>
          <m:t>n</m:t>
        </m:r>
        <m:r>
          <m:t>=</m:t>
        </m:r>
        <m:r>
          <m:t>1</m:t>
        </m:r>
        <m:r>
          <m:t>0</m:t>
        </m:r>
        <m:r>
          <m:t>0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percobaan dan peluang sukses </w:t>
      </w:r>
      <m:oMath>
        <m:r>
          <m:t>p</m:t>
        </m:r>
        <m:r>
          <m:t>=</m:t>
        </m:r>
        <m:r>
          <m:t>0</m:t>
        </m:r>
        <m:r>
          <m:t>.</m:t>
        </m:r>
        <m:r>
          <m:t>2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berturut-turut adalah...</w:t>
      </w:r>
    </w:p>
    <w:p>
      <w:pPr>
        <w:spacing w:before="0" w:after="20"/>
        <w:ind w:left="576"/>
      </w:pPr>
      <m:oMath>
        <m:r>
          <m:t>μ</m:t>
        </m:r>
        <m:r>
          <m:t>=</m:t>
        </m:r>
        <m:r>
          <m:t>2</m:t>
        </m:r>
        <m:r>
          <m:t>0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dan </w:t>
      </w:r>
      <m:oMath>
        <m:sSup>
          <m:e>
            <m:r>
              <m:t>σ</m:t>
            </m:r>
          </m:e>
          <m:sup>
            <m:r>
              <m:t>2</m:t>
            </m:r>
          </m:sup>
        </m:sSup>
        <m:r>
          <m:t>=</m:t>
        </m:r>
        <m:r>
          <m:t>1</m:t>
        </m:r>
        <m:r>
          <m:t>6</m:t>
        </m:r>
      </m:oMath>
    </w:p>
    <w:p>
      <w:pPr>
        <w:spacing w:before="0" w:after="20"/>
        <w:ind w:left="576"/>
      </w:pPr>
      <m:oMath>
        <m:r>
          <m:t>μ</m:t>
        </m:r>
        <m:r>
          <m:t>=</m:t>
        </m:r>
        <m:r>
          <m:t>2</m:t>
        </m:r>
        <m:r>
          <m:t>0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dan </w:t>
      </w:r>
      <m:oMath>
        <m:sSup>
          <m:e>
            <m:r>
              <m:t>σ</m:t>
            </m:r>
          </m:e>
          <m:sup>
            <m:r>
              <m:t>2</m:t>
            </m:r>
          </m:sup>
        </m:sSup>
        <m:r>
          <m:t>=</m:t>
        </m:r>
        <m:r>
          <m:t>4</m:t>
        </m:r>
      </m:oMath>
    </w:p>
    <w:p>
      <w:pPr>
        <w:spacing w:before="0" w:after="20"/>
        <w:ind w:left="576"/>
      </w:pPr>
      <m:oMath>
        <m:r>
          <m:t>μ</m:t>
        </m:r>
        <m:r>
          <m:t>=</m:t>
        </m:r>
        <m:r>
          <m:t>5</m:t>
        </m:r>
        <m:r>
          <m:t>0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dan </w:t>
      </w:r>
      <m:oMath>
        <m:sSup>
          <m:e>
            <m:r>
              <m:t>σ</m:t>
            </m:r>
          </m:e>
          <m:sup>
            <m:r>
              <m:t>2</m:t>
            </m:r>
          </m:sup>
        </m:sSup>
        <m:r>
          <m:t>=</m:t>
        </m:r>
        <m:r>
          <m:t>2</m:t>
        </m:r>
        <m:r>
          <m:t>5</m:t>
        </m:r>
      </m:oMath>
    </w:p>
    <w:p>
      <w:pPr>
        <w:spacing w:before="0" w:after="20"/>
        <w:ind w:left="576"/>
      </w:pPr>
      <m:oMath>
        <m:r>
          <m:t>μ</m:t>
        </m:r>
        <m:r>
          <m:t>=</m:t>
        </m:r>
        <m:r>
          <m:t>8</m:t>
        </m:r>
        <m:r>
          <m:t>0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dan </w:t>
      </w:r>
      <m:oMath>
        <m:sSup>
          <m:e>
            <m:r>
              <m:t>σ</m:t>
            </m:r>
          </m:e>
          <m:sup>
            <m:r>
              <m:t>2</m:t>
            </m:r>
          </m:sup>
        </m:sSup>
        <m:r>
          <m:t>=</m:t>
        </m:r>
        <m:r>
          <m:t>1</m:t>
        </m:r>
        <m:r>
          <m:t>6</m:t>
        </m:r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 xml:space="preserve">Rata-rata </w:t>
      </w:r>
      <m:oMath>
        <m:r>
          <m:t>μ</m:t>
        </m:r>
        <m:r>
          <m:t>=</m:t>
        </m:r>
        <m:r>
          <m:t>n</m:t>
        </m:r>
        <m:r>
          <m:t>·</m:t>
        </m:r>
        <m:r>
          <m:t>p</m:t>
        </m:r>
        <m:r>
          <m:t>=</m:t>
        </m:r>
        <m:r>
          <m:t>1</m:t>
        </m:r>
        <m:r>
          <m:t>0</m:t>
        </m:r>
        <m:r>
          <m:t>0</m:t>
        </m:r>
        <m:r>
          <m:t>×</m:t>
        </m:r>
        <m:r>
          <m:t>0</m:t>
        </m:r>
        <m:r>
          <m:t>.</m:t>
        </m:r>
        <m:r>
          <m:t>2</m:t>
        </m:r>
        <m:r>
          <m:t>=</m:t>
        </m:r>
        <m:r>
          <m:t>2</m:t>
        </m:r>
        <m:r>
          <m:t>0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. Varians </w:t>
      </w:r>
      <m:oMath>
        <m:sSup>
          <m:e>
            <m:r>
              <m:t>σ</m:t>
            </m:r>
          </m:e>
          <m:sup>
            <m:r>
              <m:t>2</m:t>
            </m:r>
          </m:sup>
        </m:sSup>
        <m:r>
          <m:t>=</m:t>
        </m:r>
        <m:r>
          <m:t>n</m:t>
        </m:r>
        <m:r>
          <m:t>·</m:t>
        </m:r>
        <m:r>
          <m:t>p</m:t>
        </m:r>
        <m:r>
          <m:t>·</m:t>
        </m:r>
        <m:r>
          <m:t>q</m:t>
        </m:r>
        <m:r>
          <m:t>=</m:t>
        </m:r>
        <m:r>
          <m:t>1</m:t>
        </m:r>
        <m:r>
          <m:t>0</m:t>
        </m:r>
        <m:r>
          <m:t>0</m:t>
        </m:r>
        <m:r>
          <m:t>×</m:t>
        </m:r>
        <m:r>
          <m:t>0</m:t>
        </m:r>
        <m:r>
          <m:t>.</m:t>
        </m:r>
        <m:r>
          <m:t>2</m:t>
        </m:r>
        <m:r>
          <m:t>×</m:t>
        </m:r>
        <m:r>
          <m:t>0</m:t>
        </m:r>
        <m:r>
          <m:t>.</m:t>
        </m:r>
        <m:r>
          <m:t>8</m:t>
        </m:r>
        <m:r>
          <m:t>=</m:t>
        </m:r>
        <m:r>
          <m:t>1</m:t>
        </m:r>
        <m:r>
          <m:t>6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 (Simpangan baku </w:t>
      </w:r>
      <m:oMath>
        <m:r>
          <m:t>σ</m:t>
        </m:r>
        <m:r>
          <m:t>=</m:t>
        </m:r>
        <m:r>
          <m:t>4</m:t>
        </m:r>
      </m:oMath>
      <w:r>
        <w:rPr>
          <w:rFonts w:ascii="Calibri" w:hAnsi="Calibri"/>
          <w:b w:val="0"/>
          <w:i/>
          <w:color w:val="64748B"/>
          <w:sz w:val="17"/>
        </w:rPr>
        <w:t>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 xml:space="preserve">Nilai ujian suatu sekolah berdistribusi normal dengan rata-rata </w:t>
      </w:r>
      <m:oMath>
        <m:r>
          <m:t>μ</m:t>
        </m:r>
        <m:r>
          <m:t>=</m:t>
        </m:r>
        <m:r>
          <m:t>7</m:t>
        </m:r>
        <m:r>
          <m:t>5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dan simpangan baku </w:t>
      </w:r>
      <m:oMath>
        <m:r>
          <m:t>σ</m:t>
        </m:r>
        <m:r>
          <m:t>=</m:t>
        </m:r>
        <m:r>
          <m:t>1</m:t>
        </m:r>
        <m:r>
          <m:t>0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. Nilai </w:t>
      </w:r>
      <m:oMath>
        <m:r>
          <m:t>Z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-score baku untuk siswa yang memperoleh nilai </w:t>
      </w:r>
      <m:oMath>
        <m:r>
          <m:t>X</m:t>
        </m:r>
        <m:r>
          <m:t>=</m:t>
        </m:r>
        <m:r>
          <m:t>9</m:t>
        </m:r>
        <m:r>
          <m:t>0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adalah...</w:t>
      </w:r>
    </w:p>
    <w:p>
      <w:pPr>
        <w:spacing w:before="0" w:after="20"/>
        <w:ind w:left="576"/>
      </w:pPr>
      <m:oMath>
        <m:r>
          <m:t>+</m:t>
        </m:r>
        <m:r>
          <m:t>1</m:t>
        </m:r>
        <m:r>
          <m:t>.</m:t>
        </m:r>
        <m:r>
          <m:t>5</m:t>
        </m:r>
      </m:oMath>
    </w:p>
    <w:p>
      <w:pPr>
        <w:spacing w:before="0" w:after="20"/>
        <w:ind w:left="576"/>
      </w:pPr>
      <m:oMath>
        <m:r>
          <m:t>+</m:t>
        </m:r>
        <m:r>
          <m:t>1</m:t>
        </m:r>
        <m:r>
          <m:t>.</m:t>
        </m:r>
        <m:r>
          <m:t>0</m:t>
        </m:r>
      </m:oMath>
    </w:p>
    <w:p>
      <w:pPr>
        <w:spacing w:before="0" w:after="20"/>
        <w:ind w:left="576"/>
      </w:pPr>
      <m:oMath>
        <m:r>
          <m:t>+</m:t>
        </m:r>
        <m:r>
          <m:t>2</m:t>
        </m:r>
        <m:r>
          <m:t>.</m:t>
        </m:r>
        <m:r>
          <m:t>0</m:t>
        </m:r>
      </m:oMath>
    </w:p>
    <w:p>
      <w:pPr>
        <w:spacing w:before="0" w:after="20"/>
        <w:ind w:left="576"/>
      </w:pPr>
      <m:oMath>
        <m:r>
          <m:t>-</m:t>
        </m:r>
        <m:r>
          <m:t>1</m:t>
        </m:r>
        <m:r>
          <m:t>.</m:t>
        </m:r>
        <m:r>
          <m:t>5</m:t>
        </m:r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m:oMath>
        <m:r>
          <m:t>Z</m:t>
        </m:r>
        <m:r>
          <m:t>=</m:t>
        </m:r>
        <m:f>
          <m:fPr>
            <m:type m:val="bar"/>
          </m:fPr>
          <m:num>
            <m:r>
              <m:t>X</m:t>
            </m:r>
            <m:r>
              <m:t>-</m:t>
            </m:r>
            <m:r>
              <m:t>μ</m:t>
            </m:r>
          </m:num>
          <m:den>
            <m:r>
              <m:t>σ</m:t>
            </m:r>
          </m:den>
        </m:f>
        <m:r>
          <m:t>=</m:t>
        </m:r>
        <m:f>
          <m:fPr>
            <m:type m:val="bar"/>
          </m:fPr>
          <m:num>
            <m:r>
              <m:t>9</m:t>
            </m:r>
            <m:r>
              <m:t>0</m:t>
            </m:r>
            <m:r>
              <m:t>-</m:t>
            </m:r>
            <m:r>
              <m:t>7</m:t>
            </m:r>
            <m:r>
              <m:t>5</m:t>
            </m:r>
          </m:num>
          <m:den>
            <m:r>
              <m:t>1</m:t>
            </m:r>
            <m:r>
              <m:t>0</m:t>
            </m:r>
          </m:den>
        </m:f>
        <m:r>
          <m:t>=</m:t>
        </m:r>
        <m:f>
          <m:fPr>
            <m:type m:val="bar"/>
          </m:fPr>
          <m:num>
            <m:r>
              <m:t>1</m:t>
            </m:r>
            <m:r>
              <m:t>5</m:t>
            </m:r>
          </m:num>
          <m:den>
            <m:r>
              <m:t>1</m:t>
            </m:r>
            <m:r>
              <m:t>0</m:t>
            </m:r>
          </m:den>
        </m:f>
        <m:r>
          <m:t>=</m:t>
        </m:r>
        <m:r>
          <m:t>+</m:t>
        </m:r>
        <m:r>
          <m:t>1</m:t>
        </m:r>
        <m:r>
          <m:t>.</m:t>
        </m:r>
        <m:r>
          <m:t>5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 xml:space="preserve">Luas total seluruh daerah di bawah kurva fungsi kerapatan probabilitas distribusi normal baku dari </w:t>
      </w:r>
      <m:oMath>
        <m:r>
          <m:t>-</m:t>
        </m:r>
        <m:r>
          <m:t>∞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hingga </w:t>
      </w:r>
      <m:oMath>
        <m:r>
          <m:t>+</m:t>
        </m:r>
        <m:r>
          <m:t>∞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sama dengan...</w:t>
      </w:r>
    </w:p>
    <w:p>
      <w:pPr>
        <w:spacing w:before="0" w:after="20"/>
        <w:ind w:left="576"/>
      </w:pPr>
      <m:oMath>
        <m:r>
          <m:t>1</m:t>
        </m:r>
        <m:r>
          <m:t>.</m:t>
        </m:r>
        <m:r>
          <m:t>0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(</w:t>
      </w:r>
      <m:oMath>
        <m:r>
          <m:t>1</m:t>
        </m:r>
        <m:r>
          <m:t>0</m:t>
        </m:r>
        <m:r>
          <m:t>0</m:t>
        </m:r>
        <m:r>
          <m:t>\</m:t>
        </m:r>
        <m:r>
          <m:t>%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kepastian)</w:t>
      </w:r>
    </w:p>
    <w:p>
      <w:pPr>
        <w:spacing w:before="0" w:after="20"/>
        <w:ind w:left="576"/>
      </w:pPr>
      <m:oMath>
        <m:r>
          <m:t>0</m:t>
        </m:r>
        <m:r>
          <m:t>.</m:t>
        </m:r>
        <m:r>
          <m:t>5</m:t>
        </m:r>
      </m:oMath>
    </w:p>
    <w:p>
      <w:pPr>
        <w:spacing w:before="0" w:after="20"/>
        <w:ind w:left="576"/>
      </w:pPr>
      <m:oMath>
        <m:r>
          <m:t>π</m:t>
        </m:r>
      </m:oMath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Tak terhingga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Total integral fungsi kerapatan probabilitas suatu variabel acak pada seluruh ruang sampel selalu bernilai tepat 1 (</w:t>
      </w:r>
      <m:oMath>
        <m:r>
          <m:t>1</m:t>
        </m:r>
        <m:r>
          <m:t>0</m:t>
        </m:r>
        <m:r>
          <m:t>0</m:t>
        </m:r>
        <m:r>
          <m:t>\</m:t>
        </m:r>
        <m:r>
          <m:t>%</m:t>
        </m:r>
      </m:oMath>
      <w:r>
        <w:rPr>
          <w:rFonts w:ascii="Calibri" w:hAnsi="Calibri"/>
          <w:b w:val="0"/>
          <w:i/>
          <w:color w:val="64748B"/>
          <w:sz w:val="17"/>
        </w:rPr>
        <w:t>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 xml:space="preserve">Variabel acak </w:t>
      </w:r>
      <m:oMath>
        <m:r>
          <m:t>X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memiliki distribusi peluang: </w:t>
      </w:r>
      <m:oMath>
        <m:r>
          <m:t>P</m:t>
        </m:r>
        <m:r>
          <m:t>(</m:t>
        </m:r>
        <m:r>
          <m:t>X</m:t>
        </m:r>
        <m:r>
          <m:t>=</m:t>
        </m:r>
        <m:r>
          <m:t>1</m:t>
        </m:r>
        <m:r>
          <m:t>)</m:t>
        </m:r>
        <m:r>
          <m:t>=</m:t>
        </m:r>
        <m:r>
          <m:t>0</m:t>
        </m:r>
        <m:r>
          <m:t>.</m:t>
        </m:r>
        <m:r>
          <m:t>2</m:t>
        </m:r>
        <m:r>
          <m:t>,</m:t>
        </m:r>
        <m:r>
          <m:t>P</m:t>
        </m:r>
        <m:r>
          <m:t>(</m:t>
        </m:r>
        <m:r>
          <m:t>X</m:t>
        </m:r>
        <m:r>
          <m:t>=</m:t>
        </m:r>
        <m:r>
          <m:t>2</m:t>
        </m:r>
        <m:r>
          <m:t>)</m:t>
        </m:r>
        <m:r>
          <m:t>=</m:t>
        </m:r>
        <m:r>
          <m:t>0</m:t>
        </m:r>
        <m:r>
          <m:t>.</m:t>
        </m:r>
        <m:r>
          <m:t>5</m:t>
        </m:r>
        <m:r>
          <m:t>,</m:t>
        </m:r>
        <m:r>
          <m:t>P</m:t>
        </m:r>
        <m:r>
          <m:t>(</m:t>
        </m:r>
        <m:r>
          <m:t>X</m:t>
        </m:r>
        <m:r>
          <m:t>=</m:t>
        </m:r>
        <m:r>
          <m:t>3</m:t>
        </m:r>
        <m:r>
          <m:t>)</m:t>
        </m:r>
        <m:r>
          <m:t>=</m:t>
        </m:r>
        <m:r>
          <m:t>0</m:t>
        </m:r>
        <m:r>
          <m:t>.</m:t>
        </m:r>
        <m:r>
          <m:t>3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. Nilai harapan ekspektasi </w:t>
      </w:r>
      <m:oMath>
        <m:r>
          <m:t>E</m:t>
        </m:r>
        <m:r>
          <m:t>(</m:t>
        </m:r>
        <m:r>
          <m:t>X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adalah...</w:t>
      </w:r>
    </w:p>
    <w:p>
      <w:pPr>
        <w:spacing w:before="0" w:after="20"/>
        <w:ind w:left="576"/>
      </w:pPr>
      <m:oMath>
        <m:r>
          <m:t>2</m:t>
        </m:r>
        <m:r>
          <m:t>.</m:t>
        </m:r>
        <m:r>
          <m:t>1</m:t>
        </m:r>
      </m:oMath>
    </w:p>
    <w:p>
      <w:pPr>
        <w:spacing w:before="0" w:after="20"/>
        <w:ind w:left="576"/>
      </w:pPr>
      <m:oMath>
        <m:r>
          <m:t>2</m:t>
        </m:r>
        <m:r>
          <m:t>.</m:t>
        </m:r>
        <m:r>
          <m:t>0</m:t>
        </m:r>
      </m:oMath>
    </w:p>
    <w:p>
      <w:pPr>
        <w:spacing w:before="0" w:after="20"/>
        <w:ind w:left="576"/>
      </w:pPr>
      <m:oMath>
        <m:r>
          <m:t>1</m:t>
        </m:r>
        <m:r>
          <m:t>.</m:t>
        </m:r>
        <m:r>
          <m:t>8</m:t>
        </m:r>
      </m:oMath>
    </w:p>
    <w:p>
      <w:pPr>
        <w:spacing w:before="0" w:after="20"/>
        <w:ind w:left="576"/>
      </w:pPr>
      <m:oMath>
        <m:r>
          <m:t>2</m:t>
        </m:r>
        <m:r>
          <m:t>.</m:t>
        </m:r>
        <m:r>
          <m:t>3</m:t>
        </m:r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m:oMath>
        <m:r>
          <m:t>E</m:t>
        </m:r>
        <m:r>
          <m:t>(</m:t>
        </m:r>
        <m:r>
          <m:t>X</m:t>
        </m:r>
        <m:r>
          <m:t>)</m:t>
        </m:r>
        <m:r>
          <m:t>=</m:t>
        </m:r>
        <m:r>
          <m:t>Σ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t>P</m:t>
        </m:r>
        <m:r>
          <m:t>(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t>)</m:t>
        </m:r>
        <m:r>
          <m:t>=</m:t>
        </m:r>
        <m:r>
          <m:t>(</m:t>
        </m:r>
        <m:r>
          <m:t>1</m:t>
        </m:r>
        <m:r>
          <m:t>)</m:t>
        </m:r>
        <m:r>
          <m:t>(</m:t>
        </m:r>
        <m:r>
          <m:t>0</m:t>
        </m:r>
        <m:r>
          <m:t>.</m:t>
        </m:r>
        <m:r>
          <m:t>2</m:t>
        </m:r>
        <m:r>
          <m:t>)</m:t>
        </m:r>
        <m:r>
          <m:t>+</m:t>
        </m:r>
        <m:r>
          <m:t>(</m:t>
        </m:r>
        <m:r>
          <m:t>2</m:t>
        </m:r>
        <m:r>
          <m:t>)</m:t>
        </m:r>
        <m:r>
          <m:t>(</m:t>
        </m:r>
        <m:r>
          <m:t>0</m:t>
        </m:r>
        <m:r>
          <m:t>.</m:t>
        </m:r>
        <m:r>
          <m:t>5</m:t>
        </m:r>
        <m:r>
          <m:t>)</m:t>
        </m:r>
        <m:r>
          <m:t>+</m:t>
        </m:r>
        <m:r>
          <m:t>(</m:t>
        </m:r>
        <m:r>
          <m:t>3</m:t>
        </m:r>
        <m:r>
          <m:t>)</m:t>
        </m:r>
        <m:r>
          <m:t>(</m:t>
        </m:r>
        <m:r>
          <m:t>0</m:t>
        </m:r>
        <m:r>
          <m:t>.</m:t>
        </m:r>
        <m:r>
          <m:t>3</m:t>
        </m:r>
        <m:r>
          <m:t>)</m:t>
        </m:r>
        <m:r>
          <m:t>=</m:t>
        </m:r>
        <m:r>
          <m:t>0</m:t>
        </m:r>
        <m:r>
          <m:t>.</m:t>
        </m:r>
        <m:r>
          <m:t>2</m:t>
        </m:r>
        <m:r>
          <m:t>+</m:t>
        </m:r>
        <m:r>
          <m:t>1</m:t>
        </m:r>
        <m:r>
          <m:t>.</m:t>
        </m:r>
        <m:r>
          <m:t>0</m:t>
        </m:r>
        <m:r>
          <m:t>+</m:t>
        </m:r>
        <m:r>
          <m:t>0</m:t>
        </m:r>
        <m:r>
          <m:t>.</m:t>
        </m:r>
        <m:r>
          <m:t>9</m:t>
        </m:r>
        <m:r>
          <m:t>=</m:t>
        </m:r>
        <m:r>
          <m:t>2</m:t>
        </m:r>
        <m:r>
          <m:t>.</m:t>
        </m:r>
        <m:r>
          <m:t>1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Matematika Tingkat Lanjut • Bab 5: Distribusi Peluang Acak dan Distribusi Normal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Variabel Acak Diskrit dan Fungsi Distribusi Peluang Kumulatif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 xml:space="preserve">Menyusun tabel distribusi peluang, nilai ekspektasi </w:t>
      </w:r>
      <m:oMath>
        <m:r>
          <m:t>E</m:t>
        </m:r>
        <m:r>
          <m:t>(</m:t>
        </m:r>
        <m:r>
          <m:t>X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8"/>
        </w:rPr>
        <w:t>, dan varians variabel acak diskrit.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Distribusi Binomial dan Karakteristik Percobaan Bernoulli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 xml:space="preserve">Menghitung peluang kejadian binomial </w:t>
      </w:r>
      <m:oMath>
        <m:r>
          <m:t>P</m:t>
        </m:r>
        <m:r>
          <m:t>(</m:t>
        </m:r>
        <m:r>
          <m:t>X</m:t>
        </m:r>
        <m:r>
          <m:t>=</m:t>
        </m:r>
        <m:r>
          <m:t>x</m:t>
        </m:r>
        <m:r>
          <m:t>)</m:t>
        </m:r>
        <m:r>
          <m:t>=</m:t>
        </m:r>
        <m:r>
          <m:t>C</m:t>
        </m:r>
        <m:r>
          <m:t>(</m:t>
        </m:r>
        <m:r>
          <m:t>n</m:t>
        </m:r>
        <m:r>
          <m:t>,</m:t>
        </m:r>
        <m:r>
          <m:t>x</m:t>
        </m:r>
        <m:r>
          <m:t>)</m:t>
        </m:r>
        <m:sSup>
          <m:e>
            <m:r>
              <m:t>p</m:t>
            </m:r>
          </m:e>
          <m:sup>
            <m:r>
              <m:t>x</m:t>
            </m:r>
          </m:sup>
        </m:sSup>
        <m:r>
          <m:t>(</m:t>
        </m:r>
        <m:r>
          <m:t>1</m:t>
        </m:r>
        <m:r>
          <m:t>-</m:t>
        </m:r>
        <m:r>
          <m:t>p</m:t>
        </m:r>
        <m:sSup>
          <m:e>
            <m:r>
              <m:t>)</m:t>
            </m:r>
          </m:e>
          <m:sup>
            <m:r>
              <m:t>n</m:t>
            </m:r>
            <m:r>
              <m:t>-</m:t>
            </m:r>
            <m:r>
              <m:t>x</m:t>
            </m:r>
          </m:sup>
        </m:sSup>
      </m:oMath>
      <w:r>
        <w:rPr>
          <w:rFonts w:ascii="Calibri" w:hAnsi="Calibri"/>
          <w:b w:val="0"/>
          <w:i w:val="0"/>
          <w:color w:val="000000"/>
          <w:sz w:val="18"/>
        </w:rPr>
        <w:t xml:space="preserve"> dan frekuensi harapan.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Distribusi Normal (Kurva Gauss) dan Transformasi Z-Score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Menghitung luas daerah di bawah kurva normal baku menggunakan tabel distribusi Z.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Aplikasi Distribusi Peluang dalam Uji Hipotesis Sederhana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Menerapkan uji binomial dan batas signifikansi dalam pengendalian mutu serta survei populasi.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 xml:space="preserve">Teori probabilitas lanjut memodelkan ketidakpastian dunia nyata menggunakan variabel acak (*random variable*). Variabel acak diskrit memiliki nilai berupa bilangan cacah terhitung dengan fungsi massa peluang yang memenuhi </w:t>
      </w:r>
      <m:oMath>
        <m:r>
          <m:t>Σ</m:t>
        </m:r>
        <m:r>
          <m:t>P</m:t>
        </m:r>
        <m:r>
          <m:t>(</m:t>
        </m:r>
        <m:r>
          <m:t>X</m:t>
        </m:r>
        <m:r>
          <m:t>=</m:t>
        </m:r>
        <m:r>
          <m:t>x</m:t>
        </m:r>
        <m:r>
          <m:t>)</m:t>
        </m:r>
        <m:r>
          <m:t>=</m:t>
        </m:r>
        <m:r>
          <m:t>1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, sedangkan variabel acak kontinu didefinisikan oleh fungsi kerapatan peluang integral </w:t>
      </w:r>
      <m:oMath>
        <m:sSubSup>
          <m:e>
            <m:r>
              <m:t>int</m:t>
            </m:r>
          </m:e>
          <m:sub>
            <m:r>
              <m:t>-</m:t>
            </m:r>
            <m:r>
              <m:t>∞</m:t>
            </m:r>
          </m:sub>
          <m:sup>
            <m:r>
              <m:t>∞</m:t>
            </m:r>
          </m:sup>
        </m:sSubSup>
        <m:r>
          <m:t>f</m:t>
        </m:r>
        <m:r>
          <m:t>(</m:t>
        </m:r>
        <m:r>
          <m:t>x</m:t>
        </m:r>
        <m:r>
          <m:t>)</m:t>
        </m:r>
        <m:r>
          <m:t>d</m:t>
        </m:r>
        <m:r>
          <m:t>x</m:t>
        </m:r>
        <m:r>
          <m:t>=</m:t>
        </m:r>
        <m:r>
          <m:t>1</m:t>
        </m:r>
      </m:oMath>
      <w:r>
        <w:rPr>
          <w:rFonts w:ascii="Calibri" w:hAnsi="Calibri"/>
          <w:b w:val="0"/>
          <w:i w:val="0"/>
          <w:color w:val="000000"/>
          <w:sz w:val="19"/>
        </w:rPr>
        <w:t>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 xml:space="preserve">Eksperimen Binomial memodelkan </w:t>
      </w:r>
      <m:oMath>
        <m:r>
          <m:t>n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kali percobaan Bernoulli independen yang hanya menghasilkan dua kemungkinan (sukses atau gagal dengan peluang tetap </w:t>
      </w:r>
      <m:oMath>
        <m:r>
          <m:t>p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dan </w:t>
      </w:r>
      <m:oMath>
        <m:r>
          <m:t>q</m:t>
        </m:r>
        <m:r>
          <m:t>=</m:t>
        </m:r>
        <m:r>
          <m:t>1</m:t>
        </m:r>
        <m:r>
          <m:t>-</m:t>
        </m:r>
        <m:r>
          <m:t>p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). Nilai harapan rata-rata distribusi binomial dirumuskan </w:t>
      </w:r>
      <m:oMath>
        <m:r>
          <m:t>μ</m:t>
        </m:r>
        <m:r>
          <m:t>=</m:t>
        </m:r>
        <m:r>
          <m:t>n</m:t>
        </m:r>
        <m:r>
          <m:t>p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dan varians </w:t>
      </w:r>
      <m:oMath>
        <m:sSup>
          <m:e>
            <m:r>
              <m:t>σ</m:t>
            </m:r>
          </m:e>
          <m:sup>
            <m:r>
              <m:t>2</m:t>
            </m:r>
          </m:sup>
        </m:sSup>
        <m:r>
          <m:t>=</m:t>
        </m:r>
        <m:r>
          <m:t>n</m:t>
        </m:r>
        <m:r>
          <m:t>p</m:t>
        </m:r>
        <m:r>
          <m:t>q</m:t>
        </m:r>
      </m:oMath>
      <w:r>
        <w:rPr>
          <w:rFonts w:ascii="Calibri" w:hAnsi="Calibri"/>
          <w:b w:val="0"/>
          <w:i w:val="0"/>
          <w:color w:val="000000"/>
          <w:sz w:val="19"/>
        </w:rPr>
        <w:t>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 xml:space="preserve">Distribusi Normal (Kurva Lonceng Gauss) merupakan distribusi peluang kontinu terpenting dalam statistika inferensial. Melalui transformasi skor baku </w:t>
      </w:r>
      <m:oMath>
        <m:r>
          <m:t>Z</m:t>
        </m:r>
        <m:r>
          <m:t>=</m:t>
        </m:r>
        <m:f>
          <m:fPr>
            <m:type m:val="bar"/>
          </m:fPr>
          <m:num>
            <m:r>
              <m:t>X</m:t>
            </m:r>
            <m:r>
              <m:t>-</m:t>
            </m:r>
            <m:r>
              <m:t>μ</m:t>
            </m:r>
          </m:num>
          <m:den>
            <m:r>
              <m:t>σ</m:t>
            </m:r>
          </m:den>
        </m:f>
      </m:oMath>
      <w:r>
        <w:rPr>
          <w:rFonts w:ascii="Calibri" w:hAnsi="Calibri"/>
          <w:b w:val="0"/>
          <w:i w:val="0"/>
          <w:color w:val="000000"/>
          <w:sz w:val="19"/>
        </w:rPr>
        <w:t xml:space="preserve">, seluruh data terdistribusi normal dapat dikonversi ke Distribusi Normal Standar </w:t>
      </w:r>
      <m:oMath>
        <m:r>
          <m:t>N</m:t>
        </m:r>
        <m:r>
          <m:t>(</m:t>
        </m:r>
        <m:r>
          <m:t>0</m:t>
        </m:r>
        <m:r>
          <m:t>,</m:t>
        </m:r>
        <m:r>
          <m:t>1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untuk menghitung interval kepercayaan dan pengujian hipotesis.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Variabel Acak (Random Variable)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Fungsi yang memetakan setiap anggota ruang sampel percobaan acak ke sebuah bilangan real.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Distribusi Binomial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Distribusi peluang dari </w:t>
            </w:r>
            <m:oMath>
              <m:r>
                <m:t>x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 kali keberhasilan dalam </w:t>
            </w:r>
            <m:oMath>
              <m:r>
                <m:t>n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 percobaan acak saling bebas yang hanya memiliki dua hasil (sukses/gagal).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 xml:space="preserve">Nilai Harapan (Ekspektasi </w:t>
            </w:r>
            <m:oMath>
              <m:r>
                <m:t>μ</m:t>
              </m:r>
            </m:oMath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Nilai rata-rata teoritis jangka panjang dari suatu variabel acak: </w:t>
            </w:r>
            <m:oMath>
              <m:r>
                <m:t>E</m:t>
              </m:r>
              <m:r>
                <m:t>(</m:t>
              </m:r>
              <m:r>
                <m:t>X</m:t>
              </m:r>
              <m:r>
                <m:t>)</m:t>
              </m:r>
              <m:r>
                <m:t>=</m:t>
              </m:r>
              <m:r>
                <m:t>Σ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t>P</m:t>
              </m:r>
              <m:r>
                <m:t>(</m:t>
              </m:r>
              <m:r>
                <m:t>X</m:t>
              </m:r>
              <m:r>
                <m:t>=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t>)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Distribusi Normal (Kurva Gauss)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Distribusi peluang kontinu simetris berbentuk lonceng yang ditentukan oleh nilai rata-rata (</w:t>
            </w:r>
            <m:oMath>
              <m:r>
                <m:t>μ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) dan simpangan baku (</w:t>
            </w:r>
            <m:oMath>
              <m:r>
                <m:t>σ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Z-Score (Skor Baku)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Nilai transformasi yang menyatakan jarak suatu data dari nilai rata-rata dalam satuan simpangan baku: </w:t>
            </w:r>
            <m:oMath>
              <m:r>
                <m:t>Z</m:t>
              </m:r>
              <m:r>
                <m:t>=</m:t>
              </m:r>
              <m:f>
                <m:fPr>
                  <m:type m:val="bar"/>
                </m:fPr>
                <m:num>
                  <m:r>
                    <m:t>X</m:t>
                  </m:r>
                  <m:r>
                    <m:t>-</m:t>
                  </m:r>
                  <m:r>
                    <m:t>μ</m:t>
                  </m:r>
                </m:num>
                <m:den>
                  <m:r>
                    <m:t>σ</m:t>
                  </m:r>
                </m:den>
              </m:f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Matematika Tingkat Lanjut Kelas 12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