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Limit Fungsi Trigonometri dan Limit Ketakhinggaan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limit fungsi trigonometri menggunakan teorema dasar dan manipulasi identitas.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nilai limit fungsi aljabar dan trigonometri di ketakhinggaan.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persamaan garis asimtot datar dan tegak kurva fungsi rasional.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Teorema dasar limit fungsi trigonometri (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sin </m:t>
            </m:r>
            <m:r>
              <m:t>a</m:t>
            </m:r>
            <m:r>
              <m:t>x</m:t>
            </m:r>
          </m:num>
          <m:den>
            <m:r>
              <m:t>b</m:t>
            </m:r>
            <m:r>
              <m:t>x</m:t>
            </m:r>
          </m:den>
        </m:f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tan </m:t>
            </m:r>
            <m:r>
              <m:t>a</m:t>
            </m:r>
            <m:r>
              <m:t>x</m:t>
            </m:r>
          </m:num>
          <m:den>
            <m:r>
              <m:t>b</m:t>
            </m:r>
            <m:r>
              <m:t>x</m:t>
            </m:r>
          </m:den>
        </m:f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), manipulasi identitas trigonometri limit bentuk tak tentu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, limit fungsi aljabar dan trigonometri di ketakhinggaan (</w:t>
      </w:r>
      <m:oMath>
        <m:r>
          <m:t>x</m:t>
        </m:r>
        <m:r>
          <m:t>to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penentuan garis asimtot datar dan tegak pada kurva rasional.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Teorema Dasar Limit Fungsi Trigonometri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dasar sinus, tangen, dan sifat limit pecahan menuju titik nol.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Manipulasi Aljabar dan Identitas Trigonometri pada Limit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Mengubah bentuk </w:t>
      </w:r>
      <m:oMath>
        <m:r>
          <m:t>1</m:t>
        </m:r>
        <m:r>
          <m:t>-</m:t>
        </m:r>
        <m:r>
          <m:t>cos </m:t>
        </m:r>
        <m:r>
          <m:t>k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>, pemfaktoran aljabar pecahan, dan substitusi variabel limit.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Limit Fungsi Aljabar dan Trigonometri di Ketakhinggaan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Menyelesaikan limit </w:t>
      </w:r>
      <m:oMath>
        <m:r>
          <m:t>x</m:t>
        </m:r>
        <m:r>
          <m:t>to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fungsi rasional pembagi pangkat tertinggi dan selisih bentuk akar kuadrat.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Analisis Asimtot Datar, Asimtot Tegak, dan Asimtot Miring Kurva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garis batas asimtotik kurva fungsi rasional dan grafik trigonometri.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1</m:t>
            </m:r>
            <m:r>
              <m:t>-</m:t>
            </m:r>
            <m:r>
              <m:t>cos </m:t>
            </m:r>
            <m:r>
              <m:t>4</m:t>
            </m:r>
            <m:r>
              <m:t>x</m:t>
            </m:r>
          </m:num>
          <m:den>
            <m:r>
              <m:t>x</m:t>
            </m:r>
            <m:r>
              <m:t>sin </m:t>
            </m:r>
            <m:r>
              <m:t>2</m:t>
            </m:r>
            <m:r>
              <m:t>x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4</m:t>
        </m:r>
      </m:oMath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r>
          <m:t>8</m:t>
        </m:r>
      </m:oMath>
    </w:p>
    <w:p>
      <w:pPr>
        <w:spacing w:before="0" w:after="20"/>
        <w:ind w:left="576"/>
      </w:pPr>
      <m:oMath>
        <m:r>
          <m:t>1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1</m:t>
        </m:r>
        <m:r>
          <m:t>-</m:t>
        </m:r>
        <m:r>
          <m:t>cos </m:t>
        </m:r>
        <m:r>
          <m:t>4</m:t>
        </m:r>
        <m:r>
          <m:t>x</m:t>
        </m:r>
        <m:r>
          <m:t>=</m:t>
        </m:r>
        <m:r>
          <m:t>2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(</m:t>
        </m:r>
        <m:r>
          <m:t>2</m:t>
        </m:r>
        <m:r>
          <m:t>x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Limit menjadi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2</m:t>
            </m:r>
            <m:r>
              <m:t>sin </m:t>
            </m:r>
            <m:r>
              <m:t>(</m:t>
            </m:r>
            <m:r>
              <m:t>2</m:t>
            </m:r>
            <m:r>
              <m:t>x</m:t>
            </m:r>
            <m:r>
              <m:t>)</m:t>
            </m:r>
            <m:r>
              <m:t>sin </m:t>
            </m:r>
            <m:r>
              <m:t>(</m:t>
            </m:r>
            <m:r>
              <m:t>2</m:t>
            </m:r>
            <m:r>
              <m:t>x</m:t>
            </m:r>
            <m:r>
              <m:t>)</m:t>
            </m:r>
          </m:num>
          <m:den>
            <m:r>
              <m:t>x</m:t>
            </m:r>
            <m:r>
              <m:t>sin </m:t>
            </m:r>
            <m:r>
              <m:t>2</m:t>
            </m:r>
            <m:r>
              <m:t>x</m:t>
            </m:r>
          </m:den>
        </m:f>
        <m:r>
          <m:t>=</m:t>
        </m:r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r>
          <m:t>2</m:t>
        </m:r>
        <m:r>
          <m:t>·</m:t>
        </m:r>
        <m:f>
          <m:fPr>
            <m:type m:val="bar"/>
          </m:fPr>
          <m:num>
            <m:r>
              <m:t>sin </m:t>
            </m:r>
            <m:r>
              <m:t>2</m:t>
            </m:r>
            <m:r>
              <m:t>x</m:t>
            </m:r>
          </m:num>
          <m:den>
            <m:r>
              <m:t>x</m:t>
            </m:r>
          </m:den>
        </m:f>
        <m:r>
          <m:t>=</m:t>
        </m:r>
        <m:r>
          <m:t>2</m:t>
        </m:r>
        <m:r>
          <m:t>×</m:t>
        </m:r>
        <m:r>
          <m:t>2</m:t>
        </m:r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∞</m:t>
            </m:r>
          </m:sub>
        </m:sSub>
        <m:r>
          <m:t>(</m:t>
        </m:r>
        <m:rad>
          <m:radPr>
            <m:degHide m:val="1"/>
          </m:radPr>
          <m:deg/>
          <m:e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8</m:t>
            </m:r>
            <m:r>
              <m:t>x</m:t>
            </m:r>
            <m:r>
              <m:t>-</m:t>
            </m:r>
            <m:r>
              <m:t>1</m:t>
            </m:r>
          </m:e>
        </m:rad>
        <m:r>
          <m:t>-</m:t>
        </m:r>
        <m:rad>
          <m:radPr>
            <m:degHide m:val="1"/>
          </m:radPr>
          <m:deg/>
          <m:e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4</m:t>
            </m:r>
            <m:r>
              <m:t>x</m:t>
            </m:r>
            <m:r>
              <m:t>+</m:t>
            </m:r>
            <m:r>
              <m:t>3</m:t>
            </m:r>
          </m:e>
        </m:rad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3</m:t>
        </m:r>
      </m:oMath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r>
          <m:t>4</m:t>
        </m:r>
      </m:oMath>
    </w:p>
    <w:p>
      <w:pPr>
        <w:spacing w:before="0" w:after="20"/>
        <w:ind w:left="576"/>
      </w:pPr>
      <m:oMath>
        <m:r>
          <m:t>1</m:t>
        </m:r>
        <m:r>
          <m:t>.</m:t>
        </m:r>
        <m:r>
          <m:t>5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Bentuk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∞</m:t>
            </m:r>
          </m:sub>
        </m:sSub>
        <m:r>
          <m:t>(</m:t>
        </m:r>
        <m:rad>
          <m:radPr>
            <m:degHide m:val="1"/>
          </m:radPr>
          <m:deg/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b</m:t>
            </m:r>
            <m:r>
              <m:t>x</m:t>
            </m:r>
            <m:r>
              <m:t>+</m:t>
            </m:r>
            <m:r>
              <m:t>c</m:t>
            </m:r>
          </m:e>
        </m:rad>
        <m:r>
          <m:t>-</m:t>
        </m:r>
        <m:rad>
          <m:radPr>
            <m:degHide m:val="1"/>
          </m:radPr>
          <m:deg/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p</m:t>
            </m:r>
            <m:r>
              <m:t>x</m:t>
            </m:r>
            <m:r>
              <m:t>+</m:t>
            </m:r>
            <m:r>
              <m:t>q</m:t>
            </m:r>
          </m:e>
        </m:rad>
        <m:r>
          <m:t>)</m:t>
        </m:r>
        <m:r>
          <m:t>=</m:t>
        </m:r>
        <m:f>
          <m:fPr>
            <m:type m:val="bar"/>
          </m:fPr>
          <m:num>
            <m:r>
              <m:t>b</m:t>
            </m:r>
            <m:r>
              <m:t>-</m:t>
            </m:r>
            <m:r>
              <m:t>p</m:t>
            </m:r>
          </m:num>
          <m:den>
            <m:r>
              <m:t>2</m:t>
            </m:r>
            <m:rad>
              <m:radPr>
                <m:degHide m:val="1"/>
              </m:radPr>
              <m:deg/>
              <m:e>
                <m:r>
                  <m:t>a</m:t>
                </m:r>
              </m:e>
            </m:rad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Untuk </w:t>
      </w:r>
      <m:oMath>
        <m:r>
          <m:t>a</m:t>
        </m:r>
        <m:r>
          <m:t>=</m:t>
        </m:r>
        <m:r>
          <m:t>4</m:t>
        </m:r>
        <m:r>
          <m:t>,</m:t>
        </m:r>
        <m:r>
          <m:t>b</m:t>
        </m:r>
        <m:r>
          <m:t>=</m:t>
        </m:r>
        <m:r>
          <m:t>8</m:t>
        </m:r>
        <m:r>
          <m:t>,</m:t>
        </m:r>
        <m:r>
          <m:t>p</m:t>
        </m:r>
        <m:r>
          <m:t>=</m:t>
        </m:r>
        <m:r>
          <m:t>-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r>
          <m:t>L</m:t>
        </m:r>
        <m:r>
          <m:t>=</m:t>
        </m:r>
        <m:f>
          <m:fPr>
            <m:type m:val="bar"/>
          </m:fPr>
          <m:num>
            <m:r>
              <m:t>8</m:t>
            </m:r>
            <m:r>
              <m:t>-</m:t>
            </m:r>
            <m:r>
              <m:t>(</m:t>
            </m:r>
            <m:r>
              <m:t>-</m:t>
            </m:r>
            <m:r>
              <m:t>4</m:t>
            </m:r>
            <m:r>
              <m:t>)</m:t>
            </m:r>
          </m:num>
          <m:den>
            <m:r>
              <m:t>2</m:t>
            </m:r>
            <m:rad>
              <m:radPr>
                <m:degHide m:val="1"/>
              </m:radPr>
              <m:deg/>
              <m:e>
                <m:r>
                  <m:t>4</m:t>
                </m:r>
              </m:e>
            </m:rad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2</m:t>
            </m:r>
            <m:r>
              <m:t>(</m:t>
            </m:r>
            <m:r>
              <m:t>2</m:t>
            </m:r>
            <m:r>
              <m:t>)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4</m:t>
            </m:r>
          </m:den>
        </m:f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tan </m:t>
            </m:r>
            <m:r>
              <m:t>3</m:t>
            </m:r>
            <m:r>
              <m:t>x</m:t>
            </m:r>
          </m:num>
          <m:den>
            <m:r>
              <m:t>sin </m:t>
            </m:r>
            <m:r>
              <m:t>6</m:t>
            </m:r>
            <m:r>
              <m:t>x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tan </m:t>
            </m:r>
            <m:r>
              <m:t>3</m:t>
            </m:r>
            <m:r>
              <m:t>x</m:t>
            </m:r>
          </m:num>
          <m:den>
            <m:r>
              <m:t>sin </m:t>
            </m:r>
            <m:r>
              <m:t>6</m:t>
            </m:r>
            <m:r>
              <m:t>x</m:t>
            </m:r>
          </m:den>
        </m:f>
        <m: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6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Persamaan asimtot datar dari fungsi rasional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f>
          <m:fPr>
            <m:type m:val="bar"/>
          </m:fPr>
          <m:num>
            <m:r>
              <m:t>6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5</m:t>
            </m:r>
            <m:r>
              <m:t>x</m:t>
            </m:r>
            <m:r>
              <m:t>+</m:t>
            </m:r>
            <m:r>
              <m:t>1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3</m:t>
            </m:r>
            <m:r>
              <m:t>x</m:t>
            </m:r>
            <m:r>
              <m:t>-</m:t>
            </m:r>
            <m:r>
              <m:t>4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y</m:t>
        </m:r>
        <m:r>
          <m:t>=</m:t>
        </m:r>
        <m:r>
          <m:t>3</m:t>
        </m:r>
      </m:oMath>
    </w:p>
    <w:p>
      <w:pPr>
        <w:spacing w:before="0" w:after="20"/>
        <w:ind w:left="576"/>
      </w:pPr>
      <m:oMath>
        <m:r>
          <m:t>y</m:t>
        </m:r>
        <m:r>
          <m:t>=</m:t>
        </m:r>
        <m:r>
          <m:t>2</m:t>
        </m:r>
      </m:oMath>
    </w:p>
    <w:p>
      <w:pPr>
        <w:spacing w:before="0" w:after="20"/>
        <w:ind w:left="576"/>
      </w:pPr>
      <m:oMath>
        <m:r>
          <m:t>x</m:t>
        </m:r>
        <m:r>
          <m:t>=</m:t>
        </m:r>
        <m:r>
          <m:t>3</m:t>
        </m:r>
      </m:oMath>
    </w:p>
    <w:p>
      <w:pPr>
        <w:spacing w:before="0" w:after="20"/>
        <w:ind w:left="576"/>
      </w:pPr>
      <m:oMath>
        <m:r>
          <m:t>y</m:t>
        </m:r>
        <m:r>
          <m:t>=</m:t>
        </m:r>
        <m:r>
          <m:t>6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Asimtot datar: </w:t>
      </w:r>
      <m:oMath>
        <m:r>
          <m:t>y</m:t>
        </m:r>
        <m:r>
          <m:t>=</m:t>
        </m:r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∞</m:t>
            </m:r>
          </m:sub>
        </m:sSub>
        <m:f>
          <m:fPr>
            <m:type m:val="bar"/>
          </m:fPr>
          <m:num>
            <m:r>
              <m:t>6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-</m:t>
            </m:r>
            <m:r>
              <m:t>5</m:t>
            </m:r>
            <m:r>
              <m:t>x</m:t>
            </m:r>
            <m:r>
              <m:t>+</m:t>
            </m:r>
            <m:r>
              <m:t>1</m:t>
            </m:r>
          </m:num>
          <m:den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3</m:t>
            </m:r>
            <m:r>
              <m:t>x</m:t>
            </m:r>
            <m:r>
              <m:t>-</m:t>
            </m:r>
            <m:r>
              <m:t>4</m:t>
            </m:r>
          </m:den>
        </m:f>
        <m: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2</m:t>
            </m:r>
          </m:den>
        </m:f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∞</m:t>
            </m:r>
          </m:sub>
        </m:sSub>
        <m:r>
          <m:t>x</m:t>
        </m:r>
        <m:r>
          <m:t>sin </m:t>
        </m:r>
        <m:r>
          <m:t>(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r>
          <m:t>0</m:t>
        </m:r>
      </m:oMath>
    </w:p>
    <w:p>
      <w:pPr>
        <w:spacing w:before="0" w:after="20"/>
        <w:ind w:left="576"/>
      </w:pPr>
      <m:oMath>
        <m:r>
          <m:t>1</m:t>
        </m:r>
      </m:oMath>
    </w:p>
    <w:p>
      <w:pPr>
        <w:spacing w:before="0" w:after="20"/>
        <w:ind w:left="576"/>
      </w:pPr>
      <m:oMath>
        <m:r>
          <m:t>∞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Misal </w:t>
      </w:r>
      <m:oMath>
        <m:r>
          <m:t>y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t>→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saat </w:t>
      </w:r>
      <m:oMath>
        <m:r>
          <m:t>x</m:t>
        </m:r>
        <m:r>
          <m:t>to</m:t>
        </m:r>
        <m:r>
          <m:t>∞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maka </w:t>
      </w:r>
      <m:oMath>
        <m:r>
          <m:t>y</m:t>
        </m:r>
        <m:r>
          <m:t>to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Limit menjadi </w:t>
      </w:r>
      <m:oMath>
        <m:sSub>
          <m:e>
            <m:r>
              <m:t>lim </m:t>
            </m:r>
          </m:e>
          <m:sub>
            <m:r>
              <m:t>y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sin </m:t>
            </m:r>
            <m:r>
              <m:t>(</m:t>
            </m:r>
            <m:r>
              <m:t>2</m:t>
            </m:r>
            <m:r>
              <m:t>y</m:t>
            </m:r>
            <m:r>
              <m:t>)</m:t>
            </m:r>
          </m:num>
          <m:den>
            <m:r>
              <m:t>y</m:t>
            </m:r>
          </m:den>
        </m:f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2: Limit Fungsi Trigonometri dan Limit Ketakhinggaan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Teorema Dasar Limit Fungsi Trigonometri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dasar sinus, tangen, dan sifat limit pecahan menuju titik nol.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Manipulasi Aljabar dan Identitas Trigonometri pada Limit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Mengubah bentuk </w:t>
      </w:r>
      <m:oMath>
        <m:r>
          <m:t>1</m:t>
        </m:r>
        <m:r>
          <m:t>-</m:t>
        </m:r>
        <m:r>
          <m:t>cos </m:t>
        </m:r>
        <m:r>
          <m:t>k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>, pemfaktoran aljabar pecahan, dan substitusi variabel limit.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Limit Fungsi Aljabar dan Trigonometri di Ketakhinggaan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Menyelesaikan limit </w:t>
      </w:r>
      <m:oMath>
        <m:r>
          <m:t>x</m:t>
        </m:r>
        <m:r>
          <m:t>to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fungsi rasional pembagi pangkat tertinggi dan selisih bentuk akar kuadrat.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Analisis Asimtot Datar, Asimtot Tegak, dan Asimtot Miring Kurva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garis batas asimtotik kurva fungsi rasional dan grafik trigonometri.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Limit fungsi mendasari seluruh kalkulus diferensial dan integral dengan mengkaji perilaku nilai fungsi di sekitar titik pendekatan tertentu. Pada fungsi trigonometri, limit dasar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0</m:t>
            </m:r>
          </m:sub>
        </m:sSub>
        <m:f>
          <m:fPr>
            <m:type m:val="bar"/>
          </m:fPr>
          <m:num>
            <m:r>
              <m:t>sin </m:t>
            </m:r>
            <m:r>
              <m:t>x</m:t>
            </m:r>
          </m:num>
          <m:den>
            <m:r>
              <m:t>x</m:t>
            </m:r>
          </m:den>
        </m:f>
        <m:r>
          <m:t>=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dibuktikan melalui teorema apit geometri lingkaran satuan.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Penyelesaian bentuk tak tentu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limit trigonometri memanfaatkan identitas sudut ganda (</w:t>
      </w:r>
      <m:oMath>
        <m:r>
          <m:t>1</m:t>
        </m:r>
        <m:r>
          <m:t>-</m:t>
        </m:r>
        <m:r>
          <m:t>cos </m:t>
        </m:r>
        <m:r>
          <m:t>2</m:t>
        </m:r>
        <m:r>
          <m:t>x</m:t>
        </m:r>
        <m:r>
          <m:t>=</m:t>
        </m:r>
        <m:r>
          <m:t>2</m:t>
        </m:r>
        <m:sSup>
          <m:e>
            <m:r>
              <m:t>sin </m:t>
            </m:r>
          </m:e>
          <m:sup>
            <m:r>
              <m:t>2</m:t>
            </m:r>
          </m:sup>
        </m:sSup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), rumus perkalian ke penjumlahan, serta aturan L'Hopital (turunan pembilang dan penyebut).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Limit di ketakhinggaan (</w:t>
      </w:r>
      <m:oMath>
        <m:r>
          <m:t>x</m:t>
        </m:r>
        <m:r>
          <m:t>to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mengevaluasi nilai asimtotik fungsi rasional dan bentuk selisih akar </w:t>
      </w:r>
      <m:oMath>
        <m:sSub>
          <m:e>
            <m:r>
              <m:t>lim </m:t>
            </m:r>
          </m:e>
          <m:sub>
            <m:r>
              <m:t>x</m:t>
            </m:r>
            <m:r>
              <m:t>to</m:t>
            </m:r>
            <m:r>
              <m:t>∞</m:t>
            </m:r>
          </m:sub>
        </m:sSub>
        <m:r>
          <m:t>(</m:t>
        </m:r>
        <m:rad>
          <m:radPr>
            <m:degHide m:val="1"/>
          </m:radPr>
          <m:deg/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b</m:t>
            </m:r>
            <m:r>
              <m:t>x</m:t>
            </m:r>
            <m:r>
              <m:t>+</m:t>
            </m:r>
            <m:r>
              <m:t>c</m:t>
            </m:r>
          </m:e>
        </m:rad>
        <m:r>
          <m:t>-</m:t>
        </m:r>
        <m:rad>
          <m:radPr>
            <m:degHide m:val="1"/>
          </m:radPr>
          <m:deg/>
          <m:e>
            <m:r>
              <m:t>a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p</m:t>
            </m:r>
            <m:r>
              <m:t>x</m:t>
            </m:r>
            <m:r>
              <m:t>+</m:t>
            </m:r>
            <m:r>
              <m:t>q</m:t>
            </m:r>
          </m:e>
        </m:rad>
        <m:r>
          <m:t>)</m:t>
        </m:r>
        <m:r>
          <m:t>=</m:t>
        </m:r>
        <m:f>
          <m:fPr>
            <m:type m:val="bar"/>
          </m:fPr>
          <m:num>
            <m:r>
              <m:t>b</m:t>
            </m:r>
            <m:r>
              <m:t>-</m:t>
            </m:r>
            <m:r>
              <m:t>p</m:t>
            </m:r>
          </m:num>
          <m:den>
            <m:r>
              <m:t>2</m:t>
            </m:r>
            <m:rad>
              <m:radPr>
                <m:degHide m:val="1"/>
              </m:radPr>
              <m:deg/>
              <m:e>
                <m:r>
                  <m:t>a</m:t>
                </m:r>
              </m:e>
            </m:rad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. Konsep limit tak hingga menentukan asimtot tegak (</w:t>
      </w:r>
      <m:oMath>
        <m:r>
          <m:t>x</m:t>
        </m:r>
        <m:r>
          <m:t>=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saat penyebut nol) dan asimtot datar (</w:t>
      </w:r>
      <m:oMath>
        <m:r>
          <m:t>y</m:t>
        </m:r>
        <m:r>
          <m:t>=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saat </w:t>
      </w:r>
      <m:oMath>
        <m:r>
          <m:t>x</m:t>
        </m:r>
        <m:r>
          <m:t>to</m:t>
        </m:r>
        <m:r>
          <m:t>±</m:t>
        </m:r>
        <m:r>
          <m:t>∞</m:t>
        </m:r>
      </m:oMath>
      <w:r>
        <w:rPr>
          <w:rFonts w:ascii="Calibri" w:hAnsi="Calibri"/>
          <w:b w:val="0"/>
          <w:i w:val="0"/>
          <w:color w:val="000000"/>
          <w:sz w:val="19"/>
        </w:rPr>
        <w:t>) pada grafik fungsi.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Teorema Apit (Squeeze Theorem)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Teorema limit yang menyatakan bahwa jika </w:t>
            </w:r>
            <m:oMath>
              <m:r>
                <m:t>g</m:t>
              </m:r>
              <m:r>
                <m:t>(</m:t>
              </m:r>
              <m:r>
                <m:t>x</m:t>
              </m:r>
              <m:r>
                <m:t>)</m:t>
              </m:r>
              <m:r>
                <m:t>≤</m:t>
              </m:r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  <m:r>
                <m:t>≤</m:t>
              </m:r>
              <m:r>
                <m:t>h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dan </w:t>
            </w:r>
            <m:oMath>
              <m:r>
                <m:t>lim </m:t>
              </m:r>
              <m:r>
                <m:t>g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lim </m:t>
              </m:r>
              <m:r>
                <m:t>h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L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, maka </w:t>
            </w:r>
            <m:oMath>
              <m:r>
                <m:t>lim </m:t>
              </m:r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L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Tak Tentu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Bentuk operasi aljabar limit yang belum menghasilkan nilai pasti sebelum disederhanakan (contoh: </w:t>
            </w: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  <m:r>
                <m:t>,</m:t>
              </m:r>
              <m:f>
                <m:fPr>
                  <m:type m:val="bar"/>
                </m:fPr>
                <m:num>
                  <m:r>
                    <m:t>∞</m:t>
                  </m:r>
                </m:num>
                <m:den>
                  <m:r>
                    <m:t>∞</m:t>
                  </m:r>
                </m:den>
              </m:f>
              <m:r>
                <m:t>,</m:t>
              </m:r>
              <m:r>
                <m:t>∞</m:t>
              </m:r>
              <m:r>
                <m:t>-</m:t>
              </m:r>
              <m:r>
                <m:t>∞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Asimtot Datar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Garis horizontal </w:t>
            </w:r>
            <m:oMath>
              <m:r>
                <m:t>y</m:t>
              </m:r>
              <m:r>
                <m:t>=</m:t>
              </m:r>
              <m:r>
                <m:t>L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yang didekati kurva </w:t>
            </w:r>
            <m:oMath>
              <m:r>
                <m:t>y</m:t>
              </m:r>
              <m:r>
                <m:t>=</m:t>
              </m:r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ketika nilai variabel </w:t>
            </w:r>
            <m:oMath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mendekati positif atau negatif tak hingga (</w:t>
            </w:r>
            <m:oMath>
              <m:r>
                <m:t>x</m:t>
              </m:r>
              <m:r>
                <m:t>to</m:t>
              </m:r>
              <m:r>
                <m:t>±</m:t>
              </m:r>
              <m:r>
                <m:t>∞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Asimtot Tegak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Garis vertikal </w:t>
            </w:r>
            <m:oMath>
              <m:r>
                <m:t>x</m:t>
              </m:r>
              <m:r>
                <m:t>=</m:t>
              </m:r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yang didekati kurva fungsi ketika nilai </w:t>
            </w:r>
            <m:oMath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melonjak menuju tak hingga saat </w:t>
            </w:r>
            <m:oMath>
              <m:r>
                <m:t>x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mendekati titik </w:t>
            </w:r>
            <m:oMath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Aturan L'Hôpital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Metode diferensiasi untuk menyelesaikan limit bentuk tak tentu </w:t>
            </w: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atau </w:t>
            </w:r>
            <m:oMath>
              <m:f>
                <m:fPr>
                  <m:type m:val="bar"/>
                </m:fPr>
                <m:num>
                  <m:r>
                    <m:t>∞</m:t>
                  </m:r>
                </m:num>
                <m:den>
                  <m:r>
                    <m:t>∞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dengan menghitung </w:t>
            </w:r>
            <m:oMath>
              <m:r>
                <m:t>lim 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t>'</m:t>
                  </m:r>
                  <m:r>
                    <m:t>(</m:t>
                  </m:r>
                  <m:r>
                    <m:t>x</m:t>
                  </m:r>
                  <m:r>
                    <m:t>)</m:t>
                  </m:r>
                </m:num>
                <m:den>
                  <m:r>
                    <m:t>g</m:t>
                  </m:r>
                  <m:r>
                    <m:t>'</m:t>
                  </m:r>
                  <m:r>
                    <m:t>(</m:t>
                  </m:r>
                  <m:r>
                    <m:t>x</m:t>
                  </m:r>
                  <m:r>
                    <m:t>)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