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MATEMATIKA TINGKAT LANJUT — FASE F (KELAS 12)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Atas (SMA) / Fase F (Kelas 12)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Matematika Tingkat Lanjut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18 JP (6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1: Vektor pada Ruang Dimensi Tiga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media gambar/benda konkret,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melakukan operasi aljabar vektor dan menentukan panjang vektor pada ruang tiga dimensi.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menghitung perkalian titik (dot product), sudut antarvektor, dan proyeksi ortogonal.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menerapkan perkalian silang (cross product) untuk menghitung luas dan vektor normal bidang.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 xml:space="preserve">Representasi vektor pada ruang </w:t>
      </w:r>
      <m:oMath>
        <m:r>
          <m:t>mathbb</m:t>
        </m:r>
        <m:sSup>
          <m:e>
            <m:r>
              <m:t>R</m:t>
            </m:r>
          </m:e>
          <m:sup>
            <m:r>
              <m:t>3</m:t>
            </m:r>
          </m:sup>
        </m:sSup>
      </m:oMath>
      <w:r>
        <w:rPr>
          <w:rFonts w:ascii="Calibri" w:hAnsi="Calibri"/>
          <w:b w:val="0"/>
          <w:i w:val="0"/>
          <w:color w:val="000000"/>
          <w:sz w:val="19"/>
        </w:rPr>
        <w:t xml:space="preserve">, operasi aljabar vektor (penjumlahan, pengurangan, perkalian skalar), panjang vektor </w:t>
      </w:r>
      <m:oMath>
        <m:r>
          <m:t>|</m:t>
        </m:r>
        <m:r>
          <m:t>vec</m:t>
        </m:r>
        <m:r>
          <m:t>u</m:t>
        </m:r>
        <m:r>
          <m:t>|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, perkalian titik (Dot Product: </w:t>
      </w:r>
      <m:oMath>
        <m:r>
          <m:t>vec</m:t>
        </m:r>
        <m:r>
          <m:t>u</m:t>
        </m:r>
        <m:r>
          <m:t>·</m:t>
        </m:r>
        <m:r>
          <m:t>vec</m:t>
        </m:r>
        <m:r>
          <m:t>v</m:t>
        </m:r>
        <m:r>
          <m:t>=</m:t>
        </m:r>
        <m:r>
          <m:t>|</m:t>
        </m:r>
        <m:r>
          <m:t>vec</m:t>
        </m:r>
        <m:r>
          <m:t>u</m:t>
        </m:r>
        <m:r>
          <m:t>|</m:t>
        </m:r>
        <m:r>
          <m:t>|</m:t>
        </m:r>
        <m:r>
          <m:t>vec</m:t>
        </m:r>
        <m:r>
          <m:t>v</m:t>
        </m:r>
        <m:r>
          <m:t>|</m:t>
        </m:r>
        <m:r>
          <m:t>cos </m:t>
        </m:r>
        <m:r>
          <m:t>θ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), proyeksi vektor ortogonal (skalar dan vektor), serta perkalian silang (Cross Product </w:t>
      </w:r>
      <m:oMath>
        <m:r>
          <m:t>vec</m:t>
        </m:r>
        <m:r>
          <m:t>u</m:t>
        </m:r>
        <m:r>
          <m:t>×</m:t>
        </m:r>
        <m:r>
          <m:t>vec</m:t>
        </m:r>
        <m:r>
          <m:t>v</m:t>
        </m:r>
      </m:oMath>
      <w:r>
        <w:rPr>
          <w:rFonts w:ascii="Calibri" w:hAnsi="Calibri"/>
          <w:b w:val="0"/>
          <w:i w:val="0"/>
          <w:color w:val="000000"/>
          <w:sz w:val="19"/>
        </w:rPr>
        <w:t>).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Operasi Aljabar dan Panjang Vektor di Ruang Tiga Dimensi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 xml:space="preserve">Eksplorasi Konseptual: Menghitung vektor basis, kesamaan vektor, penjumlahan, dan vektor satuan </w:t>
      </w:r>
      <m:oMath>
        <m:r>
          <m:t>hat</m:t>
        </m:r>
        <m:r>
          <m:t>u</m:t>
        </m:r>
        <m:r>
          <m:t>=</m:t>
        </m:r>
        <m:f>
          <m:fPr>
            <m:type m:val="bar"/>
          </m:fPr>
          <m:num>
            <m:r>
              <m:t>vec</m:t>
            </m:r>
            <m:r>
              <m:t>u</m:t>
            </m:r>
          </m:num>
          <m:den>
            <m:r>
              <m:t>|</m:t>
            </m:r>
            <m:r>
              <m:t>vec</m:t>
            </m:r>
            <m:r>
              <m:t>u</m:t>
            </m:r>
            <m:r>
              <m:t>|</m:t>
            </m:r>
          </m:den>
        </m:f>
      </m:oMath>
      <w:r>
        <w:rPr>
          <w:rFonts w:ascii="Calibri" w:hAnsi="Calibri"/>
          <w:b w:val="0"/>
          <w:i w:val="0"/>
          <w:color w:val="000000"/>
          <w:sz w:val="18"/>
        </w:rPr>
        <w:t>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Perkalian Skalar (Dot Product) dan Sudut Antarvektor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sifat komutatif dot product dan syarat ortogonalitas dua vektor saling tegak lurus.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Proyeksi Ortogonal (Proyeksi Skalar dan Proyeksi Vektor)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Menghitung panjang proyeksi skalar dan menentukan vektor proyeksi ortogonal pada arah acuan.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Perkalian Silang (Cross Product) dan Luas Bidang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 xml:space="preserve">Eksplorasi Konseptual: Menghitung determinan matriks cross product dan menentukan luas segitiga/jajargenjang dalam ruang </w:t>
      </w:r>
      <m:oMath>
        <m:r>
          <m:t>mathbb</m:t>
        </m:r>
        <m:sSup>
          <m:e>
            <m:r>
              <m:t>R</m:t>
            </m:r>
          </m:e>
          <m:sup>
            <m:r>
              <m:t>3</m:t>
            </m:r>
          </m:sup>
        </m:sSup>
      </m:oMath>
      <w:r>
        <w:rPr>
          <w:rFonts w:ascii="Calibri" w:hAnsi="Calibri"/>
          <w:b w:val="0"/>
          <w:i w:val="0"/>
          <w:color w:val="000000"/>
          <w:sz w:val="18"/>
        </w:rPr>
        <w:t>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 xml:space="preserve">Diketahui vektor </w:t>
      </w:r>
      <m:oMath>
        <m:r>
          <m:t>vec</m:t>
        </m:r>
        <m:r>
          <m:t>a</m:t>
        </m:r>
        <m:r>
          <m:t>=</m:t>
        </m:r>
        <m:r>
          <m:t>2</m:t>
        </m:r>
        <m:r>
          <m:t>hat</m:t>
        </m:r>
        <m:r>
          <m:t>i</m:t>
        </m:r>
        <m:r>
          <m:t>-</m:t>
        </m:r>
        <m:r>
          <m:t>hat</m:t>
        </m:r>
        <m:r>
          <m:t>j</m:t>
        </m:r>
        <m:r>
          <m:t>+</m:t>
        </m:r>
        <m:r>
          <m:t>3</m:t>
        </m:r>
        <m:r>
          <m:t>hat</m:t>
        </m:r>
        <m:r>
          <m:t>k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dan </w:t>
      </w:r>
      <m:oMath>
        <m:r>
          <m:t>vec</m:t>
        </m:r>
        <m:r>
          <m:t>b</m:t>
        </m:r>
        <m:r>
          <m:t>=</m:t>
        </m:r>
        <m:r>
          <m:t>hat</m:t>
        </m:r>
        <m:r>
          <m:t>i</m:t>
        </m:r>
        <m:r>
          <m:t>+</m:t>
        </m:r>
        <m:r>
          <m:t>3</m:t>
        </m:r>
        <m:r>
          <m:t>hat</m:t>
        </m:r>
        <m:r>
          <m:t>j</m:t>
        </m:r>
        <m:r>
          <m:t>-</m:t>
        </m:r>
        <m:r>
          <m:t>2</m:t>
        </m:r>
        <m:r>
          <m:t>hat</m:t>
        </m:r>
        <m:r>
          <m:t>k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. Hasil dari perkalian skalar </w:t>
      </w:r>
      <m:oMath>
        <m:r>
          <m:t>vec</m:t>
        </m:r>
        <m:r>
          <m:t>a</m:t>
        </m:r>
        <m:r>
          <m:t>·</m:t>
        </m:r>
        <m:r>
          <m:t>vec</m:t>
        </m:r>
        <m:r>
          <m:t>b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adalah...</w:t>
      </w:r>
    </w:p>
    <w:p>
      <w:pPr>
        <w:spacing w:before="0" w:after="20"/>
        <w:ind w:left="576"/>
      </w:pPr>
      <m:oMath>
        <m:r>
          <m:t>-</m:t>
        </m:r>
        <m:r>
          <m:t>7</m:t>
        </m:r>
      </m:oMath>
    </w:p>
    <w:p>
      <w:pPr>
        <w:spacing w:before="0" w:after="20"/>
        <w:ind w:left="576"/>
      </w:pPr>
      <m:oMath>
        <m:r>
          <m:t>7</m:t>
        </m:r>
      </m:oMath>
    </w:p>
    <w:p>
      <w:pPr>
        <w:spacing w:before="0" w:after="20"/>
        <w:ind w:left="576"/>
      </w:pPr>
      <m:oMath>
        <m:r>
          <m:t>-</m:t>
        </m:r>
        <m:r>
          <m:t>5</m:t>
        </m:r>
      </m:oMath>
    </w:p>
    <w:p>
      <w:pPr>
        <w:spacing w:before="0" w:after="20"/>
        <w:ind w:left="576"/>
      </w:pPr>
      <m:oMath>
        <m:r>
          <m:t>1</m:t>
        </m:r>
        <m:r>
          <m:t>1</m:t>
        </m:r>
      </m:oMath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m:oMath>
        <m:r>
          <m:t>vec</m:t>
        </m:r>
        <m:r>
          <m:t>a</m:t>
        </m:r>
        <m:r>
          <m:t>·</m:t>
        </m:r>
        <m:r>
          <m:t>vec</m:t>
        </m:r>
        <m:r>
          <m:t>b</m:t>
        </m:r>
        <m:r>
          <m:t>=</m:t>
        </m:r>
        <m:r>
          <m:t>(</m:t>
        </m:r>
        <m:r>
          <m:t>2</m:t>
        </m:r>
        <m:r>
          <m:t>)</m:t>
        </m:r>
        <m:r>
          <m:t>(</m:t>
        </m:r>
        <m:r>
          <m:t>1</m:t>
        </m:r>
        <m:r>
          <m:t>)</m:t>
        </m:r>
        <m:r>
          <m:t>+</m:t>
        </m:r>
        <m:r>
          <m:t>(</m:t>
        </m:r>
        <m:r>
          <m:t>-</m:t>
        </m:r>
        <m:r>
          <m:t>1</m:t>
        </m:r>
        <m:r>
          <m:t>)</m:t>
        </m:r>
        <m:r>
          <m:t>(</m:t>
        </m:r>
        <m:r>
          <m:t>3</m:t>
        </m:r>
        <m:r>
          <m:t>)</m:t>
        </m:r>
        <m:r>
          <m:t>+</m:t>
        </m:r>
        <m:r>
          <m:t>(</m:t>
        </m:r>
        <m:r>
          <m:t>3</m:t>
        </m:r>
        <m:r>
          <m:t>)</m:t>
        </m:r>
        <m:r>
          <m:t>(</m:t>
        </m:r>
        <m:r>
          <m:t>-</m:t>
        </m:r>
        <m:r>
          <m:t>2</m:t>
        </m:r>
        <m:r>
          <m:t>)</m:t>
        </m:r>
        <m:r>
          <m:t>=</m:t>
        </m:r>
        <m:r>
          <m:t>2</m:t>
        </m:r>
        <m:r>
          <m:t>-</m:t>
        </m:r>
        <m:r>
          <m:t>3</m:t>
        </m:r>
        <m:r>
          <m:t>-</m:t>
        </m:r>
        <m:r>
          <m:t>6</m:t>
        </m:r>
        <m:r>
          <m:t>=</m:t>
        </m:r>
        <m:r>
          <m:t>-</m:t>
        </m:r>
        <m:r>
          <m:t>7</m:t>
        </m:r>
      </m:oMath>
      <w:r>
        <w:rPr>
          <w:rFonts w:ascii="Calibri" w:hAnsi="Calibri"/>
          <w:b w:val="0"/>
          <w:i/>
          <w:color w:val="64748B"/>
          <w:sz w:val="17"/>
        </w:rPr>
        <w:t>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 xml:space="preserve">Jika vektor </w:t>
      </w:r>
      <m:oMath>
        <m:r>
          <m:t>vec</m:t>
        </m:r>
        <m:r>
          <m:t>u</m:t>
        </m:r>
        <m:r>
          <m:t>=</m:t>
        </m:r>
        <m:r>
          <m:t>(</m:t>
        </m:r>
        <m:r>
          <m:t>x</m:t>
        </m:r>
        <m:r>
          <m:t>,</m:t>
        </m:r>
        <m:r>
          <m:t>2</m:t>
        </m:r>
        <m:r>
          <m:t>,</m:t>
        </m:r>
        <m:r>
          <m:t>-</m:t>
        </m:r>
        <m:r>
          <m:t>4</m:t>
        </m:r>
        <m:r>
          <m:t>)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dan </w:t>
      </w:r>
      <m:oMath>
        <m:r>
          <m:t>vec</m:t>
        </m:r>
        <m:r>
          <m:t>v</m:t>
        </m:r>
        <m:r>
          <m:t>=</m:t>
        </m:r>
        <m:r>
          <m:t>(</m:t>
        </m:r>
        <m:r>
          <m:t>2</m:t>
        </m:r>
        <m:r>
          <m:t>,</m:t>
        </m:r>
        <m:r>
          <m:t>4</m:t>
        </m:r>
        <m:r>
          <m:t>,</m:t>
        </m:r>
        <m:r>
          <m:t>3</m:t>
        </m:r>
        <m:r>
          <m:t>)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saling tegak lurus (ortogonal), maka nilai </w:t>
      </w:r>
      <m:oMath>
        <m:r>
          <m:t>x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adalah...</w:t>
      </w:r>
    </w:p>
    <w:p>
      <w:pPr>
        <w:spacing w:before="0" w:after="20"/>
        <w:ind w:left="576"/>
      </w:pPr>
      <m:oMath>
        <m:r>
          <m:t>2</m:t>
        </m:r>
      </m:oMath>
    </w:p>
    <w:p>
      <w:pPr>
        <w:spacing w:before="0" w:after="20"/>
        <w:ind w:left="576"/>
      </w:pPr>
      <m:oMath>
        <m:r>
          <m:t>-</m:t>
        </m:r>
        <m:r>
          <m:t>2</m:t>
        </m:r>
      </m:oMath>
    </w:p>
    <w:p>
      <w:pPr>
        <w:spacing w:before="0" w:after="20"/>
        <w:ind w:left="576"/>
      </w:pPr>
      <m:oMath>
        <m:r>
          <m:t>4</m:t>
        </m:r>
      </m:oMath>
    </w:p>
    <w:p>
      <w:pPr>
        <w:spacing w:before="0" w:after="20"/>
        <w:ind w:left="576"/>
      </w:pPr>
      <m:oMath>
        <m:r>
          <m:t>-</m:t>
        </m:r>
        <m:r>
          <m:t>4</m:t>
        </m:r>
      </m:oMath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 xml:space="preserve">Syarat tegak lurus: </w:t>
      </w:r>
      <m:oMath>
        <m:r>
          <m:t>vec</m:t>
        </m:r>
        <m:r>
          <m:t>u</m:t>
        </m:r>
        <m:r>
          <m:t>·</m:t>
        </m:r>
        <m:r>
          <m:t>vec</m:t>
        </m:r>
        <m:r>
          <m:t>v</m:t>
        </m:r>
        <m:r>
          <m:t>=</m:t>
        </m:r>
        <m:r>
          <m:t>0</m:t>
        </m:r>
        <m:r>
          <m:t>→</m:t>
        </m:r>
        <m:r>
          <m:t>(</m:t>
        </m:r>
        <m:r>
          <m:t>x</m:t>
        </m:r>
        <m:r>
          <m:t>)</m:t>
        </m:r>
        <m:r>
          <m:t>(</m:t>
        </m:r>
        <m:r>
          <m:t>2</m:t>
        </m:r>
        <m:r>
          <m:t>)</m:t>
        </m:r>
        <m:r>
          <m:t>+</m:t>
        </m:r>
        <m:r>
          <m:t>(</m:t>
        </m:r>
        <m:r>
          <m:t>2</m:t>
        </m:r>
        <m:r>
          <m:t>)</m:t>
        </m:r>
        <m:r>
          <m:t>(</m:t>
        </m:r>
        <m:r>
          <m:t>4</m:t>
        </m:r>
        <m:r>
          <m:t>)</m:t>
        </m:r>
        <m:r>
          <m:t>+</m:t>
        </m:r>
        <m:r>
          <m:t>(</m:t>
        </m:r>
        <m:r>
          <m:t>-</m:t>
        </m:r>
        <m:r>
          <m:t>4</m:t>
        </m:r>
        <m:r>
          <m:t>)</m:t>
        </m:r>
        <m:r>
          <m:t>(</m:t>
        </m:r>
        <m:r>
          <m:t>3</m:t>
        </m:r>
        <m:r>
          <m:t>)</m:t>
        </m:r>
        <m:r>
          <m:t>=</m:t>
        </m:r>
        <m:r>
          <m:t>0</m:t>
        </m:r>
        <m:r>
          <m:t>→</m:t>
        </m:r>
        <m:r>
          <m:t>2</m:t>
        </m:r>
        <m:r>
          <m:t>x</m:t>
        </m:r>
        <m:r>
          <m:t>+</m:t>
        </m:r>
        <m:r>
          <m:t>8</m:t>
        </m:r>
        <m:r>
          <m:t>-</m:t>
        </m:r>
        <m:r>
          <m:t>1</m:t>
        </m:r>
        <m:r>
          <m:t>2</m:t>
        </m:r>
        <m:r>
          <m:t>=</m:t>
        </m:r>
        <m:r>
          <m:t>0</m:t>
        </m:r>
        <m:r>
          <m:t>→</m:t>
        </m:r>
        <m:r>
          <m:t>2</m:t>
        </m:r>
        <m:r>
          <m:t>x</m:t>
        </m:r>
        <m:r>
          <m:t>-</m:t>
        </m:r>
        <m:r>
          <m:t>4</m:t>
        </m:r>
        <m:r>
          <m:t>=</m:t>
        </m:r>
        <m:r>
          <m:t>0</m:t>
        </m:r>
        <m:r>
          <m:t>→</m:t>
        </m:r>
        <m:r>
          <m:t>x</m:t>
        </m:r>
        <m:r>
          <m:t>=</m:t>
        </m:r>
        <m:r>
          <m:t>2</m:t>
        </m:r>
      </m:oMath>
      <w:r>
        <w:rPr>
          <w:rFonts w:ascii="Calibri" w:hAnsi="Calibri"/>
          <w:b w:val="0"/>
          <w:i/>
          <w:color w:val="64748B"/>
          <w:sz w:val="17"/>
        </w:rPr>
        <w:t>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 xml:space="preserve">Panjang proyeksi skalar ortogonal dari vektor </w:t>
      </w:r>
      <m:oMath>
        <m:r>
          <m:t>vec</m:t>
        </m:r>
        <m:r>
          <m:t>a</m:t>
        </m:r>
        <m:r>
          <m:t>=</m:t>
        </m:r>
        <m:r>
          <m:t>(</m:t>
        </m:r>
        <m:r>
          <m:t>3</m:t>
        </m:r>
        <m:r>
          <m:t>,</m:t>
        </m:r>
        <m:r>
          <m:t>4</m:t>
        </m:r>
        <m:r>
          <m:t>,</m:t>
        </m:r>
        <m:r>
          <m:t>0</m:t>
        </m:r>
        <m:r>
          <m:t>)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pada vektor </w:t>
      </w:r>
      <m:oMath>
        <m:r>
          <m:t>vec</m:t>
        </m:r>
        <m:r>
          <m:t>b</m:t>
        </m:r>
        <m:r>
          <m:t>=</m:t>
        </m:r>
        <m:r>
          <m:t>(</m:t>
        </m:r>
        <m:r>
          <m:t>2</m:t>
        </m:r>
        <m:r>
          <m:t>,</m:t>
        </m:r>
        <m:r>
          <m:t>-</m:t>
        </m:r>
        <m:r>
          <m:t>1</m:t>
        </m:r>
        <m:r>
          <m:t>,</m:t>
        </m:r>
        <m:r>
          <m:t>2</m:t>
        </m:r>
        <m:r>
          <m:t>)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adalah...</w:t>
      </w:r>
    </w:p>
    <w:p>
      <w:pPr>
        <w:spacing w:before="0" w:after="20"/>
        <w:ind w:left="576"/>
      </w:pPr>
      <m:oMath>
        <m:f>
          <m:fPr>
            <m:type m:val="bar"/>
          </m:fPr>
          <m:num>
            <m:r>
              <m:t>2</m:t>
            </m:r>
          </m:num>
          <m:den>
            <m:r>
              <m:t>3</m:t>
            </m:r>
          </m:den>
        </m:f>
      </m:oMath>
    </w:p>
    <w:p>
      <w:pPr>
        <w:spacing w:before="0" w:after="20"/>
        <w:ind w:left="576"/>
      </w:pPr>
      <m:oMath>
        <m:r>
          <m:t>2</m:t>
        </m:r>
      </m:oMath>
    </w:p>
    <w:p>
      <w:pPr>
        <w:spacing w:before="0" w:after="20"/>
        <w:ind w:left="576"/>
      </w:pPr>
      <m:oMath>
        <m:f>
          <m:fPr>
            <m:type m:val="bar"/>
          </m:fPr>
          <m:num>
            <m:r>
              <m:t>5</m:t>
            </m:r>
          </m:num>
          <m:den>
            <m:r>
              <m:t>3</m:t>
            </m:r>
          </m:den>
        </m:f>
      </m:oMath>
    </w:p>
    <w:p>
      <w:pPr>
        <w:spacing w:before="0" w:after="20"/>
        <w:ind w:left="576"/>
      </w:pPr>
      <m:oMath>
        <m:f>
          <m:fPr>
            <m:type m:val="bar"/>
          </m:fPr>
          <m:num>
            <m:r>
              <m:t>4</m:t>
            </m:r>
          </m:num>
          <m:den>
            <m:r>
              <m:t>3</m:t>
            </m:r>
          </m:den>
        </m:f>
      </m:oMath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m:oMath>
        <m:r>
          <m:t>vec</m:t>
        </m:r>
        <m:r>
          <m:t>a</m:t>
        </m:r>
        <m:r>
          <m:t>·</m:t>
        </m:r>
        <m:r>
          <m:t>vec</m:t>
        </m:r>
        <m:r>
          <m:t>b</m:t>
        </m:r>
        <m:r>
          <m:t>=</m:t>
        </m:r>
        <m:r>
          <m:t>3</m:t>
        </m:r>
        <m:r>
          <m:t>(</m:t>
        </m:r>
        <m:r>
          <m:t>2</m:t>
        </m:r>
        <m:r>
          <m:t>)</m:t>
        </m:r>
        <m:r>
          <m:t>+</m:t>
        </m:r>
        <m:r>
          <m:t>4</m:t>
        </m:r>
        <m:r>
          <m:t>(</m:t>
        </m:r>
        <m:r>
          <m:t>-</m:t>
        </m:r>
        <m:r>
          <m:t>1</m:t>
        </m:r>
        <m:r>
          <m:t>)</m:t>
        </m:r>
        <m:r>
          <m:t>+</m:t>
        </m:r>
        <m:r>
          <m:t>0</m:t>
        </m:r>
        <m:r>
          <m:t>(</m:t>
        </m:r>
        <m:r>
          <m:t>2</m:t>
        </m:r>
        <m:r>
          <m:t>)</m:t>
        </m:r>
        <m:r>
          <m:t>=</m:t>
        </m:r>
        <m:r>
          <m:t>6</m:t>
        </m:r>
        <m:r>
          <m:t>-</m:t>
        </m:r>
        <m:r>
          <m:t>4</m:t>
        </m:r>
        <m:r>
          <m:t>=</m:t>
        </m:r>
        <m:r>
          <m:t>2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. </w:t>
      </w:r>
      <m:oMath>
        <m:r>
          <m:t>|</m:t>
        </m:r>
        <m:r>
          <m:t>vec</m:t>
        </m:r>
        <m:r>
          <m:t>b</m:t>
        </m:r>
        <m:r>
          <m:t>|</m:t>
        </m:r>
        <m:r>
          <m:t>=</m:t>
        </m:r>
        <m:rad>
          <m:radPr>
            <m:degHide m:val="1"/>
          </m:radPr>
          <m:deg/>
          <m:e>
            <m:sSup>
              <m:e>
                <m:r>
                  <m:t>2</m:t>
                </m:r>
              </m:e>
              <m:sup>
                <m:r>
                  <m:t>2</m:t>
                </m:r>
              </m:sup>
            </m:sSup>
            <m:r>
              <m:t>+</m:t>
            </m:r>
            <m:r>
              <m:t>(</m:t>
            </m:r>
            <m:r>
              <m:t>-</m:t>
            </m:r>
            <m:r>
              <m:t>1</m:t>
            </m:r>
            <m:sSup>
              <m:e>
                <m:r>
                  <m:t>)</m:t>
                </m:r>
              </m:e>
              <m:sup>
                <m:r>
                  <m:t>2</m:t>
                </m:r>
              </m:sup>
            </m:sSup>
            <m:r>
              <m:t>+</m:t>
            </m:r>
            <m:sSup>
              <m:e>
                <m:r>
                  <m:t>2</m:t>
                </m:r>
              </m:e>
              <m:sup>
                <m:r>
                  <m:t>2</m:t>
                </m:r>
              </m:sup>
            </m:sSup>
          </m:e>
        </m:rad>
        <m:r>
          <m:t>=</m:t>
        </m:r>
        <m:rad>
          <m:radPr>
            <m:degHide m:val="1"/>
          </m:radPr>
          <m:deg/>
          <m:e>
            <m:r>
              <m:t>4</m:t>
            </m:r>
            <m:r>
              <m:t>+</m:t>
            </m:r>
            <m:r>
              <m:t>1</m:t>
            </m:r>
            <m:r>
              <m:t>+</m:t>
            </m:r>
            <m:r>
              <m:t>4</m:t>
            </m:r>
          </m:e>
        </m:rad>
        <m:r>
          <m:t>=</m:t>
        </m:r>
        <m:rad>
          <m:radPr>
            <m:degHide m:val="1"/>
          </m:radPr>
          <m:deg/>
          <m:e>
            <m:r>
              <m:t>9</m:t>
            </m:r>
          </m:e>
        </m:rad>
        <m:r>
          <m:t>=</m:t>
        </m:r>
        <m:r>
          <m:t>3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. Panjang proyeksi skalar </w:t>
      </w:r>
      <m:oMath>
        <m:r>
          <m:t>|</m:t>
        </m:r>
        <m:r>
          <m:t>c</m:t>
        </m:r>
        <m:r>
          <m:t>|</m:t>
        </m:r>
        <m:r>
          <m:t>=</m:t>
        </m:r>
        <m:f>
          <m:fPr>
            <m:type m:val="bar"/>
          </m:fPr>
          <m:num>
            <m:r>
              <m:t>vec</m:t>
            </m:r>
            <m:r>
              <m:t>a</m:t>
            </m:r>
            <m:r>
              <m:t>·</m:t>
            </m:r>
            <m:r>
              <m:t>vec</m:t>
            </m:r>
            <m:r>
              <m:t>b</m:t>
            </m:r>
          </m:num>
          <m:den>
            <m:r>
              <m:t>|</m:t>
            </m:r>
            <m:r>
              <m:t>vec</m:t>
            </m:r>
            <m:r>
              <m:t>b</m:t>
            </m:r>
            <m:r>
              <m:t>|</m:t>
            </m:r>
          </m:den>
        </m:f>
        <m:r>
          <m:t>=</m:t>
        </m:r>
        <m:f>
          <m:fPr>
            <m:type m:val="bar"/>
          </m:fPr>
          <m:num>
            <m:r>
              <m:t>2</m:t>
            </m:r>
          </m:num>
          <m:den>
            <m:r>
              <m:t>3</m:t>
            </m:r>
          </m:den>
        </m:f>
      </m:oMath>
      <w:r>
        <w:rPr>
          <w:rFonts w:ascii="Calibri" w:hAnsi="Calibri"/>
          <w:b w:val="0"/>
          <w:i/>
          <w:color w:val="64748B"/>
          <w:sz w:val="17"/>
        </w:rPr>
        <w:t>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 xml:space="preserve">Hasil perkalian silang </w:t>
      </w:r>
      <m:oMath>
        <m:r>
          <m:t>vec</m:t>
        </m:r>
        <m:r>
          <m:t>u</m:t>
        </m:r>
        <m:r>
          <m:t>×</m:t>
        </m:r>
        <m:r>
          <m:t>vec</m:t>
        </m:r>
        <m:r>
          <m:t>v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untuk vektor </w:t>
      </w:r>
      <m:oMath>
        <m:r>
          <m:t>vec</m:t>
        </m:r>
        <m:r>
          <m:t>u</m:t>
        </m:r>
        <m:r>
          <m:t>=</m:t>
        </m:r>
        <m:r>
          <m:t>(</m:t>
        </m:r>
        <m:r>
          <m:t>1</m:t>
        </m:r>
        <m:r>
          <m:t>,</m:t>
        </m:r>
        <m:r>
          <m:t>2</m:t>
        </m:r>
        <m:r>
          <m:t>,</m:t>
        </m:r>
        <m:r>
          <m:t>0</m:t>
        </m:r>
        <m:r>
          <m:t>)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dan </w:t>
      </w:r>
      <m:oMath>
        <m:r>
          <m:t>vec</m:t>
        </m:r>
        <m:r>
          <m:t>v</m:t>
        </m:r>
        <m:r>
          <m:t>=</m:t>
        </m:r>
        <m:r>
          <m:t>(</m:t>
        </m:r>
        <m:r>
          <m:t>0</m:t>
        </m:r>
        <m:r>
          <m:t>,</m:t>
        </m:r>
        <m:r>
          <m:t>3</m:t>
        </m:r>
        <m:r>
          <m:t>,</m:t>
        </m:r>
        <m:r>
          <m:t>1</m:t>
        </m:r>
        <m:r>
          <m:t>)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adalah...</w:t>
      </w:r>
    </w:p>
    <w:p>
      <w:pPr>
        <w:spacing w:before="0" w:after="20"/>
        <w:ind w:left="576"/>
      </w:pPr>
      <m:oMath>
        <m:r>
          <m:t>(</m:t>
        </m:r>
        <m:r>
          <m:t>2</m:t>
        </m:r>
        <m:r>
          <m:t>,</m:t>
        </m:r>
        <m:r>
          <m:t>-</m:t>
        </m:r>
        <m:r>
          <m:t>1</m:t>
        </m:r>
        <m:r>
          <m:t>,</m:t>
        </m:r>
        <m:r>
          <m:t>3</m:t>
        </m:r>
        <m:r>
          <m:t>)</m:t>
        </m:r>
      </m:oMath>
    </w:p>
    <w:p>
      <w:pPr>
        <w:spacing w:before="0" w:after="20"/>
        <w:ind w:left="576"/>
      </w:pPr>
      <m:oMath>
        <m:r>
          <m:t>(</m:t>
        </m:r>
        <m:r>
          <m:t>2</m:t>
        </m:r>
        <m:r>
          <m:t>,</m:t>
        </m:r>
        <m:r>
          <m:t>1</m:t>
        </m:r>
        <m:r>
          <m:t>,</m:t>
        </m:r>
        <m:r>
          <m:t>3</m:t>
        </m:r>
        <m:r>
          <m:t>)</m:t>
        </m:r>
      </m:oMath>
    </w:p>
    <w:p>
      <w:pPr>
        <w:spacing w:before="0" w:after="20"/>
        <w:ind w:left="576"/>
      </w:pPr>
      <m:oMath>
        <m:r>
          <m:t>(</m:t>
        </m:r>
        <m:r>
          <m:t>-</m:t>
        </m:r>
        <m:r>
          <m:t>2</m:t>
        </m:r>
        <m:r>
          <m:t>,</m:t>
        </m:r>
        <m:r>
          <m:t>1</m:t>
        </m:r>
        <m:r>
          <m:t>,</m:t>
        </m:r>
        <m:r>
          <m:t>3</m:t>
        </m:r>
        <m:r>
          <m:t>)</m:t>
        </m:r>
      </m:oMath>
    </w:p>
    <w:p>
      <w:pPr>
        <w:spacing w:before="0" w:after="20"/>
        <w:ind w:left="576"/>
      </w:pPr>
      <m:oMath>
        <m:r>
          <m:t>(</m:t>
        </m:r>
        <m:r>
          <m:t>2</m:t>
        </m:r>
        <m:r>
          <m:t>,</m:t>
        </m:r>
        <m:r>
          <m:t>-</m:t>
        </m:r>
        <m:r>
          <m:t>1</m:t>
        </m:r>
        <m:r>
          <m:t>,</m:t>
        </m:r>
        <m:r>
          <m:t>-</m:t>
        </m:r>
        <m:r>
          <m:t>3</m:t>
        </m:r>
        <m:r>
          <m:t>)</m:t>
        </m:r>
      </m:oMath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m:oMath>
        <m:r>
          <m:t>vec</m:t>
        </m:r>
        <m:r>
          <m:t>u</m:t>
        </m:r>
        <m:r>
          <m:t>×</m:t>
        </m:r>
        <m:r>
          <m:t>vec</m:t>
        </m:r>
        <m:r>
          <m:t>v</m:t>
        </m:r>
        <m:r>
          <m:t>=</m:t>
        </m:r>
        <m:d>
          <m:dPr>
            <m:begChr m:val="|"/>
            <m:endChr m:val="|"/>
          </m:dPr>
          <m:e>
            <m:m>
              <m:mr>
                <m:e>
                  <m:r>
                    <m:t>hat</m:t>
                  </m:r>
                  <m:r>
                    <m:t>i</m:t>
                  </m:r>
                </m:e>
                <m:e>
                  <m:r>
                    <m:t>hat</m:t>
                  </m:r>
                  <m:r>
                    <m:t>j</m:t>
                  </m:r>
                </m:e>
                <m:e>
                  <m:r>
                    <m:t>hat</m:t>
                  </m:r>
                  <m:r>
                    <m:t>k</m:t>
                  </m:r>
                </m:e>
              </m:mr>
              <m:mr>
                <m:e>
                  <m:r>
                    <m:t>1</m:t>
                  </m:r>
                </m:e>
                <m:e>
                  <m:r>
                    <m:t>2</m:t>
                  </m:r>
                </m:e>
                <m:e>
                  <m:r>
                    <m:t>0</m:t>
                  </m:r>
                </m:e>
              </m:mr>
              <m:mr>
                <m:e>
                  <m:r>
                    <m:t>0</m:t>
                  </m:r>
                </m:e>
                <m:e>
                  <m:r>
                    <m:t>3</m:t>
                  </m:r>
                </m:e>
                <m:e>
                  <m:r>
                    <m:t>1</m:t>
                  </m:r>
                </m:e>
              </m:mr>
            </m:m>
          </m:e>
        </m:d>
        <m:r>
          <m:t>=</m:t>
        </m:r>
        <m:r>
          <m:t>hat</m:t>
        </m:r>
        <m:r>
          <m:t>i</m:t>
        </m:r>
        <m:r>
          <m:t>(</m:t>
        </m:r>
        <m:r>
          <m:t>2</m:t>
        </m:r>
        <m:r>
          <m:t>-</m:t>
        </m:r>
        <m:r>
          <m:t>0</m:t>
        </m:r>
        <m:r>
          <m:t>)</m:t>
        </m:r>
        <m:r>
          <m:t>-</m:t>
        </m:r>
        <m:r>
          <m:t>hat</m:t>
        </m:r>
        <m:r>
          <m:t>j</m:t>
        </m:r>
        <m:r>
          <m:t>(</m:t>
        </m:r>
        <m:r>
          <m:t>1</m:t>
        </m:r>
        <m:r>
          <m:t>-</m:t>
        </m:r>
        <m:r>
          <m:t>0</m:t>
        </m:r>
        <m:r>
          <m:t>)</m:t>
        </m:r>
        <m:r>
          <m:t>+</m:t>
        </m:r>
        <m:r>
          <m:t>hat</m:t>
        </m:r>
        <m:r>
          <m:t>k</m:t>
        </m:r>
        <m:r>
          <m:t>(</m:t>
        </m:r>
        <m:r>
          <m:t>3</m:t>
        </m:r>
        <m:r>
          <m:t>-</m:t>
        </m:r>
        <m:r>
          <m:t>0</m:t>
        </m:r>
        <m:r>
          <m:t>)</m:t>
        </m:r>
        <m:r>
          <m:t>=</m:t>
        </m:r>
        <m:r>
          <m:t>2</m:t>
        </m:r>
        <m:r>
          <m:t>hat</m:t>
        </m:r>
        <m:r>
          <m:t>i</m:t>
        </m:r>
        <m:r>
          <m:t>-</m:t>
        </m:r>
        <m:r>
          <m:t>hat</m:t>
        </m:r>
        <m:r>
          <m:t>j</m:t>
        </m:r>
        <m:r>
          <m:t>+</m:t>
        </m:r>
        <m:r>
          <m:t>3</m:t>
        </m:r>
        <m:r>
          <m:t>hat</m:t>
        </m:r>
        <m:r>
          <m:t>k</m:t>
        </m:r>
        <m:r>
          <m:t>=</m:t>
        </m:r>
        <m:r>
          <m:t>(</m:t>
        </m:r>
        <m:r>
          <m:t>2</m:t>
        </m:r>
        <m:r>
          <m:t>,</m:t>
        </m:r>
        <m:r>
          <m:t>-</m:t>
        </m:r>
        <m:r>
          <m:t>1</m:t>
        </m:r>
        <m:r>
          <m:t>,</m:t>
        </m:r>
        <m:r>
          <m:t>3</m:t>
        </m:r>
        <m:r>
          <m:t>)</m:t>
        </m:r>
      </m:oMath>
      <w:r>
        <w:rPr>
          <w:rFonts w:ascii="Calibri" w:hAnsi="Calibri"/>
          <w:b w:val="0"/>
          <w:i/>
          <w:color w:val="64748B"/>
          <w:sz w:val="17"/>
        </w:rPr>
        <w:t>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 xml:space="preserve">Vektor satuan yang searah dengan vektor </w:t>
      </w:r>
      <m:oMath>
        <m:r>
          <m:t>vec</m:t>
        </m:r>
        <m:r>
          <m:t>v</m:t>
        </m:r>
        <m:r>
          <m:t>=</m:t>
        </m:r>
        <m:r>
          <m:t>(</m:t>
        </m:r>
        <m:r>
          <m:t>6</m:t>
        </m:r>
        <m:r>
          <m:t>,</m:t>
        </m:r>
        <m:r>
          <m:t>-</m:t>
        </m:r>
        <m:r>
          <m:t>2</m:t>
        </m:r>
        <m:r>
          <m:t>,</m:t>
        </m:r>
        <m:r>
          <m:t>3</m:t>
        </m:r>
        <m:r>
          <m:t>)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adalah...</w:t>
      </w:r>
    </w:p>
    <w:p>
      <w:pPr>
        <w:spacing w:before="0" w:after="20"/>
        <w:ind w:left="576"/>
      </w:pPr>
      <m:oMath>
        <m:r>
          <m:t>(</m:t>
        </m:r>
        <m:f>
          <m:fPr>
            <m:type m:val="bar"/>
          </m:fPr>
          <m:num>
            <m:r>
              <m:t>6</m:t>
            </m:r>
          </m:num>
          <m:den>
            <m:r>
              <m:t>7</m:t>
            </m:r>
          </m:den>
        </m:f>
        <m:r>
          <m:t>,</m:t>
        </m:r>
        <m:r>
          <m:t>-</m:t>
        </m:r>
        <m:f>
          <m:fPr>
            <m:type m:val="bar"/>
          </m:fPr>
          <m:num>
            <m:r>
              <m:t>2</m:t>
            </m:r>
          </m:num>
          <m:den>
            <m:r>
              <m:t>7</m:t>
            </m:r>
          </m:den>
        </m:f>
        <m:r>
          <m:t>,</m:t>
        </m:r>
        <m:f>
          <m:fPr>
            <m:type m:val="bar"/>
          </m:fPr>
          <m:num>
            <m:r>
              <m:t>3</m:t>
            </m:r>
          </m:num>
          <m:den>
            <m:r>
              <m:t>7</m:t>
            </m:r>
          </m:den>
        </m:f>
        <m:r>
          <m:t>)</m:t>
        </m:r>
      </m:oMath>
    </w:p>
    <w:p>
      <w:pPr>
        <w:spacing w:before="0" w:after="20"/>
        <w:ind w:left="576"/>
      </w:pPr>
      <m:oMath>
        <m:r>
          <m:t>(</m:t>
        </m:r>
        <m:f>
          <m:fPr>
            <m:type m:val="bar"/>
          </m:fPr>
          <m:num>
            <m:r>
              <m:t>6</m:t>
            </m:r>
          </m:num>
          <m:den>
            <m:r>
              <m:t>1</m:t>
            </m:r>
            <m:r>
              <m:t>1</m:t>
            </m:r>
          </m:den>
        </m:f>
        <m:r>
          <m:t>,</m:t>
        </m:r>
        <m:r>
          <m:t>-</m:t>
        </m:r>
        <m:f>
          <m:fPr>
            <m:type m:val="bar"/>
          </m:fPr>
          <m:num>
            <m:r>
              <m:t>2</m:t>
            </m:r>
          </m:num>
          <m:den>
            <m:r>
              <m:t>1</m:t>
            </m:r>
            <m:r>
              <m:t>1</m:t>
            </m:r>
          </m:den>
        </m:f>
        <m:r>
          <m:t>,</m:t>
        </m:r>
        <m:f>
          <m:fPr>
            <m:type m:val="bar"/>
          </m:fPr>
          <m:num>
            <m:r>
              <m:t>3</m:t>
            </m:r>
          </m:num>
          <m:den>
            <m:r>
              <m:t>1</m:t>
            </m:r>
            <m:r>
              <m:t>1</m:t>
            </m:r>
          </m:den>
        </m:f>
        <m:r>
          <m:t>)</m:t>
        </m:r>
      </m:oMath>
    </w:p>
    <w:p>
      <w:pPr>
        <w:spacing w:before="0" w:after="20"/>
        <w:ind w:left="576"/>
      </w:pPr>
      <m:oMath>
        <m:r>
          <m:t>(</m:t>
        </m:r>
        <m:f>
          <m:fPr>
            <m:type m:val="bar"/>
          </m:fPr>
          <m:num>
            <m:r>
              <m:t>6</m:t>
            </m:r>
          </m:num>
          <m:den>
            <m:r>
              <m:t>4</m:t>
            </m:r>
            <m:r>
              <m:t>9</m:t>
            </m:r>
          </m:den>
        </m:f>
        <m:r>
          <m:t>,</m:t>
        </m:r>
        <m:r>
          <m:t>-</m:t>
        </m:r>
        <m:f>
          <m:fPr>
            <m:type m:val="bar"/>
          </m:fPr>
          <m:num>
            <m:r>
              <m:t>2</m:t>
            </m:r>
          </m:num>
          <m:den>
            <m:r>
              <m:t>4</m:t>
            </m:r>
            <m:r>
              <m:t>9</m:t>
            </m:r>
          </m:den>
        </m:f>
        <m:r>
          <m:t>,</m:t>
        </m:r>
        <m:f>
          <m:fPr>
            <m:type m:val="bar"/>
          </m:fPr>
          <m:num>
            <m:r>
              <m:t>3</m:t>
            </m:r>
          </m:num>
          <m:den>
            <m:r>
              <m:t>4</m:t>
            </m:r>
            <m:r>
              <m:t>9</m:t>
            </m:r>
          </m:den>
        </m:f>
        <m:r>
          <m:t>)</m:t>
        </m:r>
      </m:oMath>
    </w:p>
    <w:p>
      <w:pPr>
        <w:spacing w:before="0" w:after="20"/>
        <w:ind w:left="576"/>
      </w:pPr>
      <m:oMath>
        <m:r>
          <m:t>(</m:t>
        </m:r>
        <m:r>
          <m:t>6</m:t>
        </m:r>
        <m:r>
          <m:t>,</m:t>
        </m:r>
        <m:r>
          <m:t>-</m:t>
        </m:r>
        <m:r>
          <m:t>2</m:t>
        </m:r>
        <m:r>
          <m:t>,</m:t>
        </m:r>
        <m:r>
          <m:t>3</m:t>
        </m:r>
        <m:r>
          <m:t>)</m:t>
        </m:r>
      </m:oMath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m:oMath>
        <m:r>
          <m:t>|</m:t>
        </m:r>
        <m:r>
          <m:t>vec</m:t>
        </m:r>
        <m:r>
          <m:t>v</m:t>
        </m:r>
        <m:r>
          <m:t>|</m:t>
        </m:r>
        <m:r>
          <m:t>=</m:t>
        </m:r>
        <m:rad>
          <m:radPr>
            <m:degHide m:val="1"/>
          </m:radPr>
          <m:deg/>
          <m:e>
            <m:sSup>
              <m:e>
                <m:r>
                  <m:t>6</m:t>
                </m:r>
              </m:e>
              <m:sup>
                <m:r>
                  <m:t>2</m:t>
                </m:r>
              </m:sup>
            </m:sSup>
            <m:r>
              <m:t>+</m:t>
            </m:r>
            <m:r>
              <m:t>(</m:t>
            </m:r>
            <m:r>
              <m:t>-</m:t>
            </m:r>
            <m:r>
              <m:t>2</m:t>
            </m:r>
            <m:sSup>
              <m:e>
                <m:r>
                  <m:t>)</m:t>
                </m:r>
              </m:e>
              <m:sup>
                <m:r>
                  <m:t>2</m:t>
                </m:r>
              </m:sup>
            </m:sSup>
            <m:r>
              <m:t>+</m:t>
            </m:r>
            <m:sSup>
              <m:e>
                <m:r>
                  <m:t>3</m:t>
                </m:r>
              </m:e>
              <m:sup>
                <m:r>
                  <m:t>2</m:t>
                </m:r>
              </m:sup>
            </m:sSup>
          </m:e>
        </m:rad>
        <m:r>
          <m:t>=</m:t>
        </m:r>
        <m:rad>
          <m:radPr>
            <m:degHide m:val="1"/>
          </m:radPr>
          <m:deg/>
          <m:e>
            <m:r>
              <m:t>3</m:t>
            </m:r>
            <m:r>
              <m:t>6</m:t>
            </m:r>
            <m:r>
              <m:t>+</m:t>
            </m:r>
            <m:r>
              <m:t>4</m:t>
            </m:r>
            <m:r>
              <m:t>+</m:t>
            </m:r>
            <m:r>
              <m:t>9</m:t>
            </m:r>
          </m:e>
        </m:rad>
        <m:r>
          <m:t>=</m:t>
        </m:r>
        <m:rad>
          <m:radPr>
            <m:degHide m:val="1"/>
          </m:radPr>
          <m:deg/>
          <m:e>
            <m:r>
              <m:t>4</m:t>
            </m:r>
            <m:r>
              <m:t>9</m:t>
            </m:r>
          </m:e>
        </m:rad>
        <m:r>
          <m:t>=</m:t>
        </m:r>
        <m:r>
          <m:t>7</m:t>
        </m:r>
      </m:oMath>
      <w:r>
        <w:rPr>
          <w:rFonts w:ascii="Calibri" w:hAnsi="Calibri"/>
          <w:b w:val="0"/>
          <w:i/>
          <w:color w:val="64748B"/>
          <w:sz w:val="17"/>
        </w:rPr>
        <w:t xml:space="preserve">. Vektor satuan </w:t>
      </w:r>
      <m:oMath>
        <m:r>
          <m:t>hat</m:t>
        </m:r>
        <m:r>
          <m:t>v</m:t>
        </m:r>
        <m:r>
          <m:t>=</m:t>
        </m:r>
        <m:f>
          <m:fPr>
            <m:type m:val="bar"/>
          </m:fPr>
          <m:num>
            <m:r>
              <m:t>vec</m:t>
            </m:r>
            <m:r>
              <m:t>v</m:t>
            </m:r>
          </m:num>
          <m:den>
            <m:r>
              <m:t>|</m:t>
            </m:r>
            <m:r>
              <m:t>vec</m:t>
            </m:r>
            <m:r>
              <m:t>v</m:t>
            </m:r>
            <m:r>
              <m:t>|</m:t>
            </m:r>
          </m:den>
        </m:f>
        <m:r>
          <m:t>=</m:t>
        </m:r>
        <m:r>
          <m:t>(</m:t>
        </m:r>
        <m:f>
          <m:fPr>
            <m:type m:val="bar"/>
          </m:fPr>
          <m:num>
            <m:r>
              <m:t>6</m:t>
            </m:r>
          </m:num>
          <m:den>
            <m:r>
              <m:t>7</m:t>
            </m:r>
          </m:den>
        </m:f>
        <m:r>
          <m:t>,</m:t>
        </m:r>
        <m:r>
          <m:t>-</m:t>
        </m:r>
        <m:f>
          <m:fPr>
            <m:type m:val="bar"/>
          </m:fPr>
          <m:num>
            <m:r>
              <m:t>2</m:t>
            </m:r>
          </m:num>
          <m:den>
            <m:r>
              <m:t>7</m:t>
            </m:r>
          </m:den>
        </m:f>
        <m:r>
          <m:t>,</m:t>
        </m:r>
        <m:f>
          <m:fPr>
            <m:type m:val="bar"/>
          </m:fPr>
          <m:num>
            <m:r>
              <m:t>3</m:t>
            </m:r>
          </m:num>
          <m:den>
            <m:r>
              <m:t>7</m:t>
            </m:r>
          </m:den>
        </m:f>
        <m:r>
          <m:t>)</m:t>
        </m:r>
      </m:oMath>
      <w:r>
        <w:rPr>
          <w:rFonts w:ascii="Calibri" w:hAnsi="Calibri"/>
          <w:b w:val="0"/>
          <w:i/>
          <w:color w:val="64748B"/>
          <w:sz w:val="17"/>
        </w:rPr>
        <w:t>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Matematika Tingkat Lanjut • Bab 1: Vektor pada Ruang Dimensi Tiga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Operasi Aljabar dan Panjang Vektor di Ruang Tiga Dimensi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 xml:space="preserve">Menghitung vektor basis, kesamaan vektor, penjumlahan, dan vektor satuan </w:t>
      </w:r>
      <m:oMath>
        <m:r>
          <m:t>hat</m:t>
        </m:r>
        <m:r>
          <m:t>u</m:t>
        </m:r>
        <m:r>
          <m:t>=</m:t>
        </m:r>
        <m:f>
          <m:fPr>
            <m:type m:val="bar"/>
          </m:fPr>
          <m:num>
            <m:r>
              <m:t>vec</m:t>
            </m:r>
            <m:r>
              <m:t>u</m:t>
            </m:r>
          </m:num>
          <m:den>
            <m:r>
              <m:t>|</m:t>
            </m:r>
            <m:r>
              <m:t>vec</m:t>
            </m:r>
            <m:r>
              <m:t>u</m:t>
            </m:r>
            <m:r>
              <m:t>|</m:t>
            </m:r>
          </m:den>
        </m:f>
      </m:oMath>
      <w:r>
        <w:rPr>
          <w:rFonts w:ascii="Calibri" w:hAnsi="Calibri"/>
          <w:b w:val="0"/>
          <w:i w:val="0"/>
          <w:color w:val="000000"/>
          <w:sz w:val="18"/>
        </w:rPr>
        <w:t>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Perkalian Skalar (Dot Product) dan Sudut Antarvektor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sifat komutatif dot product dan syarat ortogonalitas dua vektor saling tegak lurus.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Proyeksi Ortogonal (Proyeksi Skalar dan Proyeksi Vektor)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Menghitung panjang proyeksi skalar dan menentukan vektor proyeksi ortogonal pada arah acuan.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Perkalian Silang (Cross Product) dan Luas Bidang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 xml:space="preserve">Menghitung determinan matriks cross product dan menentukan luas segitiga/jajargenjang dalam ruang </w:t>
      </w:r>
      <m:oMath>
        <m:r>
          <m:t>mathbb</m:t>
        </m:r>
        <m:sSup>
          <m:e>
            <m:r>
              <m:t>R</m:t>
            </m:r>
          </m:e>
          <m:sup>
            <m:r>
              <m:t>3</m:t>
            </m:r>
          </m:sup>
        </m:sSup>
      </m:oMath>
      <w:r>
        <w:rPr>
          <w:rFonts w:ascii="Calibri" w:hAnsi="Calibri"/>
          <w:b w:val="0"/>
          <w:i w:val="0"/>
          <w:color w:val="000000"/>
          <w:sz w:val="18"/>
        </w:rPr>
        <w:t>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 xml:space="preserve">Vektor merupakan besaran yang memiliki nilai (*magnitudo*) dan arah di dalam ruang koordinat tiga dimensi </w:t>
      </w:r>
      <m:oMath>
        <m:r>
          <m:t>mathbb</m:t>
        </m:r>
        <m:sSup>
          <m:e>
            <m:r>
              <m:t>R</m:t>
            </m:r>
          </m:e>
          <m:sup>
            <m:r>
              <m:t>3</m:t>
            </m:r>
          </m:sup>
        </m:sSup>
      </m:oMath>
      <w:r>
        <w:rPr>
          <w:rFonts w:ascii="Calibri" w:hAnsi="Calibri"/>
          <w:b w:val="0"/>
          <w:i w:val="0"/>
          <w:color w:val="000000"/>
          <w:sz w:val="19"/>
        </w:rPr>
        <w:t xml:space="preserve">. Vektor posisi dinyatakan oleh </w:t>
      </w:r>
      <m:oMath>
        <m:r>
          <m:t>vec</m:t>
        </m:r>
        <m:r>
          <m:t>r</m:t>
        </m:r>
        <m:r>
          <m:t>=</m:t>
        </m:r>
        <m:r>
          <m:t>x</m:t>
        </m:r>
        <m:r>
          <m:t>hat</m:t>
        </m:r>
        <m:r>
          <m:t>i</m:t>
        </m:r>
        <m:r>
          <m:t>+</m:t>
        </m:r>
        <m:r>
          <m:t>y</m:t>
        </m:r>
        <m:r>
          <m:t>hat</m:t>
        </m:r>
        <m:r>
          <m:t>j</m:t>
        </m:r>
        <m:r>
          <m:t>+</m:t>
        </m:r>
        <m:r>
          <m:t>z</m:t>
        </m:r>
        <m:r>
          <m:t>hat</m:t>
        </m:r>
        <m:r>
          <m:t>k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dengan panjang modulus </w:t>
      </w:r>
      <m:oMath>
        <m:r>
          <m:t>|</m:t>
        </m:r>
        <m:r>
          <m:t>vec</m:t>
        </m:r>
        <m:r>
          <m:t>r</m:t>
        </m:r>
        <m:r>
          <m:t>|</m:t>
        </m:r>
        <m:r>
          <m:t>=</m:t>
        </m:r>
        <m:rad>
          <m:radPr>
            <m:degHide m:val="1"/>
          </m:radPr>
          <m:deg/>
          <m:e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t>+</m:t>
            </m:r>
            <m:sSup>
              <m:e>
                <m:r>
                  <m:t>y</m:t>
                </m:r>
              </m:e>
              <m:sup>
                <m:r>
                  <m:t>2</m:t>
                </m:r>
              </m:sup>
            </m:sSup>
            <m:r>
              <m:t>+</m:t>
            </m:r>
            <m:sSup>
              <m:e>
                <m:r>
                  <m:t>z</m:t>
                </m:r>
              </m:e>
              <m:sup>
                <m:r>
                  <m:t>2</m:t>
                </m:r>
              </m:sup>
            </m:sSup>
          </m:e>
        </m:rad>
      </m:oMath>
      <w:r>
        <w:rPr>
          <w:rFonts w:ascii="Calibri" w:hAnsi="Calibri"/>
          <w:b w:val="0"/>
          <w:i w:val="0"/>
          <w:color w:val="000000"/>
          <w:sz w:val="19"/>
        </w:rPr>
        <w:t>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 xml:space="preserve">Perkalian titik (*dot product*) </w:t>
      </w:r>
      <m:oMath>
        <m:r>
          <m:t>vec</m:t>
        </m:r>
        <m:r>
          <m:t>u</m:t>
        </m:r>
        <m:r>
          <m:t>·</m:t>
        </m:r>
        <m:r>
          <m:t>vec</m:t>
        </m:r>
        <m:r>
          <m:t>v</m:t>
        </m:r>
        <m:r>
          <m:t>=</m:t>
        </m:r>
        <m:sSub>
          <m:e>
            <m:r>
              <m:t>u</m:t>
            </m:r>
          </m:e>
          <m:sub>
            <m:r>
              <m:t>1</m:t>
            </m:r>
          </m:sub>
        </m:sSub>
        <m:sSub>
          <m:e>
            <m:r>
              <m:t>v</m:t>
            </m:r>
          </m:e>
          <m:sub>
            <m:r>
              <m:t>1</m:t>
            </m:r>
          </m:sub>
        </m:sSub>
        <m:r>
          <m:t>+</m:t>
        </m:r>
        <m:sSub>
          <m:e>
            <m:r>
              <m:t>u</m:t>
            </m:r>
          </m:e>
          <m:sub>
            <m:r>
              <m:t>2</m:t>
            </m:r>
          </m:sub>
        </m:sSub>
        <m:sSub>
          <m:e>
            <m:r>
              <m:t>v</m:t>
            </m:r>
          </m:e>
          <m:sub>
            <m:r>
              <m:t>2</m:t>
            </m:r>
          </m:sub>
        </m:sSub>
        <m:r>
          <m:t>+</m:t>
        </m:r>
        <m:sSub>
          <m:e>
            <m:r>
              <m:t>u</m:t>
            </m:r>
          </m:e>
          <m:sub>
            <m:r>
              <m:t>3</m:t>
            </m:r>
          </m:sub>
        </m:sSub>
        <m:sSub>
          <m:e>
            <m:r>
              <m:t>v</m:t>
            </m:r>
          </m:e>
          <m:sub>
            <m:r>
              <m:t>3</m:t>
            </m:r>
          </m:sub>
        </m:sSub>
      </m:oMath>
      <w:r>
        <w:rPr>
          <w:rFonts w:ascii="Calibri" w:hAnsi="Calibri"/>
          <w:b w:val="0"/>
          <w:i w:val="0"/>
          <w:color w:val="000000"/>
          <w:sz w:val="19"/>
        </w:rPr>
        <w:t xml:space="preserve"> menghasilkan besaran skalar yang digunakan untuk menghitung sudut antardua vektor (</w:t>
      </w:r>
      <m:oMath>
        <m:r>
          <m:t>cos </m:t>
        </m:r>
        <m:r>
          <m:t>θ</m:t>
        </m:r>
        <m:r>
          <m:t>=</m:t>
        </m:r>
        <m:f>
          <m:fPr>
            <m:type m:val="bar"/>
          </m:fPr>
          <m:num>
            <m:r>
              <m:t>vec</m:t>
            </m:r>
            <m:r>
              <m:t>u</m:t>
            </m:r>
            <m:r>
              <m:t>·</m:t>
            </m:r>
            <m:r>
              <m:t>vec</m:t>
            </m:r>
            <m:r>
              <m:t>v</m:t>
            </m:r>
          </m:num>
          <m:den>
            <m:r>
              <m:t>|</m:t>
            </m:r>
            <m:r>
              <m:t>vec</m:t>
            </m:r>
            <m:r>
              <m:t>u</m:t>
            </m:r>
            <m:r>
              <m:t>|</m:t>
            </m:r>
            <m:r>
              <m:t>|</m:t>
            </m:r>
            <m:r>
              <m:t>vec</m:t>
            </m:r>
            <m:r>
              <m:t>v</m:t>
            </m:r>
            <m:r>
              <m:t>|</m:t>
            </m:r>
          </m:den>
        </m:f>
      </m:oMath>
      <w:r>
        <w:rPr>
          <w:rFonts w:ascii="Calibri" w:hAnsi="Calibri"/>
          <w:b w:val="0"/>
          <w:i w:val="0"/>
          <w:color w:val="000000"/>
          <w:sz w:val="19"/>
        </w:rPr>
        <w:t xml:space="preserve">) serta menentukan proyeksi ortogonal vektor </w:t>
      </w:r>
      <m:oMath>
        <m:r>
          <m:t>vec</m:t>
        </m:r>
        <m:r>
          <m:t>u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pada vektor </w:t>
      </w:r>
      <m:oMath>
        <m:r>
          <m:t>vec</m:t>
        </m:r>
        <m:r>
          <m:t>v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(</w:t>
      </w:r>
      <m:oMath>
        <m:r>
          <m:t>vec</m:t>
        </m:r>
        <m:r>
          <m:t>p</m:t>
        </m:r>
        <m:r>
          <m:t>=</m:t>
        </m:r>
        <m:f>
          <m:fPr>
            <m:type m:val="bar"/>
          </m:fPr>
          <m:num>
            <m:r>
              <m:t>vec</m:t>
            </m:r>
            <m:r>
              <m:t>u</m:t>
            </m:r>
            <m:r>
              <m:t>·</m:t>
            </m:r>
            <m:r>
              <m:t>vec</m:t>
            </m:r>
            <m:r>
              <m:t>v</m:t>
            </m:r>
          </m:num>
          <m:den>
            <m:r>
              <m:t>|</m:t>
            </m:r>
            <m:r>
              <m:t>vec</m:t>
            </m:r>
            <m:r>
              <m:t>v</m:t>
            </m:r>
            <m:sSup>
              <m:e>
                <m:r>
                  <m:t>|</m:t>
                </m:r>
              </m:e>
              <m:sup>
                <m:r>
                  <m:t>2</m:t>
                </m:r>
              </m:sup>
            </m:sSup>
          </m:den>
        </m:f>
        <m:r>
          <m:t>vec</m:t>
        </m:r>
        <m:r>
          <m:t>v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). Dua vektor saling tegak lurus jika dan hanya jika </w:t>
      </w:r>
      <m:oMath>
        <m:r>
          <m:t>vec</m:t>
        </m:r>
        <m:r>
          <m:t>u</m:t>
        </m:r>
        <m:r>
          <m:t>·</m:t>
        </m:r>
        <m:r>
          <m:t>vec</m:t>
        </m:r>
        <m:r>
          <m:t>v</m:t>
        </m:r>
        <m:r>
          <m:t>=</m:t>
        </m:r>
        <m:r>
          <m:t>0</m:t>
        </m:r>
      </m:oMath>
      <w:r>
        <w:rPr>
          <w:rFonts w:ascii="Calibri" w:hAnsi="Calibri"/>
          <w:b w:val="0"/>
          <w:i w:val="0"/>
          <w:color w:val="000000"/>
          <w:sz w:val="19"/>
        </w:rPr>
        <w:t>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 xml:space="preserve">Perkalian silang (*cross product*) </w:t>
      </w:r>
      <m:oMath>
        <m:r>
          <m:t>vec</m:t>
        </m:r>
        <m:r>
          <m:t>u</m:t>
        </m:r>
        <m:r>
          <m:t>×</m:t>
        </m:r>
        <m:r>
          <m:t>vec</m:t>
        </m:r>
        <m:r>
          <m:t>v</m:t>
        </m:r>
      </m:oMath>
      <w:r>
        <w:rPr>
          <w:rFonts w:ascii="Calibri" w:hAnsi="Calibri"/>
          <w:b w:val="0"/>
          <w:i w:val="0"/>
          <w:color w:val="000000"/>
          <w:sz w:val="19"/>
        </w:rPr>
        <w:t xml:space="preserve"> menghasilkan vektor baru yang tegak lurus terhadap bidang yang dibentuk oleh kedua vektor awal dengan aturan determinan matriks </w:t>
      </w:r>
      <m:oMath>
        <m:r>
          <m:t>3</m:t>
        </m:r>
        <m:r>
          <m:t>×</m:t>
        </m:r>
        <m:r>
          <m:t>3</m:t>
        </m:r>
      </m:oMath>
      <w:r>
        <w:rPr>
          <w:rFonts w:ascii="Calibri" w:hAnsi="Calibri"/>
          <w:b w:val="0"/>
          <w:i w:val="0"/>
          <w:color w:val="000000"/>
          <w:sz w:val="19"/>
        </w:rPr>
        <w:t>. Magnitudo perkalian silang merepresentasikan luas jajar genjang yang direntangkan oleh kedua vektor.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Vektor Satuan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 xml:space="preserve">Vektor yang memiliki panjang (modulus) tepat bernilai satu satuan yang searah dengan vektor asalnya: </w:t>
            </w:r>
            <m:oMath>
              <m:r>
                <m:t>hat</m:t>
              </m:r>
              <m:r>
                <m:t>u</m:t>
              </m:r>
              <m:r>
                <m:t>=</m:t>
              </m:r>
              <m:f>
                <m:fPr>
                  <m:type m:val="bar"/>
                </m:fPr>
                <m:num>
                  <m:r>
                    <m:t>vec</m:t>
                  </m:r>
                  <m:r>
                    <m:t>u</m:t>
                  </m:r>
                </m:num>
                <m:den>
                  <m:r>
                    <m:t>|</m:t>
                  </m:r>
                  <m:r>
                    <m:t>vec</m:t>
                  </m:r>
                  <m:r>
                    <m:t>u</m:t>
                  </m:r>
                  <m:r>
                    <m:t>|</m:t>
                  </m:r>
                </m:den>
              </m:f>
            </m:oMath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Perkalian Titik (Dot Product)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 xml:space="preserve">Operasi perkalian dua vektor yang menghasilkan besaran skalar: </w:t>
            </w:r>
            <m:oMath>
              <m:r>
                <m:t>vec</m:t>
              </m:r>
              <m:r>
                <m:t>u</m:t>
              </m:r>
              <m:r>
                <m:t>·</m:t>
              </m:r>
              <m:r>
                <m:t>vec</m:t>
              </m:r>
              <m:r>
                <m:t>v</m:t>
              </m:r>
              <m:r>
                <m:t>=</m:t>
              </m:r>
              <m:r>
                <m:t>|</m:t>
              </m:r>
              <m:r>
                <m:t>vec</m:t>
              </m:r>
              <m:r>
                <m:t>u</m:t>
              </m:r>
              <m:r>
                <m:t>|</m:t>
              </m:r>
              <m:r>
                <m:t>|</m:t>
              </m:r>
              <m:r>
                <m:t>vec</m:t>
              </m:r>
              <m:r>
                <m:t>v</m:t>
              </m:r>
              <m:r>
                <m:t>|</m:t>
              </m:r>
              <m:r>
                <m:t>cos </m:t>
              </m:r>
              <m:r>
                <m:t>θ</m:t>
              </m:r>
              <m:r>
                <m:t>=</m:t>
              </m:r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sSub>
                <m:e>
                  <m:r>
                    <m:t>v</m:t>
                  </m:r>
                </m:e>
                <m:sub>
                  <m:r>
                    <m:t>1</m:t>
                  </m:r>
                </m:sub>
              </m:sSub>
              <m:r>
                <m:t>+</m:t>
              </m:r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  <m:sSub>
                <m:e>
                  <m:r>
                    <m:t>v</m:t>
                  </m:r>
                </m:e>
                <m:sub>
                  <m:r>
                    <m:t>2</m:t>
                  </m:r>
                </m:sub>
              </m:sSub>
              <m:r>
                <m:t>+</m:t>
              </m:r>
              <m:sSub>
                <m:e>
                  <m:r>
                    <m:t>u</m:t>
                  </m:r>
                </m:e>
                <m:sub>
                  <m:r>
                    <m:t>3</m:t>
                  </m:r>
                </m:sub>
              </m:sSub>
              <m:sSub>
                <m:e>
                  <m:r>
                    <m:t>v</m:t>
                  </m:r>
                </m:e>
                <m:sub>
                  <m:r>
                    <m:t>3</m:t>
                  </m:r>
                </m:sub>
              </m:sSub>
            </m:oMath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Proyeksi Vektor Ortogonal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 xml:space="preserve">Bayangan vektor hasil penjatuhan tegak lurus suatu vektor pada garis/vektor lain yang dirumuskan </w:t>
            </w:r>
            <m:oMath>
              <m:r>
                <m:t>vec</m:t>
              </m:r>
              <m:r>
                <m:t>p</m:t>
              </m:r>
              <m:r>
                <m:t>=</m:t>
              </m:r>
              <m:r>
                <m:t>(</m:t>
              </m:r>
              <m:f>
                <m:fPr>
                  <m:type m:val="bar"/>
                </m:fPr>
                <m:num>
                  <m:r>
                    <m:t>vec</m:t>
                  </m:r>
                  <m:r>
                    <m:t>u</m:t>
                  </m:r>
                  <m:r>
                    <m:t>·</m:t>
                  </m:r>
                  <m:r>
                    <m:t>vec</m:t>
                  </m:r>
                  <m:r>
                    <m:t>v</m:t>
                  </m:r>
                </m:num>
                <m:den>
                  <m:r>
                    <m:t>|</m:t>
                  </m:r>
                  <m:r>
                    <m:t>vec</m:t>
                  </m:r>
                  <m:r>
                    <m:t>v</m:t>
                  </m:r>
                  <m:sSup>
                    <m:e>
                      <m:r>
                        <m:t>|</m:t>
                      </m:r>
                    </m:e>
                    <m:sup>
                      <m:r>
                        <m:t>2</m:t>
                      </m:r>
                    </m:sup>
                  </m:sSup>
                </m:den>
              </m:f>
              <m:r>
                <m:t>)</m:t>
              </m:r>
              <m:r>
                <m:t>vec</m:t>
              </m:r>
              <m:r>
                <m:t>v</m:t>
              </m:r>
            </m:oMath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Perkalian Silang (Cross Product)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 xml:space="preserve">Operasi perkalian dua vektor di </w:t>
            </w:r>
            <m:oMath>
              <m:r>
                <m:t>mathbb</m:t>
              </m:r>
              <m:sSup>
                <m:e>
                  <m:r>
                    <m:t>R</m:t>
                  </m:r>
                </m:e>
                <m:sup>
                  <m:r>
                    <m:t>3</m:t>
                  </m:r>
                </m:sup>
              </m:sSup>
            </m:oMath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 xml:space="preserve"> yang menghasilkan vektor baru yang tegak lurus terhadap kedua vektor pembentuknya.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Vektor Ortogonal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 xml:space="preserve">Dua buah vektor yang saling tegak lurus satu sama lain sehingga sudut yang dibentuk adalah </w:t>
            </w:r>
            <m:oMath>
              <m:r>
                <m:t>9</m:t>
              </m:r>
              <m:sSup>
                <m:e>
                  <m:r>
                    <m:t>0</m:t>
                  </m:r>
                </m:e>
                <m:sup>
                  <m:r>
                    <m:t>°</m:t>
                  </m:r>
                </m:sup>
              </m:sSup>
            </m:oMath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 xml:space="preserve"> dan nilai dot product-nya sama dengan nol.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Matematika Tingkat Lanjut Kelas 12 SMA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