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MATEMATIKA — FASE D (KELAS 8)</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8)</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Matematika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Relasi dan Fungsi</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 Terbimbing</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lembar kerja berpetak, alat ukur/peraga presisi, ruang kelas/laboratorium,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membedakan konsep relasi, fungsi (pemetaan), dan korespondensi satu-satu.</w:t>
      </w:r>
    </w:p>
    <w:p>
      <w:pPr>
        <w:pStyle w:val="ListNumber"/>
      </w:pPr>
      <w:r>
        <w:rPr>
          <w:rFonts w:ascii="Calibri" w:hAnsi="Calibri"/>
          <w:b w:val="0"/>
          <w:i w:val="0"/>
          <w:color w:val="000000"/>
          <w:sz w:val="19"/>
        </w:rPr>
        <w:t>Peserta didik mampu menyajikan relasi dan fungsi dalam berbagai representasi visual dan simbolik.</w:t>
      </w:r>
    </w:p>
    <w:p>
      <w:pPr>
        <w:pStyle w:val="ListNumber"/>
      </w:pPr>
      <w:r>
        <w:rPr>
          <w:rFonts w:ascii="Calibri" w:hAnsi="Calibri"/>
          <w:b w:val="0"/>
          <w:i w:val="0"/>
          <w:color w:val="000000"/>
          <w:sz w:val="19"/>
        </w:rPr>
        <w:t>Peserta didik mampu menentukan rumus fungsi dan menghitung nilai fungsi linear.</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konsep relasi dan penyajiannya (diagram panah, himpunan pasangan berurutan, diagram Kartesius), syarat fungsi/pemetaan, domain, kodomain, range, rumus fungsi, dan korespondensi satu-satu.</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Relasi dan Tiga Cara Penyajian Relasi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Menyajikan relasi dengan diagram panah, diagram Kartesius, dan himpunan pasangan berurutan.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Syarat Fungsi (Pemetaan), Domain, Kodomain, dan Range</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Membedakan relasi biasa dengan fungsi serta menentukan daerah hasil.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Notasi dan Rumus Fungsi Linear f(x) = ax + b</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Menghitung nilai fungsi dan menentukan rumus fungsi dari dua nilai yang diketahui.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Korespondensi Satu-Satu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Memahami syarat korespondensi satu-satu dan menghitung banyak pemetaan n(B)^n(A).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Himpunan pasangan berurutan di bawah ini yang merupakan fungsi (pemetaan) dari himpunan A = {1, 2, 3} ke himpunan B adalah...</w:t>
      </w:r>
    </w:p>
    <w:p>
      <w:pPr>
        <w:spacing w:before="0" w:after="20"/>
        <w:ind w:left="576"/>
      </w:pPr>
      <w:r>
        <w:rPr>
          <w:rFonts w:ascii="Calibri" w:hAnsi="Calibri"/>
          <w:b w:val="0"/>
          <w:i w:val="0"/>
          <w:color w:val="000000"/>
          <w:sz w:val="18"/>
        </w:rPr>
        <w:t>{(1, a), (1, b), (2, c)}</w:t>
      </w:r>
    </w:p>
    <w:p>
      <w:pPr>
        <w:spacing w:before="0" w:after="20"/>
        <w:ind w:left="576"/>
      </w:pPr>
      <w:r>
        <w:rPr>
          <w:rFonts w:ascii="Calibri" w:hAnsi="Calibri"/>
          <w:b w:val="0"/>
          <w:i w:val="0"/>
          <w:color w:val="000000"/>
          <w:sz w:val="18"/>
        </w:rPr>
        <w:t>{(1, a), (2, b), (3, c)}</w:t>
      </w:r>
    </w:p>
    <w:p>
      <w:pPr>
        <w:spacing w:before="0" w:after="20"/>
        <w:ind w:left="576"/>
      </w:pPr>
      <w:r>
        <w:rPr>
          <w:rFonts w:ascii="Calibri" w:hAnsi="Calibri"/>
          <w:b w:val="0"/>
          <w:i w:val="0"/>
          <w:color w:val="000000"/>
          <w:sz w:val="18"/>
        </w:rPr>
        <w:t>{(1, a), (2, b), (2, c), (3, d)}</w:t>
      </w:r>
    </w:p>
    <w:p>
      <w:pPr>
        <w:spacing w:before="0" w:after="20"/>
        <w:ind w:left="576"/>
      </w:pPr>
      <w:r>
        <w:rPr>
          <w:rFonts w:ascii="Calibri" w:hAnsi="Calibri"/>
          <w:b w:val="0"/>
          <w:i w:val="0"/>
          <w:color w:val="000000"/>
          <w:sz w:val="18"/>
        </w:rPr>
        <w:t>{(1, a), (3, b)}</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Syarat fungsi: setiap anggota himpunan asal A ({1, 2, 3}) harus muncul tepat satu kali sebagai elemen pertama. Pilihan B memenuhi syarat tersebut.</w:t>
      </w:r>
    </w:p>
    <w:p>
      <w:pPr>
        <w:spacing w:before="80" w:after="40"/>
        <w:ind w:left="216"/>
      </w:pPr>
      <w:r>
        <w:rPr>
          <w:rFonts w:ascii="Calibri" w:hAnsi="Calibri"/>
          <w:b/>
          <w:color w:val="000000"/>
          <w:sz w:val="19"/>
        </w:rPr>
        <w:t xml:space="preserve">2. </w:t>
      </w:r>
      <w:r>
        <w:rPr>
          <w:rFonts w:ascii="Calibri" w:hAnsi="Calibri"/>
          <w:b w:val="0"/>
          <w:i w:val="0"/>
          <w:color w:val="000000"/>
          <w:sz w:val="19"/>
        </w:rPr>
        <w:t>Suatu fungsi didefinisikan dengan rumus f(x) = 3x - 5. Nilai dari f(-4) adalah...</w:t>
      </w:r>
    </w:p>
    <w:p>
      <w:pPr>
        <w:spacing w:before="0" w:after="20"/>
        <w:ind w:left="576"/>
      </w:pPr>
      <w:r>
        <w:rPr>
          <w:rFonts w:ascii="Calibri" w:hAnsi="Calibri"/>
          <w:b w:val="0"/>
          <w:i w:val="0"/>
          <w:color w:val="000000"/>
          <w:sz w:val="18"/>
        </w:rPr>
        <w:t>-17</w:t>
      </w:r>
    </w:p>
    <w:p>
      <w:pPr>
        <w:spacing w:before="0" w:after="20"/>
        <w:ind w:left="576"/>
      </w:pPr>
      <w:r>
        <w:rPr>
          <w:rFonts w:ascii="Calibri" w:hAnsi="Calibri"/>
          <w:b w:val="0"/>
          <w:i w:val="0"/>
          <w:color w:val="000000"/>
          <w:sz w:val="18"/>
        </w:rPr>
        <w:t>-7</w:t>
      </w:r>
    </w:p>
    <w:p>
      <w:pPr>
        <w:spacing w:before="0" w:after="20"/>
        <w:ind w:left="576"/>
      </w:pPr>
      <w:r>
        <w:rPr>
          <w:rFonts w:ascii="Calibri" w:hAnsi="Calibri"/>
          <w:b w:val="0"/>
          <w:i w:val="0"/>
          <w:color w:val="000000"/>
          <w:sz w:val="18"/>
        </w:rPr>
        <w:t>7</w:t>
      </w:r>
    </w:p>
    <w:p>
      <w:pPr>
        <w:spacing w:before="0" w:after="20"/>
        <w:ind w:left="576"/>
      </w:pPr>
      <w:r>
        <w:rPr>
          <w:rFonts w:ascii="Calibri" w:hAnsi="Calibri"/>
          <w:b w:val="0"/>
          <w:i w:val="0"/>
          <w:color w:val="000000"/>
          <w:sz w:val="18"/>
        </w:rPr>
        <w:t>17</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f(-4) = 3(-4) - 5 = -12 - 5 = -17.</w:t>
      </w:r>
    </w:p>
    <w:p>
      <w:pPr>
        <w:spacing w:before="80" w:after="40"/>
        <w:ind w:left="216"/>
      </w:pPr>
      <w:r>
        <w:rPr>
          <w:rFonts w:ascii="Calibri" w:hAnsi="Calibri"/>
          <w:b/>
          <w:color w:val="000000"/>
          <w:sz w:val="19"/>
        </w:rPr>
        <w:t xml:space="preserve">3. </w:t>
      </w:r>
      <w:r>
        <w:rPr>
          <w:rFonts w:ascii="Calibri" w:hAnsi="Calibri"/>
          <w:b w:val="0"/>
          <w:i w:val="0"/>
          <w:color w:val="000000"/>
          <w:sz w:val="19"/>
        </w:rPr>
        <w:t>Diketahui rumus fungsi f(x) = ax + b. Jika f(2) = 7 dan f(-1) = -2, maka nilai dari f(5) adalah...</w:t>
      </w:r>
    </w:p>
    <w:p>
      <w:pPr>
        <w:spacing w:before="0" w:after="20"/>
        <w:ind w:left="576"/>
      </w:pPr>
      <w:r>
        <w:rPr>
          <w:rFonts w:ascii="Calibri" w:hAnsi="Calibri"/>
          <w:b w:val="0"/>
          <w:i w:val="0"/>
          <w:color w:val="000000"/>
          <w:sz w:val="18"/>
        </w:rPr>
        <w:t>12</w:t>
      </w:r>
    </w:p>
    <w:p>
      <w:pPr>
        <w:spacing w:before="0" w:after="20"/>
        <w:ind w:left="576"/>
      </w:pPr>
      <w:r>
        <w:rPr>
          <w:rFonts w:ascii="Calibri" w:hAnsi="Calibri"/>
          <w:b w:val="0"/>
          <w:i w:val="0"/>
          <w:color w:val="000000"/>
          <w:sz w:val="18"/>
        </w:rPr>
        <w:t>14</w:t>
      </w:r>
    </w:p>
    <w:p>
      <w:pPr>
        <w:spacing w:before="0" w:after="20"/>
        <w:ind w:left="576"/>
      </w:pPr>
      <w:r>
        <w:rPr>
          <w:rFonts w:ascii="Calibri" w:hAnsi="Calibri"/>
          <w:b w:val="0"/>
          <w:i w:val="0"/>
          <w:color w:val="000000"/>
          <w:sz w:val="18"/>
        </w:rPr>
        <w:t>16</w:t>
      </w:r>
    </w:p>
    <w:p>
      <w:pPr>
        <w:spacing w:before="0" w:after="20"/>
        <w:ind w:left="576"/>
      </w:pPr>
      <w:r>
        <w:rPr>
          <w:rFonts w:ascii="Calibri" w:hAnsi="Calibri"/>
          <w:b w:val="0"/>
          <w:i w:val="0"/>
          <w:color w:val="000000"/>
          <w:sz w:val="18"/>
        </w:rPr>
        <w:t>18</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2a + b = 7 dan -a + b = -2. Kurangkan: 3a = 9 &lt;=&gt; a = 3. Maka b = 7 - 2(3) = 1. Rumus fungsi: f(x) = 3x + 1. Nilai f(5) = 3(5) + 1 = 16.</w:t>
      </w:r>
    </w:p>
    <w:p>
      <w:pPr>
        <w:spacing w:before="80" w:after="40"/>
        <w:ind w:left="216"/>
      </w:pPr>
      <w:r>
        <w:rPr>
          <w:rFonts w:ascii="Calibri" w:hAnsi="Calibri"/>
          <w:b/>
          <w:color w:val="000000"/>
          <w:sz w:val="19"/>
        </w:rPr>
        <w:t xml:space="preserve">4. </w:t>
      </w:r>
      <w:r>
        <w:rPr>
          <w:rFonts w:ascii="Calibri" w:hAnsi="Calibri"/>
          <w:b w:val="0"/>
          <w:i w:val="0"/>
          <w:color w:val="000000"/>
          <w:sz w:val="19"/>
        </w:rPr>
        <w:t>Banyaknya pemetaan yang mungkin dari himpunan P = {a, b, c} ke himpunan Q = {1, 2} adalah...</w:t>
      </w:r>
    </w:p>
    <w:p>
      <w:pPr>
        <w:spacing w:before="0" w:after="20"/>
        <w:ind w:left="576"/>
      </w:pPr>
      <w:r>
        <w:rPr>
          <w:rFonts w:ascii="Calibri" w:hAnsi="Calibri"/>
          <w:b w:val="0"/>
          <w:i w:val="0"/>
          <w:color w:val="000000"/>
          <w:sz w:val="18"/>
        </w:rPr>
        <w:t>6</w:t>
      </w:r>
    </w:p>
    <w:p>
      <w:pPr>
        <w:spacing w:before="0" w:after="20"/>
        <w:ind w:left="576"/>
      </w:pPr>
      <w:r>
        <w:rPr>
          <w:rFonts w:ascii="Calibri" w:hAnsi="Calibri"/>
          <w:b w:val="0"/>
          <w:i w:val="0"/>
          <w:color w:val="000000"/>
          <w:sz w:val="18"/>
        </w:rPr>
        <w:t>8</w:t>
      </w:r>
    </w:p>
    <w:p>
      <w:pPr>
        <w:spacing w:before="0" w:after="20"/>
        <w:ind w:left="576"/>
      </w:pPr>
      <w:r>
        <w:rPr>
          <w:rFonts w:ascii="Calibri" w:hAnsi="Calibri"/>
          <w:b w:val="0"/>
          <w:i w:val="0"/>
          <w:color w:val="000000"/>
          <w:sz w:val="18"/>
        </w:rPr>
        <w:t>9</w:t>
      </w:r>
    </w:p>
    <w:p>
      <w:pPr>
        <w:spacing w:before="0" w:after="20"/>
        <w:ind w:left="576"/>
      </w:pPr>
      <w:r>
        <w:rPr>
          <w:rFonts w:ascii="Calibri" w:hAnsi="Calibri"/>
          <w:b w:val="0"/>
          <w:i w:val="0"/>
          <w:color w:val="000000"/>
          <w:sz w:val="18"/>
        </w:rPr>
        <w:t>12</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Banyak pemetaan dari P ke Q dirumuskan n(Q)^n(P) = 2³ = 8.</w:t>
      </w:r>
    </w:p>
    <w:p>
      <w:pPr>
        <w:spacing w:before="80" w:after="40"/>
        <w:ind w:left="216"/>
      </w:pPr>
      <w:r>
        <w:rPr>
          <w:rFonts w:ascii="Calibri" w:hAnsi="Calibri"/>
          <w:b/>
          <w:color w:val="000000"/>
          <w:sz w:val="19"/>
        </w:rPr>
        <w:t xml:space="preserve">5. </w:t>
      </w:r>
      <w:r>
        <w:rPr>
          <w:rFonts w:ascii="Calibri" w:hAnsi="Calibri"/>
          <w:b w:val="0"/>
          <w:i w:val="0"/>
          <w:color w:val="000000"/>
          <w:sz w:val="19"/>
        </w:rPr>
        <w:t>Syarat utama agar dua himpunan A dan B dapat membentuk korespondensi satu-satu adalah...</w:t>
      </w:r>
    </w:p>
    <w:p>
      <w:pPr>
        <w:spacing w:before="0" w:after="20"/>
        <w:ind w:left="576"/>
      </w:pPr>
      <w:r>
        <w:rPr>
          <w:rFonts w:ascii="Calibri" w:hAnsi="Calibri"/>
          <w:b w:val="0"/>
          <w:i w:val="0"/>
          <w:color w:val="000000"/>
          <w:sz w:val="18"/>
        </w:rPr>
        <w:t>Banyaknya anggota himpunan A harus sama dengan banyaknya anggota himpunan B (n(A) = n(B))</w:t>
      </w:r>
    </w:p>
    <w:p>
      <w:pPr>
        <w:spacing w:before="0" w:after="20"/>
        <w:ind w:left="576"/>
      </w:pPr>
      <w:r>
        <w:rPr>
          <w:rFonts w:ascii="Calibri" w:hAnsi="Calibri"/>
          <w:b w:val="0"/>
          <w:i w:val="0"/>
          <w:color w:val="000000"/>
          <w:sz w:val="18"/>
        </w:rPr>
        <w:t>Himpunan A harus merupakan himpunan bilangan bulat</w:t>
      </w:r>
    </w:p>
    <w:p>
      <w:pPr>
        <w:spacing w:before="0" w:after="20"/>
        <w:ind w:left="576"/>
      </w:pPr>
      <w:r>
        <w:rPr>
          <w:rFonts w:ascii="Calibri" w:hAnsi="Calibri"/>
          <w:b w:val="0"/>
          <w:i w:val="0"/>
          <w:color w:val="000000"/>
          <w:sz w:val="18"/>
        </w:rPr>
        <w:t>Anggota himpunan B harus lebih banyak dari A</w:t>
      </w:r>
    </w:p>
    <w:p>
      <w:pPr>
        <w:spacing w:before="0" w:after="20"/>
        <w:ind w:left="576"/>
      </w:pPr>
      <w:r>
        <w:rPr>
          <w:rFonts w:ascii="Calibri" w:hAnsi="Calibri"/>
          <w:b w:val="0"/>
          <w:i w:val="0"/>
          <w:color w:val="000000"/>
          <w:sz w:val="18"/>
        </w:rPr>
        <w:t>Semua anggotanya harus bilangan ganjil</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Korespondensi satu-satu mengharuskan setiap anggota A berpasangan tepat satu dengan anggota B dan sebaliknya, yang mensyaratkan n(A) = n(B).</w:t>
      </w:r>
    </w:p>
    <w:p>
      <w:r>
        <w:br w:type="page"/>
      </w:r>
    </w:p>
    <w:p>
      <w:pPr>
        <w:pStyle w:val="Title"/>
      </w:pPr>
      <w:r>
        <w:t>LEMBAR KERJA PESERTA DIDIK (LKPD)</w:t>
      </w:r>
    </w:p>
    <w:p>
      <w:pPr>
        <w:pStyle w:val="Subtitle"/>
      </w:pPr>
      <w:r>
        <w:t>Mata Pelajaran: Matematika • Bab 4: Relasi dan Fungsi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Konsep Relasi dan Tiga Cara Penyajian Relasi</w:t>
      </w:r>
    </w:p>
    <w:p>
      <w:pPr>
        <w:spacing w:before="20" w:after="60"/>
        <w:ind w:left="216"/>
      </w:pPr>
      <w:r>
        <w:rPr>
          <w:rFonts w:ascii="Calibri" w:hAnsi="Calibri"/>
          <w:color w:val="000000"/>
          <w:sz w:val="18"/>
        </w:rPr>
        <w:t xml:space="preserve">Petunjuk: </w:t>
      </w:r>
      <w:r>
        <w:rPr>
          <w:rFonts w:ascii="Calibri" w:hAnsi="Calibri"/>
          <w:b w:val="0"/>
          <w:i w:val="0"/>
          <w:color w:val="000000"/>
          <w:sz w:val="18"/>
        </w:rPr>
        <w:t>Menyajikan relasi dengan diagram panah, diagram Kartesius, dan himpunan pasangan berurutan.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Syarat Fungsi (Pemetaan), Domain, Kodomain, dan Range</w:t>
      </w:r>
    </w:p>
    <w:p>
      <w:pPr>
        <w:spacing w:before="20" w:after="60"/>
        <w:ind w:left="216"/>
      </w:pPr>
      <w:r>
        <w:rPr>
          <w:rFonts w:ascii="Calibri" w:hAnsi="Calibri"/>
          <w:color w:val="000000"/>
          <w:sz w:val="18"/>
        </w:rPr>
        <w:t xml:space="preserve">Petunjuk: </w:t>
      </w:r>
      <w:r>
        <w:rPr>
          <w:rFonts w:ascii="Calibri" w:hAnsi="Calibri"/>
          <w:b w:val="0"/>
          <w:i w:val="0"/>
          <w:color w:val="000000"/>
          <w:sz w:val="18"/>
        </w:rPr>
        <w:t>Membedakan relasi biasa dengan fungsi serta menentukan daerah hasil.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Notasi dan Rumus Fungsi Linear f(x) = ax + b</w:t>
      </w:r>
    </w:p>
    <w:p>
      <w:pPr>
        <w:spacing w:before="20" w:after="60"/>
        <w:ind w:left="216"/>
      </w:pPr>
      <w:r>
        <w:rPr>
          <w:rFonts w:ascii="Calibri" w:hAnsi="Calibri"/>
          <w:color w:val="000000"/>
          <w:sz w:val="18"/>
        </w:rPr>
        <w:t xml:space="preserve">Petunjuk: </w:t>
      </w:r>
      <w:r>
        <w:rPr>
          <w:rFonts w:ascii="Calibri" w:hAnsi="Calibri"/>
          <w:b w:val="0"/>
          <w:i w:val="0"/>
          <w:color w:val="000000"/>
          <w:sz w:val="18"/>
        </w:rPr>
        <w:t>Menghitung nilai fungsi dan menentukan rumus fungsi dari dua nilai yang diketahui.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Korespondensi Satu-Satu</w:t>
      </w:r>
    </w:p>
    <w:p>
      <w:pPr>
        <w:spacing w:before="20" w:after="60"/>
        <w:ind w:left="216"/>
      </w:pPr>
      <w:r>
        <w:rPr>
          <w:rFonts w:ascii="Calibri" w:hAnsi="Calibri"/>
          <w:color w:val="000000"/>
          <w:sz w:val="18"/>
        </w:rPr>
        <w:t xml:space="preserve">Petunjuk: </w:t>
      </w:r>
      <w:r>
        <w:rPr>
          <w:rFonts w:ascii="Calibri" w:hAnsi="Calibri"/>
          <w:b w:val="0"/>
          <w:i w:val="0"/>
          <w:color w:val="000000"/>
          <w:sz w:val="18"/>
        </w:rPr>
        <w:t>Memahami syarat korespondensi satu-satu dan menghitung banyak pemetaan n(B)^n(A).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Relasi menyatakan hubungan keterkaitan antara anggota himpunan daerah asal (domain) dengan anggota himpunan daerah kawan (kodomain). Suatu relasi dapat disajikan secara visual melalui diagram panah, diagram Kartesius, atau dituliskan dalam himpunan pasangan berurutan (x, y).</w:t>
      </w:r>
    </w:p>
    <w:p>
      <w:pPr>
        <w:spacing w:before="40" w:after="60" w:line="276" w:lineRule="auto"/>
      </w:pPr>
      <w:r>
        <w:rPr>
          <w:rFonts w:ascii="Calibri" w:hAnsi="Calibri"/>
          <w:b w:val="0"/>
          <w:i w:val="0"/>
          <w:color w:val="000000"/>
          <w:sz w:val="19"/>
        </w:rPr>
        <w:t>Fungsi (pemetaan) adalah relasi khusus yang memasangkan setiap anggota himpunan domain dengan tepat satu anggota himpunan kodomain. Himpunan seluruh hasil pemetaan yang memiliki pasangan di daerah kawan disebut daerah hasil (*range*).</w:t>
      </w:r>
    </w:p>
    <w:p>
      <w:pPr>
        <w:spacing w:before="40" w:after="60" w:line="276" w:lineRule="auto"/>
      </w:pPr>
      <w:r>
        <w:rPr>
          <w:rFonts w:ascii="Calibri" w:hAnsi="Calibri"/>
          <w:b w:val="0"/>
          <w:i w:val="0"/>
          <w:color w:val="000000"/>
          <w:sz w:val="19"/>
        </w:rPr>
        <w:t>Notasi fungsi linear dirumuskan f: x -&gt; ax + b atau f(x) = ax + b. Menghitung nilai fungsi f(k) dan mencari nilai variabel pembentuk dari nilai fungsi yang diketahui melatih penalaran aljabar formal. Korespondensi satu-satu terjadi jika jumlah anggota kedua himpunan sama (n(A) = n(B)) dan setiap elemen berpasangan tunggal.</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Relasi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Aturan yang menghubungkan anggota himpunan asal dengan anggota himpunan kawan.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Fungsi (Pemetaan)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Relasi khusus di mana setiap anggota himpunan asal (domain) dipasangkan dengan tepat satu anggota himpunan kawan.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Domain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Himpunan daerah asal tempat elemen fungsi didefinisikan.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Kodomain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Himpunan daerah kawan yang memuat calon pasangan dari daerah asal.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Range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Himpunan daerah hasil yang beranggotakan seluruh elemen kodomain yang memiliki pasangan di domain.</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Matematika Kelas 8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