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Perbandingan dan Aritmetika Sosial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masalah perbandingan senilai dan berbalik nilai.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skala peta dan ukuran sebenarnya suatu objek.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perhitungan finansial perdagangan, diskon, pajak, bruto, neto, dan tara.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rasio senilai dan berbalik nilai, skala kartografi, serta perhitungan finansial (untung, rugi, persentase diskon, pajak, bunga tunggal, bruto, neto, dan tara).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Perbandingan Senilai dan Berbalik Nilai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formula rasio senilai serta berbalik nilai pada persoalan waktu dan kecepatan.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Skala Peta dan Model Gambar Berskala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jarak sebenarnya, jarak peta, dan faktor skala gambar teknik.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Harga Beli, Harga Jual, Untung, Rugi, dan Diskon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persentase laba rugi dan potongan harga transaksi perdagangan.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Bruto, Neto, Tara, dan Bunga Tunggal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selisih berat kemasan dan perhitungan bunga tabungan perbankan.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mobil memerlukan 4 liter bensin untuk jarak 60 km. Jarak tempuh mobil jika menghabiskan 15 liter bensin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180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225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240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275 km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Perbandingan senilai: (15 / 4) x 60 km = 225 km.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Proyek selesai dalam 30 hari oleh 12 pekerja. Jika ingin selesai dalam 20 hari, tambahan pekerja yang dibutuhkan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18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30 x 12 = 20 x Total Pekerja &lt;=&gt; Total = 18 orang. Tambahan = 18 - 12 = 6 orang.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Jarak kota P dan Q pada peta berskala 1 : 1.500.000 adalah 6 cm. Jarak sebenarnya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90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900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9.000 km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Jarak sebenarnya = 6 cm x 1.500.000 = 9.000.000 cm = 90 km.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Pedagang membeli 1 kodi baju seharga Rp1.200.000,00. Jika ingin untung 20%, harga jual per potong baju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Rp60.000,00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Rp70.000,00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Rp72.000,00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Rp75.000,00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Modal per potong (1 kodi = 20 potong) = Rp60.000,00. Harga jual = Rp60.000 + (20% x 60.000) = Rp72.000,00.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Karung beras tertulis bruto 50 kg dan tara 1,5%. Berat neto beras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48,50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49,00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49,25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49,75 kg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Tara = 1,5% x 50 kg = 0,75 kg. Neto = 50 kg - 0,75 kg = 49,25 kg.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5: Perbandingan dan Aritmetika Sosial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Perbandingan Senilai dan Berbalik Nilai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formula rasio senilai serta berbalik nilai pada persoalan waktu dan kecepatan.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Skala Peta dan Model Gambar Berskala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jarak sebenarnya, jarak peta, dan faktor skala gambar teknik.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Harga Beli, Harga Jual, Untung, Rugi, dan Diskon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persentase laba rugi dan potongan harga transaksi perdagangan.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Bruto, Neto, Tara, dan Bunga Tunggal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selisih berat kemasan dan perhitungan bunga tabungan perbankan.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Perbandingan memetakan relasi kuantitatif antardua besaran sejenis. Rasio senilai menunjukkan pertambahan sebanding antardua variabel, sedangkan rasio berbalik nilai menunjukkan penurunan variabel kedua ketika variabel pertama bertambah secara proporsional.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Skala peta merupakan implementasi rasio senilai yang menghubungkan ukuran pada gambar dengan jarak riil di lapangan. Konversi satuan panjang menjadi keahlian penting dalam analisis geospasial.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Aritmetika sosial menjembatani teori matematika dengan transaksi komersial. Pemahaman harga beli, harga jual, persentase keuntungan, potongan harga (diskon), pajak, serta berat bruto, neto, dan tara membekali literasi finansial praktis.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Rasio Senilai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dua variabel di mana peningkatan satu variabel berbanding lurus dengan peningkatan variabel lainnya.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Rasio Berbalik Nilai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dua variabel di mana peningkatan satu variabel mengakibatkan penurunan variabel lainnya secara proporsional.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Skala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Rasio antara jarak pada gambar atau peta dengan jarak sebenarnya di muka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Neto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Berat bersih isi produk tanpa memperhitungkan berat wadah atau kemasan pembungkusnya.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Berat wadah atau kemasan pelindung suatu barang dagangan.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