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Bilangan Rasional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menyatakan bilangan rasional dalam bentuk pecahan, desimal, dan persen.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membandingkan dan mengurutkan berbagai representasi bilangan rasional.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operasi aritmetika bilangan rasional untuk memecahkan persoalan praktis.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konsep bilangan rasional, konversi bentuk pecahan, desimal, dan persen, perbandingan nilai, serta operasi hitung rasional pada situasi pengukuran.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dan Representasi Bilangan Rasional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definisi rasional a/b dan memposisikannya secara tepat pada garis bilangan.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Konversi Pecahan, Desimal, dan Persen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Mengubah bentuk pecahan biasa menjadi desimal dan persen serta bentuk sebaliknya.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Operasi Penjumlahan dan Pengurangan Rasional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operasi tambah dan kurang pecahan dengan menyamakan penyebut.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Operasi Perkalian dan Pembagian Rasional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Mengalikan pembilang dan penyebut serta menerapkan inversi pecahan pada pembagian.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pecahan biasa paling sederhana dari bilangan desimal 0,375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3/8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5/8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7/16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0,375 = 375/1000. Dibagi FPB 125 pada pembilang dan penyebut menghasilkan 3/8.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Urutan bilangan dari yang terkecil hingga terbesar untuk nilai 0,65; 2/3; 60%; 5/8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60%; 5/8; 0,65; 2/3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60%; 0,65; 5/8; 2/3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5/8; 60%; 0,65; 2/3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2/3; 0,65; 5/8; 60%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Konversi ke desimal: 60% = 0,60; 5/8 = 0,625; 0,65 = 0,650; 2/3 ≈ 0,667. Urutan: 60% &lt; 5/8 &lt; 0,65 &lt; 2/3.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Ibu membeli 3 1/2 kg gula pasir. Sebanyak 1 3/4 kg digunakan untuk kue dan 0,5 kg untuk teh. Sisa gula pasir ibu sekarang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1/4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1/2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3/4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1/4 kg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Total = 3,5 kg. Terpakai = 1,75 + 0,5 = 2,25 kg. Sisa = 3,5 - 2,25 = 1,25 kg = 1 1/4 kg.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Hasil dari 2/3 x 1 1/2 : 4/5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4/5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1/4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 1/2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 1/2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2/3 x 3/2 : 4/5 = 1 : 4/5 = 1 x 5/4 = 5/4 = 1 1/4.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bak terisi 3/5 bagian. Saat ditambah 12 liter air, bak terisi 3/4 bagian. Kapasitas total bak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 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80 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 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120 liter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Selisih = 3/4 - 3/5 = 3/20 bagian = 12 liter. Kapasitas = 12 x 20 / 3 = 80 liter.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Bilangan Rasional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dan Representasi Bilangan Rasional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definisi rasional a/b dan memposisikannya secara tepat pada garis bilangan.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Konversi Pecahan, Desimal, dan Persen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Mengubah bentuk pecahan biasa menjadi desimal dan persen serta bentuk sebaliknya.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Operasi Penjumlahan dan Pengurangan Rasional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operasi tambah dan kurang pecahan dengan menyamakan penyebut.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Operasi Perkalian dan Pembagian Rasional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Mengalikan pembilang dan penyebut serta menerapkan inversi pecahan pada pembagian.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Bilangan rasional adalah bilangan yang dapat dinyatakan dalam bentuk a/b dengan a dan b bilangan bulat serta b tidak sama dengan nol. Bilangan ini muncul saat membagi objek kontinu ke dalam bagian-bagian yang sama besar.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Representasi bilangan rasional dapat beralih antara pecahan biasa, pecahan campuran, desimal terbatas atau berulang, dan persentase. Menguasai konversi antarbentuk mempermudah perbandingan nilai serta estimasi dalam perhitungan transaksi.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Operasi penjumlahan, pengurangan, perkalian, dan pembagian bilangan rasional memerlukan pemahaman penyamaan penyebut menggunakan KPK serta aturan perkalian silang pada pembagian pecahan.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Bilangan Rasional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yang dapat dinyatakan dalam bentuk perbandingan a/b dengan a, b bilangan bulat dan b ≠ 0.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Pecahan Campuran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pecahan yang memuat kombinasi bilangan bulat utuh dan pecahan murni.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Desimal Berulang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desimal yang memiliki deretan angka berulang tanpa henti setelah tanda koma desimal.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Persentase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Pecahan dengan penyebut seratus yang dilambangkan dengan tanda %.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Pecahan Senilai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Pecahan-pecahan yang memiliki nilai perbandingan sama meskipun pembilang dan penyebutnya berbeda.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