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Pemusatan Data (Mean, Median, dan Modus)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nilai rata-rata hitung (mean) dari sekumpulan data tunggal atau tabel frekuensi.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Menentukan nilai tengah (median) data ganjil dan data genap setelah data diurutkan.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Menemukan nilai modus data dan menarik simpulan kecenderungan data dalam kehidupan nyata.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Menentukan ukuran pemusatan data tunggal: menghitung nilai rata-rata (mean), mencari nilai tengah data terurut (median), dan mengidentifikasi data yang paling sering muncul (modus).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Menghitung Mean (Rata-Rata Hitung)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Menjumlahkan seluruh data dan membaginya dengan banyak data.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Menentukan Median (Nilai Tengah Data)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Mengurutkan data dari terkecil ke terbesar dan menentukan posisi nilai tengah.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Menemukan Modus dan Menganalisis Data Ekstrem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data dengan frekuensi tertinggi pada tabel distribusi.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Data nilai ulangan matematika Rian: 7, 8, 9, 8, 7, 8, 10, 7, 8. Modus dari data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Frekuensi: nilai 7 muncul 3 kali, nilai 8 muncul 4 kali, nilai 9 muncul 1 kali, nilai 10 muncul 1 kali. Modus = 8 (paling banyak muncul).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Hasil panen mangga (dalam kg) selama 5 hari: 40, 55, 60, 45, 50. Nilai rata-rata (mean) panen per hari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48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50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52 kg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54 kg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Mean = (40 + 55 + 60 + 45 + 50) ÷ 5 = 250 ÷ 5 = 50 kg.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Diberikan data nilai: 6, 8, 7, 9, 5, 8, 10. Nilai median data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7,5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8,5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Urutkan data: 5, 6, 7, 8, 8, 9, 10. Banyak data = 7 (ganjil). Nilai tengah urutan ke-4 adalah 8.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Data tinggi badan (cm) 6 siswa: 135, 140, 138, 142, 136, 145. Median data tinggi badan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138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139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140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141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Urutkan: 135, 136, 138, 140, 142, 145. Median genap = (138 + 140) ÷ 2 = 139 cm.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rata-rata 4 orang siswa adalah 75. Jika ditambah nilai Siti, nilai rata-ratanya menjadi 78. Nilai ujian Siti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92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Jumlah nilai awal 4 anak = 4 × 75 = 300. Jumlah nilai 5 anak = 5 × 78 = 390. Nilai Siti = 390 - 300 = 90.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7: Pemusatan Data (Mean, Median, dan Modus)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Menghitung Mean (Rata-Rata Hitung)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Menjumlahkan seluruh data dan membaginya dengan banyak data.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Menentukan Median (Nilai Tengah Data)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Mengurutkan data dari terkecil ke terbesar dan menentukan posisi nilai tengah.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Menemukan Modus dan Menganalisis Data Ekstrem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data dengan frekuensi tertinggi pada tabel distribusi.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ukuran pemusatan data melatih siswa kelas 6 menghitung dan memahami makna tiga ukuran statistik deskriptif utama: Mean (rata-rata hitung), Median (nilai tengah), dan Modus (nilai paling sering muncul).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cara mengurutkan data mentah sebelum menentukan nilai median ganjil atau genap serta menyusun tabel frekuensi untuk menemukan modus.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menganalisis data kontekstual seperti nilai ulangan harian, tinggi badan atlet, atau penjualan barang untuk menentukan ukuran pemusatan yang paling representatif dalam pengambilan keputusan.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Mean (Rata-Rata)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rata-rata hitung yang diperoleh dari jumlah seluruh nilai data dibagi banyaknya data.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Median (Nilai Tengah)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yang berada tepat di tengah-tengah kumpulan data setelah data diurutkan dari terkecil ke terbesar.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Modus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atau data yang paling sering muncul atau memiliki frekuensi tertinggi dalam suatu kumpulan data.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 Terurut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Susunan data yang telah diatur berdasarkan urutan nilai dari yang paling kecil hingga paling besar.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Frekuensi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Banyaknya kemunculan suatu nilai tertentu dalam kelompok data.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