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Bangun Ruang Lanjutan (Prisma, Limas, Tabung, Kerucut, Bola)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jumlah sisi, rusuk, dan titik sudut pada prisma, limas, tabung, kerucut, dan bola.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Menggambar pola jaring-jaring prisma dan tabung dengan ukuran proporsional.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total luas permukaan tabung dan prisma segitiga menggunakan rumus matematis baku.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sifat geometris, pola jaring-jaring, dan menghitung luas permukaan bangun ruang prisma segitiga, limas segiempat, tabung (silinder), kerucut, dan bola.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Karakteristik Prisma dan Limas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sifat prisma tegak segitiga dan limas segi empat/segitiga.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Bangun Ruang Sisi Lengkung (Tabung, Kerucut, Bola)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selimut tabung, selimut kerucut, dan karakteristik bola tanpa sudut.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Jaring-Jaring Bangun Ruang Lanjutan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Merangkai pola jaring-jaring prisma dan tabung menjadi model 3D utuh.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Bangun ruang yang memiliki 5 sisi, 9 rusuk, dan 6 titik sudut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Limas segi empat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Prisma segitiga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Kerucut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Prisma segitiga memiliki 2 sisi segitiga + 3 sisi tegak = 5 sisi, 9 rusuk, dan 6 titik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Bangun ruang sisi lengkung yang memiliki tepat 1 titik sudut (titik puncak) dan 1 rusuk lengkung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Kerucut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Limas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Kerucut memiliki 1 titik puncak dan 1 rusuk lengkung pada lingkaran alas.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Jumlah sisi pada bangun tabung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sisi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Tabung memiliki 3 sisi: alas lingkaran, tutup lingkaran, dan 1 selimut lengkung.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Bangun ruang yang sama sekali tidak memiliki rusuk dan tidak memiliki titik sudut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Kerucut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Prisma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Bola hanya dibatasi oleh 1 bidang sisi lengkung kontinu tanpa rusuk maupun titik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selimut tabung dibuka dan dibentangkan di bidang datar, bentuk yang terbentuk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Juring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Segitiga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Bentangan selimut tabung menghasilkan bidang datar persegi panjang dengan panjang keliling lingkaran dan lebar tinggi tabung.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Bangun Ruang Lanjutan (Prisma, Limas, Tabung, Kerucut, Bola)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Karakteristik Prisma dan Limas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sifat prisma tegak segitiga dan limas segi empat/segitiga.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Bangun Ruang Sisi Lengkung (Tabung, Kerucut, Bola)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selimut tabung, selimut kerucut, dan karakteristik bola tanpa sudut.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Jaring-Jaring Bangun Ruang Lanjutan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Merangkai pola jaring-jaring prisma dan tabung menjadi model 3D utuh.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bangun ruang lanjutan memperkenalkan peserta didik pada ragam bangun ruang beraturan: prisma segitiga, limas segi empat, tabung (silinder), kerucut, dan bola.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sifat geometris masing-masing bangun, meliputi jumlah sisi datar dan sisi lengkung, jumlah rusuk, titik sudut, serta hubungan bentuk alas dengan bidang tegak.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dilengkapi dengan visualisasi jaring-jaring tabung, kerucut, dan prisma tegak segitiga guna memperkuat daya imajinasi spasial.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Prisma Segitiga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yang memiliki dua bidang alas dan tutup berbentuk segitiga yang kongruen dan sejajar.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Limas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yang dibatasi oleh bidang alas segi banyak dan bidang-bidang tegak segitiga yang bertemu pada satu titik puncak.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Tabung (Silinder)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sisi lengkung dengan alas dan tutup berbentuk lingkaran kongruen serta bidang selimut lengkung.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Kerucut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sisi lengkung yang memiliki satu alas lingkaran dan satu titik puncak meruncing.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sisi lengkung sempurna yang dibentuk oleh tak hingga lingkaran berjari-jari sama dari titik pusat.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