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Piktogram dan Diagram Batang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Mengumpulkan data lingkungan kelas melalui pencatatan langsung atau lembar turus.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Menyajikan data ke dalam bentuk tabel frekuensi, piktogram, dan diagram batang dengan skala yang sesuai.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dan menafsirkan informasi dari diagram batang (nilai tertinggi, terendah, modus, selisih data).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Mengumpulkan data sederhana, menyusun tabel frekuensi, menyajikan data dalam bentuk piktogram (diagram gambar) dan diagram batang vertikal/horizontal, serta menarik kesimpulan data.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Pengumpulan Data dan Tabel Turus Frekuensi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Mengumpulkan data wawancara/observasi dan mencatatnya ke dalam tabel frekuensi menggunakan turus.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Membaca dan Menyajikan Piktogram (Diagram Gambar)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piktogram dengan legenda perwakilan simbol bilangan.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Membaca dan Membuat Diagram Batang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Mengonstruksi diagram batang vertikal dan horizontal berdasarkan tabel data.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Pada sebuah piktogram penjualan buah, 1 gambar apel mewakili 10 kg apel. Jika di hari Selasa terdapat 4 gambar apel utuh dan 1 gambar setengah apel, maka total penjualan apel hari itu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40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45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50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55 kg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4 gambar utuh = 4 × 10 = 40 kg. 1 setengah gambar = 5 kg. Total = 40 + 5 = 45 kg.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Data jenis olahraga favorit siswa kelas 4: Sepak bola = 12 orang, Bulu tangkis = 8 orang, Renang = 6 orang, Basket = 4 orang. Jumlah seluruh siswa yang didata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26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28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30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32 orang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12 + 8 + 6 + 4 = 30 orang.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Berdasarkan data soal nomor 2, selisih pemilih olahraga sepak bola dan renang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8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2 orang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Sepak bola (12) - Renang (6) = 6 orang.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Sebuah diagram batang menunjukkan pengunjung perpustakaan: Senin = 35 orang, Selasa = 40 orang, Rabu = 25 orang, Kamis = 50 orang, Jumat = 30 orang. Hari dengan pengunjung terbanyak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Selasa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Rabu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Kamis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Senin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Hari Kamis memiliki batang tertinggi dengan 50 orang pengunjung.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Jika data frekuensi suatu nilai adalah 13, penulisan turus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卌 卌 |||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卌 卌 ||||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卌 ||||||||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|||||||||||||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13 terdiri atas dua kelompok 5 (卌 卌) dan 3 garis satuan (|||).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7: Piktogram dan Diagram Batang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Pengumpulan Data dan Tabel Turus Frekuensi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Mengumpulkan data wawancara/observasi dan mencatatnya ke dalam tabel frekuensi menggunakan turus.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Membaca dan Menyajikan Piktogram (Diagram Gambar)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piktogram dengan legenda perwakilan simbol bilangan.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Membaca dan Membuat Diagram Batang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Mengonstruksi diagram batang vertikal dan horizontal berdasarkan tabel data.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statistika dasar kelas 4 melatih peserta didik mengumpulkan data dari lingkungan terdekat (seperti hobi teman, data tinggi badan, atau pilihan makanan favorit di kantin), mencatatnya dalam tabel frekuensi (turus), dan menyajikannya secara visual.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cara membaca dan menginterpretasikan piktogram (diagram gambar) dengan skala perwakilan tertentu (misal: 1 simbol buku mewakili 5 buku) serta diagram batang tegak dan mendatar.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Aktivitas diarahkan pada pengambilan kesimpulan logis dari data yang disajikan, seperti menentukan kategori dengan nilai tertinggi/terendah, membandingkan selisih antar kategori, dan menghitung total keseluruhan data.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Kumpulan informasi, fakta, atau angka yang diperoleh melalui pengamatan, wawancara, atau pencatatan.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Turus (Tally)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Garis-garis lurus sederhana yang digunakan untuk menghitung jumlah data secara cepat (kelompok lima-lima).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Piktogram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diagram penyajian data yang menggunakan gambar atau simbol untuk mewakili kuantitas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Diagram Batang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Grafik penyajian data berupa persegi panjang tegak atau mendatar yang tingginya proporsional terhadap frekuensi data.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Skala Diagram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Perbandingan nilai tetap yang digunakan pada sumbu angka atau simbol diagram.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