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Bangun Datar dan Pengukuran Sudut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ciri dan sifat berbagai bangun datar segiempat dan segitiga berdasarkan sisi, sudut, dan simetrinya.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Mengukur besar sudut pada bangun datar dan benda nyata menggunakan busur derajat secara presisi.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Mengelompokkan sudut ke dalam jenis sudut siku-siku, sudut lancip, dan sudut tumpul.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Menganalisis sifat-sifat bangun datar segiempat (persegi, persegipanjang, jajar genjang, trapesium, belah ketupat, layang-layang), segitiga, serta mengukur sudut menggunakan busur derajat.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Ciri dan Klasifikasi Segi Banyak Beraturan dan Tidak Beraturan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sisi sama panjang dan sudut sama besar pada berbagai poligon.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Sifat-Sifat Segitiga dan Segi Empat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sifat simetri, panjang sisi, dan sudut pada ragam bangun datar dua dimensi.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Pengukuran Sudut dengan Busur Derajat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Menggunakan busur derajat untuk mengukur sudut dan mengelompokkan jenis-jenis sudut.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Bangun datar segi empat yang memiliki 4 sisi sama panjang dan 4 sudut siku-siku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Persegi panjang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Belah ketupat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Persegi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Jajar genjang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Persegi memiliki 4 sisi sama panjang dan 4 sudut siku-siku 90°.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Sebuah sudut diukur menggunakan busur derajat dan menunjukkan angka 65°. Jenis sudut tersebut adalah sudut...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Siku-siku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Lancip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Tumpul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Lurus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Sudut yang besarnya kurang dari 90° adalah sudut lancip.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Jumlah besar seluruh sudut dalam pada sebuah segitiga selalu sama dengan...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90°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180°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270°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360°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Total sudut dalam segitiga adalah 180°.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Manakah di antara bangun datar berikut yang merupakan segi banyak beraturan?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Persegi panjang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Segitiga sama sisi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Trapesium sama kaki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Belah ketupat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Segitiga sama sisi memiliki 3 sisi sama panjang dan 3 sudut sama besar (60°).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Jarum jam dinding menunjukkan tepat pukul 03.00. Sudut terkecil yang dibentuk oleh kedua jarum jam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60°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90°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120°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180°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Pada pukul 03.00, jarum pendek di angka 3 dan jarum panjang di angka 12, membentuk sudut siku-siku 90°.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6: Bangun Datar dan Pengukuran Sudut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Ciri dan Klasifikasi Segi Banyak Beraturan dan Tidak Beraturan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sisi sama panjang dan sudut sama besar pada berbagai poligon.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Sifat-Sifat Segitiga dan Segi Empat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sifat simetri, panjang sisi, dan sudut pada ragam bangun datar dua dimensi.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Pengukuran Sudut dengan Busur Derajat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Menggunakan busur derajat untuk mengukur sudut dan mengelompokkan jenis-jenis sudut.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geometri bangun datar dan sudut memberikan pemahaman mendalam mengenai karakteristik segi banyak (poligon), baik segi banyak beraturan maupun tidak beraturan.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ciri-ciri berbagai jenis segitiga (sama sisi, sama kaki, sembarang, siku-siku) dan segi empat (persegi, persegi panjang, jajar genjang, trapesium, belah ketupat, layang-layang) berdasarkan panjang sisi dan besar sudutnya.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juga memuat keterampilan praktis menggunakan busur derajat untuk mengukur dan menggambar sudut dalam satuan derajat (°), serta mengenali jenis sudut siku-siku (90°), lancip (&lt;90°), tumpul (&gt;90° dan &lt;180°), dan lurus (180°).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Segi Banyak Beraturan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Bangun datar tertutup yang semua sisinya sama panjang dan semua sudut dalamnya sama besar.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Busur Derajat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Alat pengukur sudut berbentuk setengah lingkaran berskala 0° sampai 180°.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Sudut Lancip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Sudut yang besarnya lebih dari 0° dan kurang dari 90°.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Sudut Tumpul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Sudut yang besarnya lebih dari 90° dan kurang dari 180°.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Sudut Siku-Siku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Sudut yang besarnya tepat 90°, terbentuk dari dua garis yang saling tegak lurus.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