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— FASE B (KELAS 4)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4)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4: Pengukuran Luas dan Volume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Menghitung luas daerah bangun datar persegi dan persegi panjang menggunakan petak satuan berpetak.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Menemukan rumus luas persegi panjang dan persegi serta menghitung luas dalam satuan baku cm2 dan m2.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Menaksir dan menghitung volume benda ruang dengan kubus satuan dan satuan cair baku (liter dan mililiter).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Mengukur luas bangun datar menggunakan petak satuan dan satuan baku (cm persegi, m persegi), serta menaksir dan mengukur volume menggunakan kubus satuan dan satuan liter/mililiter.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Pengukuran Luas dengan Satuan Baku dan Tidak Baku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Menghitung luas permukaan meja, buku, dan lantai menggunakan petak satuan serta satuan cm² dan m².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Menemukan Rumus Luas Persegi dan Persegi Panjang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rumus matematika luas persegi (L = s × s) dan persegi panjang (L = p × l) dalam soal cerita.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Pengukuran Volume dengan Kubus Satuan dan Liter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Menghitung volume benda padat menggunakan kubus satuan dan volume cairan menggunakan satuan liter/mililiter.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Sebuah buku gambar berbentuk persegi panjang memiliki panjang 24 cm dan lebar 15 cm. Luas permukaan buku gambar tersebut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360 cm²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39 cm²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78 cm²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340 cm²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Luas persegi panjang = panjang × lebar = 24 cm × 15 cm = 360 cm².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Lantai ruang kelas yang berbentuk persegi memiliki panjang sisi 6 meter. Luas lantai kelas tersebut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24 m²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30 m²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36 m²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12 m²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Luas persegi = sisi × sisi = 6 m × 6 m = 36 m².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Sebuah kotak kardus diisi kubus satuan berukuran 1 cm³. Kotak tersebut memuat 4 kubus pada panjang, 3 kubus pada lebar, dan 2 kubus pada tinggi. Volume kotak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9 cm³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18 cm³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24 cm³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12 cm³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Volume = panjang × lebar × tinggi = 4 × 3 × 2 = 24 kubus satuan (24 cm³).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Sebuah teko berisi 2 liter air minum. Air tersebut dituangkan sama rata ke dalam 8 cangkir kecil. Isi air pada setiap cangkir dalam satuan mililiter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200 ml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250 ml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300 ml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400 ml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2 liter = 2.000 ml. Isi tiap cangkir = 2.000 ml ÷ 8 = 250 ml.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Taman bunga berbentuk persegi panjang berukuran 8 meter × 5 meter. Di tengah taman dibuat kolam persegi dengan sisi 2 meter. Luas taman bunga di luar kolam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40 m²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36 m²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38 m²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32 m²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Luas taman = 8 × 5 = 40 m². Luas kolam = 2 × 2 = 4 m². Luas tersisa = 40 - 4 = 36 m².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• Bab 4: Pengukuran Luas dan Volume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Pengukuran Luas dengan Satuan Baku dan Tidak Baku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Menghitung luas permukaan meja, buku, dan lantai menggunakan petak satuan serta satuan cm² dan m².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Menemukan Rumus Luas Persegi dan Persegi Panjang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rumus matematika luas persegi (L = s × s) dan persegi panjang (L = p × l) dalam soal cerita.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Pengukuran Volume dengan Kubus Satuan dan Liter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Menghitung volume benda padat menggunakan kubus satuan dan volume cairan menggunakan satuan liter/mililiter.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pengukuran luas dan volume melatih peserta didik menghitung besaran area dan kapasitas benda menggunakan satuan tidak baku (kotak satuan, jengkal, gelas ukur) menuju satuan baku standar internasional (cm², m², liter, ml).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mengonstruksi rumus luas persegi (sisi × sisi) dan persegi panjang (panjang × lebar) melalui aktivitas menutupi permukaan benda datar dengan ubin persegi berukuran 1 cm². Aktivitas ini memperkuat penalaran spasial siswa.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Konsep volume diperkenalkan melalui penyusunan kubus satuan 1 cm³ ke dalam kotak transparan (wadah balok/kubus). Siswa memahami bahwa volume merepresentasikan banyaknya ruang tiga dimensi yang terisi.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Luas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Besar ukuran permukaan dua dimensi yang dibatasi oleh batas-batas bangun datar.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Volume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Besar ukuran ruang tiga dimensi yang ditempati oleh suatu benda padat, cair, atau gas.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Petak Satuan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Persegi berukuran sama yang digunakan sebagai unit dasar penghitung luas bidang datar.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Kubus Satuan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Kubus berukuran sisi 1 unit yang digunakan untuk mengukur volume bangun ruang.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Liter (L)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Satuan baku standar yang umum digunakan untuk mengukur kapasitas atau volume zat cair.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Kelas 4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