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Pengukuran Panjang, Massa, dan Waktu Standar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mengukur dan mengestimasi panjang benda menggunakan satuan baku (m, cm).</w:t>
      </w:r>
    </w:p>
    <w:p>
      <w:pPr>
        <w:pStyle w:val="ListNumber"/>
      </w:pPr>
      <w:r>
        <w:rPr>
          <w:rFonts w:ascii="Calibri" w:hAnsi="Calibri"/>
          <w:b w:val="0"/>
          <w:i w:val="0"/>
          <w:color w:val="000000"/>
          <w:sz w:val="19"/>
        </w:rPr>
        <w:t>Peserta didik mampu mengukur massa benda menggunakan timbangan satuan baku (kg, g).</w:t>
      </w:r>
    </w:p>
    <w:p>
      <w:pPr>
        <w:pStyle w:val="ListNumber"/>
      </w:pPr>
      <w:r>
        <w:rPr>
          <w:rFonts w:ascii="Calibri" w:hAnsi="Calibri"/>
          <w:b w:val="0"/>
          <w:i w:val="0"/>
          <w:color w:val="000000"/>
          <w:sz w:val="19"/>
        </w:rPr>
        <w:t>Peserta didik mampu membaca jam dinding analog dan menghitung durasi waktu suatu kegiatan dalam satuan jam dan menit.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satuan baku panjang (m, cm), massa/berat (kg, gram), pembacaan jam analog/digital, serta penghitungan durasi waktu kegiatan.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Mengukur Panjang dengan Satuan Baku (m dan cm)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penggaris dan meteran serta melakukan konversi 1 meter = 100 sentimeter.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Mengukur Massa Benda dengan Satuan Baku (kg dan gram)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jarum timbangan dapur/badan dan memahami hubungan 1 kilogram = 1.000 gram.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Membaca Jam dan Menghitung Durasi Waktu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waktu tepat dan waktu lewat serta menghitung selisih waktu mulai hingga selesai kegiatan.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Panjang pita hiasan kelas adalah 3 meter lebih 45 sentimeter. Panjang pita tersebut sama dengan...</w:t>
      </w:r>
    </w:p>
    <w:p>
      <w:pPr>
        <w:spacing w:before="0" w:after="20"/>
        <w:ind w:left="576"/>
      </w:pPr>
      <w:r>
        <w:rPr>
          <w:rFonts w:ascii="Calibri" w:hAnsi="Calibri"/>
          <w:b w:val="0"/>
          <w:i w:val="0"/>
          <w:color w:val="000000"/>
          <w:sz w:val="18"/>
        </w:rPr>
        <w:t>A. 345 sentimeter</w:t>
      </w:r>
    </w:p>
    <w:p>
      <w:pPr>
        <w:spacing w:before="0" w:after="20"/>
        <w:ind w:left="576"/>
      </w:pPr>
      <w:r>
        <w:rPr>
          <w:rFonts w:ascii="Calibri" w:hAnsi="Calibri"/>
          <w:b w:val="0"/>
          <w:i w:val="0"/>
          <w:color w:val="000000"/>
          <w:sz w:val="18"/>
        </w:rPr>
        <w:t>B. 3.045 sentimeter</w:t>
      </w:r>
    </w:p>
    <w:p>
      <w:pPr>
        <w:spacing w:before="0" w:after="20"/>
        <w:ind w:left="576"/>
      </w:pPr>
      <w:r>
        <w:rPr>
          <w:rFonts w:ascii="Calibri" w:hAnsi="Calibri"/>
          <w:b w:val="0"/>
          <w:i w:val="0"/>
          <w:color w:val="000000"/>
          <w:sz w:val="18"/>
        </w:rPr>
        <w:t>C. 304 sentimeter</w:t>
      </w:r>
    </w:p>
    <w:p>
      <w:pPr>
        <w:spacing w:before="0" w:after="20"/>
        <w:ind w:left="576"/>
      </w:pPr>
      <w:r>
        <w:rPr>
          <w:rFonts w:ascii="Calibri" w:hAnsi="Calibri"/>
          <w:b w:val="0"/>
          <w:i w:val="0"/>
          <w:color w:val="000000"/>
          <w:sz w:val="18"/>
        </w:rPr>
        <w:t>D. 3.450 sentimeter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3 meter = 300 cm. Ditambah 45 cm = 345 cm.</w:t>
      </w:r>
    </w:p>
    <w:p>
      <w:pPr>
        <w:spacing w:before="80" w:after="40"/>
        <w:ind w:left="216"/>
      </w:pPr>
      <w:r>
        <w:rPr>
          <w:rFonts w:ascii="Calibri" w:hAnsi="Calibri"/>
          <w:b/>
          <w:color w:val="000000"/>
          <w:sz w:val="19"/>
        </w:rPr>
        <w:t xml:space="preserve">2. </w:t>
      </w:r>
      <w:r>
        <w:rPr>
          <w:rFonts w:ascii="Calibri" w:hAnsi="Calibri"/>
          <w:b w:val="0"/>
          <w:i w:val="0"/>
          <w:color w:val="000000"/>
          <w:sz w:val="19"/>
        </w:rPr>
        <w:t>Ibu membeli tepung terigu seberat 2 kilogram. Berat tepung terigu tersebut sama dengan...</w:t>
      </w:r>
    </w:p>
    <w:p>
      <w:pPr>
        <w:spacing w:before="0" w:after="20"/>
        <w:ind w:left="576"/>
      </w:pPr>
      <w:r>
        <w:rPr>
          <w:rFonts w:ascii="Calibri" w:hAnsi="Calibri"/>
          <w:b w:val="0"/>
          <w:i w:val="0"/>
          <w:color w:val="000000"/>
          <w:sz w:val="18"/>
        </w:rPr>
        <w:t>A. 20 gram</w:t>
      </w:r>
    </w:p>
    <w:p>
      <w:pPr>
        <w:spacing w:before="0" w:after="20"/>
        <w:ind w:left="576"/>
      </w:pPr>
      <w:r>
        <w:rPr>
          <w:rFonts w:ascii="Calibri" w:hAnsi="Calibri"/>
          <w:b w:val="0"/>
          <w:i w:val="0"/>
          <w:color w:val="000000"/>
          <w:sz w:val="18"/>
        </w:rPr>
        <w:t>B. 200 gram</w:t>
      </w:r>
    </w:p>
    <w:p>
      <w:pPr>
        <w:spacing w:before="0" w:after="20"/>
        <w:ind w:left="576"/>
      </w:pPr>
      <w:r>
        <w:rPr>
          <w:rFonts w:ascii="Calibri" w:hAnsi="Calibri"/>
          <w:b w:val="0"/>
          <w:i w:val="0"/>
          <w:color w:val="000000"/>
          <w:sz w:val="18"/>
        </w:rPr>
        <w:t>C. 2.000 gram</w:t>
      </w:r>
    </w:p>
    <w:p>
      <w:pPr>
        <w:spacing w:before="0" w:after="20"/>
        <w:ind w:left="576"/>
      </w:pPr>
      <w:r>
        <w:rPr>
          <w:rFonts w:ascii="Calibri" w:hAnsi="Calibri"/>
          <w:b w:val="0"/>
          <w:i w:val="0"/>
          <w:color w:val="000000"/>
          <w:sz w:val="18"/>
        </w:rPr>
        <w:t>D. 20.000 gram</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1 kilogram = 1.000 gram, sehingga 2 kg = 2 x 1.000 = 2.000 gram.</w:t>
      </w:r>
    </w:p>
    <w:p>
      <w:pPr>
        <w:spacing w:before="80" w:after="40"/>
        <w:ind w:left="216"/>
      </w:pPr>
      <w:r>
        <w:rPr>
          <w:rFonts w:ascii="Calibri" w:hAnsi="Calibri"/>
          <w:b/>
          <w:color w:val="000000"/>
          <w:sz w:val="19"/>
        </w:rPr>
        <w:t xml:space="preserve">3. </w:t>
      </w:r>
      <w:r>
        <w:rPr>
          <w:rFonts w:ascii="Calibri" w:hAnsi="Calibri"/>
          <w:b w:val="0"/>
          <w:i w:val="0"/>
          <w:color w:val="000000"/>
          <w:sz w:val="19"/>
        </w:rPr>
        <w:t>Jika jarum pendek jam menunjuk tepat di angka 4 dan jarum panjang menunjuk tepat di angka 12, maka waktu menunjukkan pukul...</w:t>
      </w:r>
    </w:p>
    <w:p>
      <w:pPr>
        <w:spacing w:before="0" w:after="20"/>
        <w:ind w:left="576"/>
      </w:pPr>
      <w:r>
        <w:rPr>
          <w:rFonts w:ascii="Calibri" w:hAnsi="Calibri"/>
          <w:b w:val="0"/>
          <w:i w:val="0"/>
          <w:color w:val="000000"/>
          <w:sz w:val="18"/>
        </w:rPr>
        <w:t>A. 04.12</w:t>
      </w:r>
    </w:p>
    <w:p>
      <w:pPr>
        <w:spacing w:before="0" w:after="20"/>
        <w:ind w:left="576"/>
      </w:pPr>
      <w:r>
        <w:rPr>
          <w:rFonts w:ascii="Calibri" w:hAnsi="Calibri"/>
          <w:b w:val="0"/>
          <w:i w:val="0"/>
          <w:color w:val="000000"/>
          <w:sz w:val="18"/>
        </w:rPr>
        <w:t>B. 04.00</w:t>
      </w:r>
    </w:p>
    <w:p>
      <w:pPr>
        <w:spacing w:before="0" w:after="20"/>
        <w:ind w:left="576"/>
      </w:pPr>
      <w:r>
        <w:rPr>
          <w:rFonts w:ascii="Calibri" w:hAnsi="Calibri"/>
          <w:b w:val="0"/>
          <w:i w:val="0"/>
          <w:color w:val="000000"/>
          <w:sz w:val="18"/>
        </w:rPr>
        <w:t>C. 12.04</w:t>
      </w:r>
    </w:p>
    <w:p>
      <w:pPr>
        <w:spacing w:before="0" w:after="20"/>
        <w:ind w:left="576"/>
      </w:pPr>
      <w:r>
        <w:rPr>
          <w:rFonts w:ascii="Calibri" w:hAnsi="Calibri"/>
          <w:b w:val="0"/>
          <w:i w:val="0"/>
          <w:color w:val="000000"/>
          <w:sz w:val="18"/>
        </w:rPr>
        <w:t>D. 04.30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Jarum panjang di angka 12 menandakan waktu tepat (menit ke-00), sehingga dibaca pukul 04.00.</w:t>
      </w:r>
    </w:p>
    <w:p>
      <w:pPr>
        <w:spacing w:before="80" w:after="40"/>
        <w:ind w:left="216"/>
      </w:pPr>
      <w:r>
        <w:rPr>
          <w:rFonts w:ascii="Calibri" w:hAnsi="Calibri"/>
          <w:b/>
          <w:color w:val="000000"/>
          <w:sz w:val="19"/>
        </w:rPr>
        <w:t xml:space="preserve">4. </w:t>
      </w:r>
      <w:r>
        <w:rPr>
          <w:rFonts w:ascii="Calibri" w:hAnsi="Calibri"/>
          <w:b w:val="0"/>
          <w:i w:val="0"/>
          <w:color w:val="000000"/>
          <w:sz w:val="19"/>
        </w:rPr>
        <w:t>Budi mulai belajar kelompok pada pukul 14.00 dan selesai pada pukul 16.30. Lama waktu Budi belajar kelompok adalah...</w:t>
      </w:r>
    </w:p>
    <w:p>
      <w:pPr>
        <w:spacing w:before="0" w:after="20"/>
        <w:ind w:left="576"/>
      </w:pPr>
      <w:r>
        <w:rPr>
          <w:rFonts w:ascii="Calibri" w:hAnsi="Calibri"/>
          <w:b w:val="0"/>
          <w:i w:val="0"/>
          <w:color w:val="000000"/>
          <w:sz w:val="18"/>
        </w:rPr>
        <w:t>A. 1 jam 30 menit</w:t>
      </w:r>
    </w:p>
    <w:p>
      <w:pPr>
        <w:spacing w:before="0" w:after="20"/>
        <w:ind w:left="576"/>
      </w:pPr>
      <w:r>
        <w:rPr>
          <w:rFonts w:ascii="Calibri" w:hAnsi="Calibri"/>
          <w:b w:val="0"/>
          <w:i w:val="0"/>
          <w:color w:val="000000"/>
          <w:sz w:val="18"/>
        </w:rPr>
        <w:t>B. 2 jam 30 menit</w:t>
      </w:r>
    </w:p>
    <w:p>
      <w:pPr>
        <w:spacing w:before="0" w:after="20"/>
        <w:ind w:left="576"/>
      </w:pPr>
      <w:r>
        <w:rPr>
          <w:rFonts w:ascii="Calibri" w:hAnsi="Calibri"/>
          <w:b w:val="0"/>
          <w:i w:val="0"/>
          <w:color w:val="000000"/>
          <w:sz w:val="18"/>
        </w:rPr>
        <w:t>C. 3 jam</w:t>
      </w:r>
    </w:p>
    <w:p>
      <w:pPr>
        <w:spacing w:before="0" w:after="20"/>
        <w:ind w:left="576"/>
      </w:pPr>
      <w:r>
        <w:rPr>
          <w:rFonts w:ascii="Calibri" w:hAnsi="Calibri"/>
          <w:b w:val="0"/>
          <w:i w:val="0"/>
          <w:color w:val="000000"/>
          <w:sz w:val="18"/>
        </w:rPr>
        <w:t>D. 2 jam 00 menit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16.30 - 14.00 = 2 jam 30 menit.</w:t>
      </w:r>
    </w:p>
    <w:p>
      <w:pPr>
        <w:spacing w:before="80" w:after="40"/>
        <w:ind w:left="216"/>
      </w:pPr>
      <w:r>
        <w:rPr>
          <w:rFonts w:ascii="Calibri" w:hAnsi="Calibri"/>
          <w:b/>
          <w:color w:val="000000"/>
          <w:sz w:val="19"/>
        </w:rPr>
        <w:t xml:space="preserve">5. </w:t>
      </w:r>
      <w:r>
        <w:rPr>
          <w:rFonts w:ascii="Calibri" w:hAnsi="Calibri"/>
          <w:b w:val="0"/>
          <w:i w:val="0"/>
          <w:color w:val="000000"/>
          <w:sz w:val="19"/>
        </w:rPr>
        <w:t>Ayah menimbang 3 kantong buah jeruk. Kantong pertama 500 gram, kantong kedua 1.000 gram, dan kantong ketiga 500 gram. Total berat jeruk ayah dalam satuan kilogram adalah...</w:t>
      </w:r>
    </w:p>
    <w:p>
      <w:pPr>
        <w:spacing w:before="0" w:after="20"/>
        <w:ind w:left="576"/>
      </w:pPr>
      <w:r>
        <w:rPr>
          <w:rFonts w:ascii="Calibri" w:hAnsi="Calibri"/>
          <w:b w:val="0"/>
          <w:i w:val="0"/>
          <w:color w:val="000000"/>
          <w:sz w:val="18"/>
        </w:rPr>
        <w:t>A. 1 kg</w:t>
      </w:r>
    </w:p>
    <w:p>
      <w:pPr>
        <w:spacing w:before="0" w:after="20"/>
        <w:ind w:left="576"/>
      </w:pPr>
      <w:r>
        <w:rPr>
          <w:rFonts w:ascii="Calibri" w:hAnsi="Calibri"/>
          <w:b w:val="0"/>
          <w:i w:val="0"/>
          <w:color w:val="000000"/>
          <w:sz w:val="18"/>
        </w:rPr>
        <w:t>B. 2 kg</w:t>
      </w:r>
    </w:p>
    <w:p>
      <w:pPr>
        <w:spacing w:before="0" w:after="20"/>
        <w:ind w:left="576"/>
      </w:pPr>
      <w:r>
        <w:rPr>
          <w:rFonts w:ascii="Calibri" w:hAnsi="Calibri"/>
          <w:b w:val="0"/>
          <w:i w:val="0"/>
          <w:color w:val="000000"/>
          <w:sz w:val="18"/>
        </w:rPr>
        <w:t>C. 3 kg</w:t>
      </w:r>
    </w:p>
    <w:p>
      <w:pPr>
        <w:spacing w:before="0" w:after="20"/>
        <w:ind w:left="576"/>
      </w:pPr>
      <w:r>
        <w:rPr>
          <w:rFonts w:ascii="Calibri" w:hAnsi="Calibri"/>
          <w:b w:val="0"/>
          <w:i w:val="0"/>
          <w:color w:val="000000"/>
          <w:sz w:val="18"/>
        </w:rPr>
        <w:t>D. 20 kg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500 g + 1.000 g + 500 g = 2.000 gram. 2.000 gram = 2 kg.</w:t>
      </w:r>
    </w:p>
    <w:p>
      <w:r>
        <w:br w:type="page"/>
      </w:r>
    </w:p>
    <w:p>
      <w:pPr>
        <w:pStyle w:val="Title"/>
      </w:pPr>
      <w:r>
        <w:t>LEMBAR KERJA PESERTA DIDIK (LKPD)</w:t>
      </w:r>
    </w:p>
    <w:p>
      <w:pPr>
        <w:pStyle w:val="Subtitle"/>
      </w:pPr>
      <w:r>
        <w:t>Mata Pelajaran: Matematika • Bab 5: Pengukuran Panjang, Massa, dan Waktu Standar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Mengukur Panjang dengan Satuan Baku (m dan cm)</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penggaris dan meteran serta melakukan konversi 1 meter = 100 sentimeter.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Mengukur Massa Benda dengan Satuan Baku (kg dan gram)</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jarum timbangan dapur/badan dan memahami hubungan 1 kilogram = 1.000 gram.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Membaca Jam dan Menghitung Durasi Waktu</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waktu tepat dan waktu lewat serta menghitung selisih waktu mulai hingga selesai kegiatan.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Pengukuran dengan satuan baku menjamin keakuratan hasil pengukuran di mana pun dilakukan. Peserta didik menggunakan penggaris dan meteran gulung untuk mengukur panjang meja, papan tulis, dan tinggi badan dalam satuan meter (m) dan sentimeter (cm).</w:t>
      </w:r>
    </w:p>
    <w:p>
      <w:pPr>
        <w:spacing w:before="40" w:after="60" w:line="276" w:lineRule="auto"/>
      </w:pPr>
      <w:r>
        <w:rPr>
          <w:rFonts w:ascii="Calibri" w:hAnsi="Calibri"/>
          <w:b w:val="0"/>
          <w:i w:val="0"/>
          <w:color w:val="000000"/>
          <w:sz w:val="19"/>
        </w:rPr>
        <w:t>Dalam pengukuran massa, peserta didik menggunakan timbangan analog/digital untuk menimbang benda dalam satuan kilogram (kg) dan gram (g), serta memahami konversi dasar 1 m = 100 cm dan 1 kg = 1.000 gram.</w:t>
      </w:r>
    </w:p>
    <w:p>
      <w:pPr>
        <w:spacing w:before="40" w:after="60" w:line="276" w:lineRule="auto"/>
      </w:pPr>
      <w:r>
        <w:rPr>
          <w:rFonts w:ascii="Calibri" w:hAnsi="Calibri"/>
          <w:b w:val="0"/>
          <w:i w:val="0"/>
          <w:color w:val="000000"/>
          <w:sz w:val="19"/>
        </w:rPr>
        <w:t>Peserta didik juga belajar membaca waktu pada jam dinding analog (jarum pendek dan panjang), menyatakan waktu digital (24 jam), serta menghitung lama berlangsungnya suatu peristiwa (durasi menit/jam).</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Satuan Baku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Satuan pengukuran yang telah disepakati secara internasional dan memberikan hasil sama bagi siapa pun yang mengukur.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Meteran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ukur panjang fleksibel yang digunakan untuk mengukur benda yang panjangnya lebih dari 1 meter.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Gram (g)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Satuan baku untuk massa/berat benda yang lebih kecil dari kilogram (1 kg = 1.000 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Durasi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Rentang atau lamanya suatu peristiwa/kegiatan berlangsung dari awal hingga akhir.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