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F (KELAS 12)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Kalkulus Dasar: Integral Tak Tentu dan Tentu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menentukan antiturunan dan menyelesaikan operasi integral tak tentu aljabar.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teknik substitusi dalam menyelesaikan integral fungsi komposit.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integral tentu dan menerapkannya untuk menghitung luas daerah di bawah kurva.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 xml:space="preserve">Konsep antiturunan (integral tak tentu </w:t>
      </w:r>
      <m:oMath>
        <m:r>
          <m:t>int</m:t>
        </m:r>
        <m:r>
          <m:t>a</m:t>
        </m:r>
        <m:sSup>
          <m:e>
            <m:r>
              <m:t>x</m:t>
            </m:r>
          </m:e>
          <m:sup>
            <m:r>
              <m:t>n</m:t>
            </m:r>
          </m:sup>
        </m:sSup>
        <m:r>
          <m:t>d</m:t>
        </m:r>
        <m:r>
          <m:t>x</m:t>
        </m:r>
        <m:r>
          <m:t>=</m:t>
        </m:r>
        <m:f>
          <m:fPr>
            <m:type m:val="bar"/>
          </m:fPr>
          <m:num>
            <m:r>
              <m:t>a</m:t>
            </m:r>
          </m:num>
          <m:den>
            <m:r>
              <m:t>n</m:t>
            </m:r>
            <m:r>
              <m:t>+</m:t>
            </m:r>
            <m:r>
              <m:t>1</m:t>
            </m:r>
          </m:den>
        </m:f>
        <m:sSup>
          <m:e>
            <m:r>
              <m:t>x</m:t>
            </m:r>
          </m:e>
          <m:sup>
            <m:r>
              <m:t>n</m:t>
            </m:r>
            <m:r>
              <m:t>+</m:t>
            </m:r>
            <m:r>
              <m:t>1</m:t>
            </m:r>
          </m:sup>
        </m:sSup>
        <m:r>
          <m:t>+</m:t>
        </m:r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>), sifat-sifat linearitas integral, teknik integral substitusi aljabar, Teorema Dasar Kalkulus pada integral tentu (</w:t>
      </w:r>
      <m:oMath>
        <m:sSubSup>
          <m:e>
            <m:r>
              <m:t>int</m:t>
            </m:r>
          </m:e>
          <m:sub>
            <m:r>
              <m:t>a</m:t>
            </m:r>
          </m:sub>
          <m:sup>
            <m:r>
              <m:t>b</m:t>
            </m:r>
          </m:sup>
        </m:sSubSup>
        <m:r>
          <m:t>f</m:t>
        </m:r>
        <m:r>
          <m:t>(</m:t>
        </m:r>
        <m:r>
          <m:t>x</m:t>
        </m:r>
        <m:r>
          <m:t>)</m:t>
        </m:r>
        <m:r>
          <m:t>d</m:t>
        </m:r>
        <m:r>
          <m:t>x</m:t>
        </m:r>
        <m:r>
          <m:t>=</m:t>
        </m:r>
        <m:r>
          <m:t>F</m:t>
        </m:r>
        <m:r>
          <m:t>(</m:t>
        </m:r>
        <m:r>
          <m:t>b</m:t>
        </m:r>
        <m:r>
          <m:t>)</m:t>
        </m:r>
        <m:r>
          <m:t>-</m:t>
        </m:r>
        <m:r>
          <m:t>F</m:t>
        </m:r>
        <m:r>
          <m:t>(</m:t>
        </m:r>
        <m:r>
          <m:t>a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>), serta aplikasi integral untuk menghitung luas daerah di bawah kurva.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Konsep Antiturunan dan Rumus Dasar Integral Tak Tentu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Menghitung </w:t>
      </w:r>
      <m:oMath>
        <m:r>
          <m:t>int</m:t>
        </m:r>
        <m:r>
          <m:t>a</m:t>
        </m:r>
        <m:sSup>
          <m:e>
            <m:r>
              <m:t>x</m:t>
            </m:r>
          </m:e>
          <m:sup>
            <m:r>
              <m:t>n</m:t>
            </m:r>
          </m:sup>
        </m:sSup>
        <m:r>
          <m:t>d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, sifat linearitas </w:t>
      </w:r>
      <m:oMath>
        <m:r>
          <m:t>int</m:t>
        </m:r>
        <m:r>
          <m:t>[</m:t>
        </m:r>
        <m:r>
          <m:t>a</m:t>
        </m:r>
        <m:r>
          <m:t>f</m:t>
        </m:r>
        <m:r>
          <m:t>(</m:t>
        </m:r>
        <m:r>
          <m:t>x</m:t>
        </m:r>
        <m:r>
          <m:t>)</m:t>
        </m:r>
        <m:r>
          <m:t>±</m:t>
        </m:r>
        <m:r>
          <m:t>b</m:t>
        </m:r>
        <m:r>
          <m:t>g</m:t>
        </m:r>
        <m:r>
          <m:t>(</m:t>
        </m:r>
        <m:r>
          <m:t>x</m:t>
        </m:r>
        <m:r>
          <m:t>)</m:t>
        </m:r>
        <m:r>
          <m:t>]</m:t>
        </m:r>
        <m:r>
          <m:t>d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, dan penentuan nilai konstanta </w:t>
      </w:r>
      <m:oMath>
        <m:r>
          <m:t>C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Teknik Integrasi dengan Metode Substitusi Aljabar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Menerapkan substitusi variabel </w:t>
      </w:r>
      <m:oMath>
        <m:r>
          <m:t>u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</w:t>
      </w:r>
      <m:oMath>
        <m:r>
          <m:t>d</m:t>
        </m:r>
        <m:r>
          <m:t>u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pada fungsi aljabar berpangkat tinggi dan bentuk akar.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Integral Tentu dan Teorema Dasar Kalkulus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Menghitung nilai numerik integral batas </w:t>
      </w:r>
      <m:oMath>
        <m:r>
          <m:t>[</m:t>
        </m:r>
        <m:r>
          <m:t>a</m:t>
        </m:r>
        <m:r>
          <m:t>,</m:t>
        </m:r>
        <m:r>
          <m:t>b</m:t>
        </m:r>
        <m:r>
          <m:t>]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menganalisis sifat pembalikan batas serta aditif selang.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Aplikasi Integral: Perhitungan Luas Daerah Kurva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Menghitung luas daerah antara kurva </w:t>
      </w:r>
      <m:oMath>
        <m:r>
          <m:t>y</m:t>
        </m:r>
        <m:r>
          <m:t>=</m:t>
        </m:r>
        <m:r>
          <m:t>f</m:t>
        </m:r>
        <m:r>
          <m:t>(</m:t>
        </m:r>
        <m:r>
          <m:t>x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dengan sumbu-</w:t>
      </w:r>
      <m:oMath>
        <m:r>
          <m:t>X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serta daerah irisan dua kurva parabola-garis.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 xml:space="preserve">Hasil dari integral tak tentu </w:t>
      </w:r>
      <m:oMath>
        <m:r>
          <m:t>int</m:t>
        </m:r>
        <m:r>
          <m:t>(</m:t>
        </m:r>
        <m:r>
          <m:t>6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-</m:t>
        </m:r>
        <m:r>
          <m:t>4</m:t>
        </m:r>
        <m:r>
          <m:t>x</m:t>
        </m:r>
        <m:r>
          <m:t>+</m:t>
        </m:r>
        <m:r>
          <m:t>5</m:t>
        </m:r>
        <m:r>
          <m:t>)</m:t>
        </m:r>
        <m:r>
          <m:t> </m:t>
        </m:r>
        <m:r>
          <m:t>d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2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t>-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r>
          <m:t>5</m:t>
        </m:r>
        <m:r>
          <m:t>x</m:t>
        </m:r>
        <m:r>
          <m:t>+</m:t>
        </m:r>
        <m:r>
          <m:t>C</m:t>
        </m:r>
      </m:oMath>
    </w:p>
    <w:p>
      <w:pPr>
        <w:spacing w:before="0" w:after="20"/>
        <w:ind w:left="576"/>
      </w:pPr>
      <m:oMath>
        <m:r>
          <m:t>3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t>-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r>
          <m:t>5</m:t>
        </m:r>
        <m:r>
          <m:t>x</m:t>
        </m:r>
        <m:r>
          <m:t>+</m:t>
        </m:r>
        <m:r>
          <m:t>C</m:t>
        </m:r>
      </m:oMath>
    </w:p>
    <w:p>
      <w:pPr>
        <w:spacing w:before="0" w:after="20"/>
        <w:ind w:left="576"/>
      </w:pPr>
      <m:oMath>
        <m:r>
          <m:t>6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t>-</m:t>
        </m:r>
        <m:r>
          <m:t>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r>
          <m:t>5</m:t>
        </m:r>
        <m:r>
          <m:t>x</m:t>
        </m:r>
        <m:r>
          <m:t>+</m:t>
        </m:r>
        <m:r>
          <m:t>C</m:t>
        </m:r>
      </m:oMath>
    </w:p>
    <w:p>
      <w:pPr>
        <w:spacing w:before="0" w:after="20"/>
        <w:ind w:left="576"/>
      </w:pPr>
      <m:oMath>
        <m:r>
          <m:t>2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t>-</m:t>
        </m:r>
        <m:r>
          <m:t>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r>
          <m:t>5</m:t>
        </m:r>
        <m:r>
          <m:t>x</m:t>
        </m:r>
        <m:r>
          <m:t>+</m:t>
        </m:r>
        <m:r>
          <m:t>C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int</m:t>
        </m:r>
        <m:r>
          <m:t>(</m:t>
        </m:r>
        <m:r>
          <m:t>6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-</m:t>
        </m:r>
        <m:r>
          <m:t>4</m:t>
        </m:r>
        <m:r>
          <m:t>x</m:t>
        </m:r>
        <m:r>
          <m:t>+</m:t>
        </m:r>
        <m:r>
          <m:t>5</m:t>
        </m:r>
        <m:r>
          <m:t>)</m:t>
        </m:r>
        <m:r>
          <m:t>d</m:t>
        </m:r>
        <m:r>
          <m:t>x</m:t>
        </m:r>
        <m:r>
          <m:t>=</m:t>
        </m:r>
        <m:f>
          <m:fPr>
            <m:type m:val="bar"/>
          </m:fPr>
          <m:num>
            <m:r>
              <m:t>6</m:t>
            </m:r>
          </m:num>
          <m:den>
            <m:r>
              <m:t>3</m:t>
            </m:r>
          </m:den>
        </m:f>
        <m:sSup>
          <m:e>
            <m:r>
              <m:t>x</m:t>
            </m:r>
          </m:e>
          <m:sup>
            <m:r>
              <m:t>3</m:t>
            </m:r>
          </m:sup>
        </m:sSup>
        <m:r>
          <m:t>-</m:t>
        </m:r>
        <m:f>
          <m:fPr>
            <m:type m:val="bar"/>
          </m:fPr>
          <m:num>
            <m:r>
              <m:t>4</m:t>
            </m:r>
          </m:num>
          <m:den>
            <m:r>
              <m:t>2</m:t>
            </m:r>
          </m:den>
        </m:f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r>
          <m:t>5</m:t>
        </m:r>
        <m:r>
          <m:t>x</m:t>
        </m:r>
        <m:r>
          <m:t>+</m:t>
        </m:r>
        <m:r>
          <m:t>C</m:t>
        </m:r>
        <m:r>
          <m:t>=</m:t>
        </m:r>
        <m:r>
          <m:t>2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t>-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r>
          <m:t>5</m:t>
        </m:r>
        <m:r>
          <m:t>x</m:t>
        </m:r>
        <m:r>
          <m:t>+</m:t>
        </m:r>
        <m:r>
          <m:t>C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 xml:space="preserve">Nilai dari integral tentu </w:t>
      </w:r>
      <m:oMath>
        <m:sSubSup>
          <m:e>
            <m:r>
              <m:t>int</m:t>
            </m:r>
          </m:e>
          <m:sub>
            <m:r>
              <m:t>1</m:t>
            </m:r>
          </m:sub>
          <m:sup>
            <m:r>
              <m:t>3</m:t>
            </m:r>
          </m:sup>
        </m:sSubSup>
        <m:r>
          <m:t>(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r>
          <m:t>2</m:t>
        </m:r>
        <m:r>
          <m:t>x</m:t>
        </m:r>
        <m:r>
          <m:t>)</m:t>
        </m:r>
        <m:r>
          <m:t> </m:t>
        </m:r>
        <m:r>
          <m:t>d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3</m:t>
        </m:r>
        <m:r>
          <m:t>4</m:t>
        </m:r>
      </m:oMath>
    </w:p>
    <w:p>
      <w:pPr>
        <w:spacing w:before="0" w:after="20"/>
        <w:ind w:left="576"/>
      </w:pPr>
      <m:oMath>
        <m:r>
          <m:t>2</m:t>
        </m:r>
        <m:r>
          <m:t>6</m:t>
        </m:r>
      </m:oMath>
    </w:p>
    <w:p>
      <w:pPr>
        <w:spacing w:before="0" w:after="20"/>
        <w:ind w:left="576"/>
      </w:pPr>
      <m:oMath>
        <m:r>
          <m:t>3</m:t>
        </m:r>
        <m:r>
          <m:t>6</m:t>
        </m:r>
      </m:oMath>
    </w:p>
    <w:p>
      <w:pPr>
        <w:spacing w:before="0" w:after="20"/>
        <w:ind w:left="576"/>
      </w:pPr>
      <m:oMath>
        <m:r>
          <m:t>2</m:t>
        </m:r>
        <m:r>
          <m:t>8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F</m:t>
        </m:r>
        <m:r>
          <m:t>(</m:t>
        </m:r>
        <m:r>
          <m:t>x</m:t>
        </m:r>
        <m:r>
          <m:t>)</m:t>
        </m:r>
        <m: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t>+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rPr>
          <w:rFonts w:ascii="Calibri" w:hAnsi="Calibri"/>
          <w:b w:val="0"/>
          <w:i/>
          <w:color w:val="64748B"/>
          <w:sz w:val="17"/>
        </w:rPr>
        <w:t xml:space="preserve">. </w:t>
      </w:r>
      <m:oMath>
        <m:r>
          <m:t>F</m:t>
        </m:r>
        <m:r>
          <m:t>(</m:t>
        </m:r>
        <m:r>
          <m:t>3</m:t>
        </m:r>
        <m:r>
          <m:t>)</m:t>
        </m:r>
        <m:r>
          <m:t>=</m:t>
        </m:r>
        <m:sSup>
          <m:e>
            <m:r>
              <m:t>3</m:t>
            </m:r>
          </m:e>
          <m:sup>
            <m:r>
              <m:t>3</m:t>
            </m:r>
          </m:sup>
        </m:sSup>
        <m:r>
          <m:t>+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t>=</m:t>
        </m:r>
        <m:r>
          <m:t>2</m:t>
        </m:r>
        <m:r>
          <m:t>7</m:t>
        </m:r>
        <m:r>
          <m:t>+</m:t>
        </m:r>
        <m:r>
          <m:t>9</m:t>
        </m:r>
        <m:r>
          <m:t>=</m:t>
        </m:r>
        <m:r>
          <m:t>3</m:t>
        </m:r>
        <m:r>
          <m:t>6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</w:t>
      </w:r>
      <m:oMath>
        <m:r>
          <m:t>F</m:t>
        </m:r>
        <m:r>
          <m:t>(</m:t>
        </m:r>
        <m:r>
          <m:t>1</m:t>
        </m:r>
        <m:r>
          <m:t>)</m:t>
        </m:r>
        <m:r>
          <m:t>=</m:t>
        </m:r>
        <m:sSup>
          <m:e>
            <m:r>
              <m:t>1</m:t>
            </m:r>
          </m:e>
          <m:sup>
            <m:r>
              <m:t>3</m:t>
            </m:r>
          </m:sup>
        </m:sSup>
        <m:r>
          <m:t>+</m:t>
        </m:r>
        <m:sSup>
          <m:e>
            <m:r>
              <m:t>1</m:t>
            </m:r>
          </m:e>
          <m:sup>
            <m:r>
              <m:t>2</m:t>
            </m:r>
          </m:sup>
        </m:sSup>
        <m:r>
          <m:t>=</m:t>
        </m:r>
        <m:r>
          <m:t>2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Hasil </w:t>
      </w:r>
      <m:oMath>
        <m:r>
          <m:t>=</m:t>
        </m:r>
        <m:r>
          <m:t>3</m:t>
        </m:r>
        <m:r>
          <m:t>6</m:t>
        </m:r>
        <m:r>
          <m:t>-</m:t>
        </m:r>
        <m:r>
          <m:t>2</m:t>
        </m:r>
        <m:r>
          <m:t>=</m:t>
        </m:r>
        <m:r>
          <m:t>3</m:t>
        </m:r>
        <m:r>
          <m:t>4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 xml:space="preserve">Hasil dari integral substitusi </w:t>
      </w:r>
      <m:oMath>
        <m:r>
          <m:t>int</m:t>
        </m:r>
        <m:r>
          <m:t>2</m:t>
        </m:r>
        <m:r>
          <m:t>x</m:t>
        </m:r>
        <m:r>
          <m:t>(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r>
          <m:t>1</m:t>
        </m:r>
        <m:sSup>
          <m:e>
            <m:r>
              <m:t>)</m:t>
            </m:r>
          </m:e>
          <m:sup>
            <m:r>
              <m:t>4</m:t>
            </m:r>
          </m:sup>
        </m:sSup>
        <m:r>
          <m:t> </m:t>
        </m:r>
        <m:r>
          <m:t>d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</m:num>
          <m:den>
            <m:r>
              <m:t>5</m:t>
            </m:r>
          </m:den>
        </m:f>
        <m:r>
          <m:t>(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r>
          <m:t>1</m:t>
        </m:r>
        <m:sSup>
          <m:e>
            <m:r>
              <m:t>)</m:t>
            </m:r>
          </m:e>
          <m:sup>
            <m:r>
              <m:t>5</m:t>
            </m:r>
          </m:sup>
        </m:sSup>
        <m:r>
          <m:t>+</m:t>
        </m:r>
        <m:r>
          <m:t>C</m:t>
        </m:r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t>(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r>
          <m:t>1</m:t>
        </m:r>
        <m:sSup>
          <m:e>
            <m:r>
              <m:t>)</m:t>
            </m:r>
          </m:e>
          <m:sup>
            <m:r>
              <m:t>5</m:t>
            </m:r>
          </m:sup>
        </m:sSup>
        <m:r>
          <m:t>+</m:t>
        </m:r>
        <m:r>
          <m:t>C</m:t>
        </m:r>
      </m:oMath>
    </w:p>
    <w:p>
      <w:pPr>
        <w:spacing w:before="0" w:after="20"/>
        <w:ind w:left="576"/>
      </w:pPr>
      <m:oMath>
        <m:r>
          <m:t>(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r>
          <m:t>1</m:t>
        </m:r>
        <m:sSup>
          <m:e>
            <m:r>
              <m:t>)</m:t>
            </m:r>
          </m:e>
          <m:sup>
            <m:r>
              <m:t>5</m:t>
            </m:r>
          </m:sup>
        </m:sSup>
        <m:r>
          <m:t>+</m:t>
        </m:r>
        <m:r>
          <m:t>C</m:t>
        </m:r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2</m:t>
            </m:r>
          </m:num>
          <m:den>
            <m:r>
              <m:t>5</m:t>
            </m:r>
          </m:den>
        </m:f>
        <m:r>
          <m:t>(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r>
          <m:t>1</m:t>
        </m:r>
        <m:sSup>
          <m:e>
            <m:r>
              <m:t>)</m:t>
            </m:r>
          </m:e>
          <m:sup>
            <m:r>
              <m:t>5</m:t>
            </m:r>
          </m:sup>
        </m:sSup>
        <m:r>
          <m:t>+</m:t>
        </m:r>
        <m:r>
          <m:t>C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Misal </w:t>
      </w:r>
      <m:oMath>
        <m:r>
          <m:t>u</m:t>
        </m:r>
        <m: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r>
          <m:t>1</m:t>
        </m:r>
        <m:r>
          <m:t>→</m:t>
        </m:r>
        <m:r>
          <m:t>d</m:t>
        </m:r>
        <m:r>
          <m:t>u</m:t>
        </m:r>
        <m:r>
          <m:t>=</m:t>
        </m:r>
        <m:r>
          <m:t>2</m:t>
        </m:r>
        <m:r>
          <m:t>x</m:t>
        </m:r>
        <m:r>
          <m:t>d</m:t>
        </m:r>
        <m:r>
          <m:t>x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Integral menjadi </w:t>
      </w:r>
      <m:oMath>
        <m:r>
          <m:t>int</m:t>
        </m:r>
        <m:sSup>
          <m:e>
            <m:r>
              <m:t>u</m:t>
            </m:r>
          </m:e>
          <m:sup>
            <m:r>
              <m:t>4</m:t>
            </m:r>
          </m:sup>
        </m:sSup>
        <m:r>
          <m:t>d</m:t>
        </m:r>
        <m:r>
          <m:t>u</m:t>
        </m:r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5</m:t>
            </m:r>
          </m:den>
        </m:f>
        <m:sSup>
          <m:e>
            <m:r>
              <m:t>u</m:t>
            </m:r>
          </m:e>
          <m:sup>
            <m:r>
              <m:t>5</m:t>
            </m:r>
          </m:sup>
        </m:sSup>
        <m:r>
          <m:t>+</m:t>
        </m:r>
        <m:r>
          <m:t>C</m:t>
        </m:r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5</m:t>
            </m:r>
          </m:den>
        </m:f>
        <m:r>
          <m:t>(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r>
          <m:t>1</m:t>
        </m:r>
        <m:sSup>
          <m:e>
            <m:r>
              <m:t>)</m:t>
            </m:r>
          </m:e>
          <m:sup>
            <m:r>
              <m:t>5</m:t>
            </m:r>
          </m:sup>
        </m:sSup>
        <m:r>
          <m:t>+</m:t>
        </m:r>
        <m:r>
          <m:t>C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 xml:space="preserve">Luas daerah yang dibatasi oleh kurva parabola </w:t>
      </w:r>
      <m:oMath>
        <m:r>
          <m:t>y</m:t>
        </m:r>
        <m: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>, sumbu-</w:t>
      </w:r>
      <m:oMath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garis </w:t>
      </w:r>
      <m:oMath>
        <m:r>
          <m:t>x</m:t>
        </m:r>
        <m:r>
          <m:t>=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dan garis </w:t>
      </w:r>
      <m:oMath>
        <m:r>
          <m:t>x</m:t>
        </m:r>
        <m:r>
          <m:t>=</m:t>
        </m:r>
        <m:r>
          <m:t>3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9</m:t>
        </m:r>
        <m:r>
          <m:t>s</m:t>
        </m:r>
      </m:oMath>
    </w:p>
    <w:p>
      <w:pPr>
        <w:spacing w:before="0" w:after="20"/>
        <w:ind w:left="576"/>
      </w:pPr>
      <m:oMath>
        <m:r>
          <m:t>6</m:t>
        </m:r>
        <m:r>
          <m:t>s</m:t>
        </m:r>
      </m:oMath>
    </w:p>
    <w:p>
      <w:pPr>
        <w:spacing w:before="0" w:after="20"/>
        <w:ind w:left="576"/>
      </w:pPr>
      <m:oMath>
        <m:r>
          <m:t>3</m:t>
        </m:r>
        <m:r>
          <m:t>s</m:t>
        </m:r>
      </m:oMath>
    </w:p>
    <w:p>
      <w:pPr>
        <w:spacing w:before="0" w:after="20"/>
        <w:ind w:left="576"/>
      </w:pPr>
      <m:oMath>
        <m:r>
          <m:t>2</m:t>
        </m:r>
        <m:r>
          <m:t>7</m:t>
        </m:r>
        <m:r>
          <m:t>s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L</m:t>
        </m:r>
        <m:r>
          <m:t>=</m:t>
        </m:r>
        <m:sSubSup>
          <m:e>
            <m:r>
              <m:t>int</m:t>
            </m:r>
          </m:e>
          <m:sub>
            <m:r>
              <m:t>0</m:t>
            </m:r>
          </m:sub>
          <m:sup>
            <m:r>
              <m:t>3</m:t>
            </m:r>
          </m:sup>
        </m:sSubSup>
        <m:sSup>
          <m:e>
            <m:r>
              <m:t>x</m:t>
            </m:r>
          </m:e>
          <m:sup>
            <m:r>
              <m:t>2</m:t>
            </m:r>
          </m:sup>
        </m:sSup>
        <m:r>
          <m:t>d</m:t>
        </m:r>
        <m:r>
          <m:t>x</m:t>
        </m:r>
        <m:r>
          <m:t>=</m:t>
        </m:r>
        <m:r>
          <m:t>[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sSup>
          <m:e>
            <m:r>
              <m:t>x</m:t>
            </m:r>
          </m:e>
          <m:sup>
            <m:r>
              <m:t>3</m:t>
            </m:r>
          </m:sup>
        </m:sSup>
        <m:sSubSup>
          <m:e>
            <m:r>
              <m:t>]</m:t>
            </m:r>
          </m:e>
          <m:sub>
            <m:r>
              <m:t>0</m:t>
            </m:r>
          </m:sub>
          <m:sup>
            <m:r>
              <m:t>3</m:t>
            </m:r>
          </m:sup>
        </m:sSubSup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t>(</m:t>
        </m:r>
        <m:sSup>
          <m:e>
            <m:r>
              <m:t>3</m:t>
            </m:r>
          </m:e>
          <m:sup>
            <m:r>
              <m:t>3</m:t>
            </m:r>
          </m:sup>
        </m:sSup>
        <m:r>
          <m:t>)</m:t>
        </m:r>
        <m:r>
          <m:t>-</m:t>
        </m:r>
        <m:r>
          <m:t>0</m:t>
        </m:r>
        <m:r>
          <m:t>=</m:t>
        </m:r>
        <m:f>
          <m:fPr>
            <m:type m:val="bar"/>
          </m:fPr>
          <m:num>
            <m:r>
              <m:t>2</m:t>
            </m:r>
            <m:r>
              <m:t>7</m:t>
            </m:r>
          </m:num>
          <m:den>
            <m:r>
              <m:t>3</m:t>
            </m:r>
          </m:den>
        </m:f>
        <m:r>
          <m:t>=</m:t>
        </m:r>
        <m:r>
          <m:t>9</m:t>
        </m:r>
        <m:r>
          <m:t>s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 xml:space="preserve">Jika diketahui </w:t>
      </w:r>
      <m:oMath>
        <m:r>
          <m:t>f</m:t>
        </m:r>
        <m:r>
          <m:t>'</m:t>
        </m:r>
        <m:r>
          <m:t>(</m:t>
        </m:r>
        <m:r>
          <m:t>x</m:t>
        </m:r>
        <m:r>
          <m:t>)</m:t>
        </m:r>
        <m:r>
          <m:t>=</m:t>
        </m:r>
        <m:r>
          <m:t>4</m:t>
        </m:r>
        <m:r>
          <m:t>x</m:t>
        </m:r>
        <m:r>
          <m:t>-</m:t>
        </m:r>
        <m:r>
          <m:t>3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</w:t>
      </w:r>
      <m:oMath>
        <m:r>
          <m:t>f</m:t>
        </m:r>
        <m:r>
          <m:t>(</m:t>
        </m:r>
        <m:r>
          <m:t>2</m:t>
        </m:r>
        <m:r>
          <m:t>)</m:t>
        </m:r>
        <m:r>
          <m:t>=</m:t>
        </m:r>
        <m:r>
          <m:t>5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maka rumus fungsi </w:t>
      </w:r>
      <m:oMath>
        <m:r>
          <m:t>f</m:t>
        </m:r>
        <m:r>
          <m:t>(</m:t>
        </m:r>
        <m:r>
          <m:t>x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f</m:t>
        </m:r>
        <m:r>
          <m:t>(</m:t>
        </m:r>
        <m:r>
          <m:t>x</m:t>
        </m:r>
        <m:r>
          <m:t>)</m:t>
        </m:r>
        <m:r>
          <m:t>=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-</m:t>
        </m:r>
        <m:r>
          <m:t>3</m:t>
        </m:r>
        <m:r>
          <m:t>x</m:t>
        </m:r>
        <m:r>
          <m:t>+</m:t>
        </m:r>
        <m:r>
          <m:t>3</m:t>
        </m:r>
      </m:oMath>
    </w:p>
    <w:p>
      <w:pPr>
        <w:spacing w:before="0" w:after="20"/>
        <w:ind w:left="576"/>
      </w:pPr>
      <m:oMath>
        <m:r>
          <m:t>f</m:t>
        </m:r>
        <m:r>
          <m:t>(</m:t>
        </m:r>
        <m:r>
          <m:t>x</m:t>
        </m:r>
        <m:r>
          <m:t>)</m:t>
        </m:r>
        <m:r>
          <m:t>=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-</m:t>
        </m:r>
        <m:r>
          <m:t>3</m:t>
        </m:r>
        <m:r>
          <m:t>x</m:t>
        </m:r>
        <m:r>
          <m:t>+</m:t>
        </m:r>
        <m:r>
          <m:t>5</m:t>
        </m:r>
      </m:oMath>
    </w:p>
    <w:p>
      <w:pPr>
        <w:spacing w:before="0" w:after="20"/>
        <w:ind w:left="576"/>
      </w:pPr>
      <m:oMath>
        <m:r>
          <m:t>f</m:t>
        </m:r>
        <m:r>
          <m:t>(</m:t>
        </m:r>
        <m:r>
          <m:t>x</m:t>
        </m:r>
        <m:r>
          <m:t>)</m:t>
        </m:r>
        <m:r>
          <m:t>=</m:t>
        </m:r>
        <m:r>
          <m:t>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-</m:t>
        </m:r>
        <m:r>
          <m:t>3</m:t>
        </m:r>
        <m:r>
          <m:t>x</m:t>
        </m:r>
        <m:r>
          <m:t>-</m:t>
        </m:r>
        <m:r>
          <m:t>1</m:t>
        </m:r>
      </m:oMath>
    </w:p>
    <w:p>
      <w:pPr>
        <w:spacing w:before="0" w:after="20"/>
        <w:ind w:left="576"/>
      </w:pPr>
      <m:oMath>
        <m:r>
          <m:t>f</m:t>
        </m:r>
        <m:r>
          <m:t>(</m:t>
        </m:r>
        <m:r>
          <m:t>x</m:t>
        </m:r>
        <m:r>
          <m:t>)</m:t>
        </m:r>
        <m:r>
          <m:t>=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-</m:t>
        </m:r>
        <m:r>
          <m:t>3</m:t>
        </m:r>
        <m:r>
          <m:t>x</m:t>
        </m:r>
        <m:r>
          <m:t>-</m:t>
        </m:r>
        <m:r>
          <m:t>3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f</m:t>
        </m:r>
        <m:r>
          <m:t>(</m:t>
        </m:r>
        <m:r>
          <m:t>x</m:t>
        </m:r>
        <m:r>
          <m:t>)</m:t>
        </m:r>
        <m:r>
          <m:t>=</m:t>
        </m:r>
        <m:r>
          <m:t>int</m:t>
        </m:r>
        <m:r>
          <m:t>(</m:t>
        </m:r>
        <m:r>
          <m:t>4</m:t>
        </m:r>
        <m:r>
          <m:t>x</m:t>
        </m:r>
        <m:r>
          <m:t>-</m:t>
        </m:r>
        <m:r>
          <m:t>3</m:t>
        </m:r>
        <m:r>
          <m:t>)</m:t>
        </m:r>
        <m:r>
          <m:t>d</m:t>
        </m:r>
        <m:r>
          <m:t>x</m:t>
        </m:r>
        <m:r>
          <m:t>=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-</m:t>
        </m:r>
        <m:r>
          <m:t>3</m:t>
        </m:r>
        <m:r>
          <m:t>x</m:t>
        </m:r>
        <m:r>
          <m:t>+</m:t>
        </m:r>
        <m:r>
          <m:t>C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</w:t>
      </w:r>
      <m:oMath>
        <m:r>
          <m:t>f</m:t>
        </m:r>
        <m:r>
          <m:t>(</m:t>
        </m:r>
        <m:r>
          <m:t>2</m:t>
        </m:r>
        <m:r>
          <m:t>)</m:t>
        </m:r>
        <m:r>
          <m:t>=</m:t>
        </m:r>
        <m:r>
          <m:t>2</m:t>
        </m:r>
        <m:r>
          <m:t>(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t>)</m:t>
        </m:r>
        <m:r>
          <m:t>-</m:t>
        </m:r>
        <m:r>
          <m:t>3</m:t>
        </m:r>
        <m:r>
          <m:t>(</m:t>
        </m:r>
        <m:r>
          <m:t>2</m:t>
        </m:r>
        <m:r>
          <m:t>)</m:t>
        </m:r>
        <m:r>
          <m:t>+</m:t>
        </m:r>
        <m:r>
          <m:t>C</m:t>
        </m:r>
        <m:r>
          <m:t>=</m:t>
        </m:r>
        <m:r>
          <m:t>8</m:t>
        </m:r>
        <m:r>
          <m:t>-</m:t>
        </m:r>
        <m:r>
          <m:t>6</m:t>
        </m:r>
        <m:r>
          <m:t>+</m:t>
        </m:r>
        <m:r>
          <m:t>C</m:t>
        </m:r>
        <m:r>
          <m:t>=</m:t>
        </m:r>
        <m:r>
          <m:t>2</m:t>
        </m:r>
        <m:r>
          <m:t>+</m:t>
        </m:r>
        <m:r>
          <m:t>C</m:t>
        </m:r>
        <m:r>
          <m:t>=</m:t>
        </m:r>
        <m:r>
          <m:t>5</m:t>
        </m:r>
        <m:r>
          <m:t>→</m:t>
        </m:r>
        <m:r>
          <m:t>C</m:t>
        </m:r>
        <m:r>
          <m:t>=</m:t>
        </m:r>
        <m:r>
          <m:t>3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Jadi </w:t>
      </w:r>
      <m:oMath>
        <m:r>
          <m:t>f</m:t>
        </m:r>
        <m:r>
          <m:t>(</m:t>
        </m:r>
        <m:r>
          <m:t>x</m:t>
        </m:r>
        <m:r>
          <m:t>)</m:t>
        </m:r>
        <m:r>
          <m:t>=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-</m:t>
        </m:r>
        <m:r>
          <m:t>3</m:t>
        </m:r>
        <m:r>
          <m:t>x</m:t>
        </m:r>
        <m:r>
          <m:t>+</m:t>
        </m:r>
        <m:r>
          <m:t>3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4: Kalkulus Dasar: Integral Tak Tentu dan Tentu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Konsep Antiturunan dan Rumus Dasar Integral Tak Tentu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Menghitung </w:t>
      </w:r>
      <m:oMath>
        <m:r>
          <m:t>int</m:t>
        </m:r>
        <m:r>
          <m:t>a</m:t>
        </m:r>
        <m:sSup>
          <m:e>
            <m:r>
              <m:t>x</m:t>
            </m:r>
          </m:e>
          <m:sup>
            <m:r>
              <m:t>n</m:t>
            </m:r>
          </m:sup>
        </m:sSup>
        <m:r>
          <m:t>d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, sifat linearitas </w:t>
      </w:r>
      <m:oMath>
        <m:r>
          <m:t>int</m:t>
        </m:r>
        <m:r>
          <m:t>[</m:t>
        </m:r>
        <m:r>
          <m:t>a</m:t>
        </m:r>
        <m:r>
          <m:t>f</m:t>
        </m:r>
        <m:r>
          <m:t>(</m:t>
        </m:r>
        <m:r>
          <m:t>x</m:t>
        </m:r>
        <m:r>
          <m:t>)</m:t>
        </m:r>
        <m:r>
          <m:t>±</m:t>
        </m:r>
        <m:r>
          <m:t>b</m:t>
        </m:r>
        <m:r>
          <m:t>g</m:t>
        </m:r>
        <m:r>
          <m:t>(</m:t>
        </m:r>
        <m:r>
          <m:t>x</m:t>
        </m:r>
        <m:r>
          <m:t>)</m:t>
        </m:r>
        <m:r>
          <m:t>]</m:t>
        </m:r>
        <m:r>
          <m:t>d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, dan penentuan nilai konstanta </w:t>
      </w:r>
      <m:oMath>
        <m:r>
          <m:t>C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Teknik Integrasi dengan Metode Substitusi Aljabar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Menerapkan substitusi variabel </w:t>
      </w:r>
      <m:oMath>
        <m:r>
          <m:t>u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</w:t>
      </w:r>
      <m:oMath>
        <m:r>
          <m:t>d</m:t>
        </m:r>
        <m:r>
          <m:t>u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pada fungsi aljabar berpangkat tinggi dan bentuk akar.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Integral Tentu dan Teorema Dasar Kalkulus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Menghitung nilai numerik integral batas </w:t>
      </w:r>
      <m:oMath>
        <m:r>
          <m:t>[</m:t>
        </m:r>
        <m:r>
          <m:t>a</m:t>
        </m:r>
        <m:r>
          <m:t>,</m:t>
        </m:r>
        <m:r>
          <m:t>b</m:t>
        </m:r>
        <m:r>
          <m:t>]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menganalisis sifat pembalikan batas serta aditif selang.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Aplikasi Integral: Perhitungan Luas Daerah Kurva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Menghitung luas daerah antara kurva </w:t>
      </w:r>
      <m:oMath>
        <m:r>
          <m:t>y</m:t>
        </m:r>
        <m:r>
          <m:t>=</m:t>
        </m:r>
        <m:r>
          <m:t>f</m:t>
        </m:r>
        <m:r>
          <m:t>(</m:t>
        </m:r>
        <m:r>
          <m:t>x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dengan sumbu-</w:t>
      </w:r>
      <m:oMath>
        <m:r>
          <m:t>X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serta daerah irisan dua kurva parabola-garis.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Integral merupakan operasi balikan (*antiturunan/antiderivative*) dari diferensiasi dalam kalkulus. Integral tak tentu </w:t>
      </w:r>
      <m:oMath>
        <m:r>
          <m:t>int</m:t>
        </m:r>
        <m:r>
          <m:t>f</m:t>
        </m:r>
        <m:r>
          <m:t>(</m:t>
        </m:r>
        <m:r>
          <m:t>x</m:t>
        </m:r>
        <m:r>
          <m:t>)</m:t>
        </m:r>
        <m:r>
          <m:t>d</m:t>
        </m:r>
        <m:r>
          <m:t>x</m:t>
        </m:r>
        <m:r>
          <m:t>=</m:t>
        </m:r>
        <m:r>
          <m:t>F</m:t>
        </m:r>
        <m:r>
          <m:t>(</m:t>
        </m:r>
        <m:r>
          <m:t>x</m:t>
        </m:r>
        <m:r>
          <m:t>)</m:t>
        </m:r>
        <m:r>
          <m:t>+</m:t>
        </m:r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menghasilkan keluarga kurva fungsi yang memiliki turunan yang sama, di mana konstanta integrasi </w:t>
      </w:r>
      <m:oMath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ditentukan melalui syarat batas awal.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Teknik integrasi substitusi aljabar mempermudah penyelesaian bentuk perkalian fungsi komposit </w:t>
      </w:r>
      <m:oMath>
        <m:r>
          <m:t>int</m:t>
        </m:r>
        <m:r>
          <m:t>f</m:t>
        </m:r>
        <m:r>
          <m:t>(</m:t>
        </m:r>
        <m:r>
          <m:t>g</m:t>
        </m:r>
        <m:r>
          <m:t>(</m:t>
        </m:r>
        <m:r>
          <m:t>x</m:t>
        </m:r>
        <m:r>
          <m:t>)</m:t>
        </m:r>
        <m:r>
          <m:t>)</m:t>
        </m:r>
        <m:r>
          <m:t>g</m:t>
        </m:r>
        <m:r>
          <m:t>'</m:t>
        </m:r>
        <m:r>
          <m:t>(</m:t>
        </m:r>
        <m:r>
          <m:t>x</m:t>
        </m:r>
        <m:r>
          <m:t>)</m:t>
        </m:r>
        <m:r>
          <m:t>d</m:t>
        </m:r>
        <m:r>
          <m:t>x</m:t>
        </m:r>
        <m:r>
          <m:t>=</m:t>
        </m:r>
        <m:r>
          <m:t>int</m:t>
        </m:r>
        <m:r>
          <m:t>f</m:t>
        </m:r>
        <m:r>
          <m:t>(</m:t>
        </m:r>
        <m:r>
          <m:t>u</m:t>
        </m:r>
        <m:r>
          <m:t>)</m:t>
        </m:r>
        <m:r>
          <m:t>d</m:t>
        </m:r>
        <m:r>
          <m:t>u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dengan memisalkan </w:t>
      </w:r>
      <m:oMath>
        <m:r>
          <m:t>u</m:t>
        </m:r>
        <m:r>
          <m:t>=</m:t>
        </m:r>
        <m:r>
          <m:t>g</m:t>
        </m:r>
        <m:r>
          <m:t>(</m:t>
        </m:r>
        <m:r>
          <m:t>x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>. Sifat linearitas memungkinkan integral penjumlahan diselesaikan per suku aljabar.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Teorema Dasar Kalkulus menjembatani konsep aljabar antiturunan dengan interpretasi geometris luas daerah pada integral tentu </w:t>
      </w:r>
      <m:oMath>
        <m:sSubSup>
          <m:e>
            <m:r>
              <m:t>int</m:t>
            </m:r>
          </m:e>
          <m:sub>
            <m:r>
              <m:t>a</m:t>
            </m:r>
          </m:sub>
          <m:sup>
            <m:r>
              <m:t>b</m:t>
            </m:r>
          </m:sup>
        </m:sSubSup>
        <m:r>
          <m:t>f</m:t>
        </m:r>
        <m:r>
          <m:t>(</m:t>
        </m:r>
        <m:r>
          <m:t>x</m:t>
        </m:r>
        <m:r>
          <m:t>)</m:t>
        </m:r>
        <m:r>
          <m:t>d</m:t>
        </m:r>
        <m:r>
          <m:t>x</m:t>
        </m:r>
        <m:r>
          <m:t>=</m:t>
        </m:r>
        <m:r>
          <m:t>[</m:t>
        </m:r>
        <m:r>
          <m:t>F</m:t>
        </m:r>
        <m:r>
          <m:t>(</m:t>
        </m:r>
        <m:r>
          <m:t>x</m:t>
        </m:r>
        <m:r>
          <m:t>)</m:t>
        </m:r>
        <m:sSubSup>
          <m:e>
            <m:r>
              <m:t>]</m:t>
            </m:r>
          </m:e>
          <m:sub>
            <m:r>
              <m:t>a</m:t>
            </m:r>
          </m:sub>
          <m:sup>
            <m:r>
              <m:t>b</m:t>
            </m:r>
          </m:sup>
        </m:sSubSup>
        <m:r>
          <m:t>=</m:t>
        </m:r>
        <m:r>
          <m:t>F</m:t>
        </m:r>
        <m:r>
          <m:t>(</m:t>
        </m:r>
        <m:r>
          <m:t>b</m:t>
        </m:r>
        <m:r>
          <m:t>)</m:t>
        </m:r>
        <m:r>
          <m:t>-</m:t>
        </m:r>
        <m:r>
          <m:t>F</m:t>
        </m:r>
        <m:r>
          <m:t>(</m:t>
        </m:r>
        <m:r>
          <m:t>a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>. Aplikasi integral diaplikasikan untuk menghitung luas daerah yang dibatasi oleh dua kurva (</w:t>
      </w:r>
      <m:oMath>
        <m:r>
          <m:t>L</m:t>
        </m:r>
        <m:r>
          <m:t>=</m:t>
        </m:r>
        <m:sSubSup>
          <m:e>
            <m:r>
              <m:t>int</m:t>
            </m:r>
          </m:e>
          <m:sub>
            <m:r>
              <m:t>a</m:t>
            </m:r>
          </m:sub>
          <m:sup>
            <m:r>
              <m:t>b</m:t>
            </m:r>
          </m:sup>
        </m:sSubSup>
        <m:r>
          <m:t>[</m:t>
        </m:r>
        <m:r>
          <m:t>f</m:t>
        </m:r>
        <m:r>
          <m:t>(</m:t>
        </m:r>
        <m:r>
          <m:t>x</m:t>
        </m:r>
        <m:r>
          <m:t>)</m:t>
        </m:r>
        <m:r>
          <m:t>-</m:t>
        </m:r>
        <m:r>
          <m:t>g</m:t>
        </m:r>
        <m:r>
          <m:t>(</m:t>
        </m:r>
        <m:r>
          <m:t>x</m:t>
        </m:r>
        <m:r>
          <m:t>)</m:t>
        </m:r>
        <m:r>
          <m:t>]</m:t>
        </m:r>
        <m:r>
          <m:t>d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>) dan surplus konsumen/produsen.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Antiturunan (Integral Tak Tentu)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Operasi pencarian fungsi asal </w:t>
            </w:r>
            <m:oMath>
              <m:r>
                <m:t>F</m:t>
              </m:r>
              <m:r>
                <m:t>(</m:t>
              </m:r>
              <m:r>
                <m:t>x</m:t>
              </m:r>
              <m:r>
                <m:t>)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yang turunannya adalah </w:t>
            </w:r>
            <m:oMath>
              <m:r>
                <m:t>f</m:t>
              </m:r>
              <m:r>
                <m:t>(</m:t>
              </m:r>
              <m:r>
                <m:t>x</m:t>
              </m:r>
              <m:r>
                <m:t>)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, dirumuskan </w:t>
            </w:r>
            <m:oMath>
              <m:r>
                <m:t>int</m:t>
              </m:r>
              <m:r>
                <m:t>f</m:t>
              </m:r>
              <m:r>
                <m:t>(</m:t>
              </m:r>
              <m:r>
                <m:t>x</m:t>
              </m:r>
              <m:r>
                <m:t>)</m:t>
              </m:r>
              <m:r>
                <m:t>d</m:t>
              </m:r>
              <m:r>
                <m:t>x</m:t>
              </m:r>
              <m:r>
                <m:t>=</m:t>
              </m:r>
              <m:r>
                <m:t>F</m:t>
              </m:r>
              <m:r>
                <m:t>(</m:t>
              </m:r>
              <m:r>
                <m:t>x</m:t>
              </m:r>
              <m:r>
                <m:t>)</m:t>
              </m:r>
              <m:r>
                <m:t>+</m:t>
              </m:r>
              <m:r>
                <m:t>C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Teorema Dasar Kalkulus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Teorema fundamental yang menyatakan bahwa integral tentu suatu fungsi kontinu dapat dihitung melalui selisih nilai antiturunannya pada batas-batas integrasi: </w:t>
            </w:r>
            <m:oMath>
              <m:sSubSup>
                <m:e>
                  <m:r>
                    <m:t>int</m:t>
                  </m:r>
                </m:e>
                <m:sub>
                  <m:r>
                    <m:t>a</m:t>
                  </m:r>
                </m:sub>
                <m:sup>
                  <m:r>
                    <m:t>b</m:t>
                  </m:r>
                </m:sup>
              </m:sSubSup>
              <m:r>
                <m:t>f</m:t>
              </m:r>
              <m:r>
                <m:t>(</m:t>
              </m:r>
              <m:r>
                <m:t>x</m:t>
              </m:r>
              <m:r>
                <m:t>)</m:t>
              </m:r>
              <m:r>
                <m:t>d</m:t>
              </m:r>
              <m:r>
                <m:t>x</m:t>
              </m:r>
              <m:r>
                <m:t>=</m:t>
              </m:r>
              <m:r>
                <m:t>F</m:t>
              </m:r>
              <m:r>
                <m:t>(</m:t>
              </m:r>
              <m:r>
                <m:t>b</m:t>
              </m:r>
              <m:r>
                <m:t>)</m:t>
              </m:r>
              <m:r>
                <m:t>-</m:t>
              </m:r>
              <m:r>
                <m:t>F</m:t>
              </m:r>
              <m:r>
                <m:t>(</m:t>
              </m:r>
              <m:r>
                <m:t>a</m:t>
              </m:r>
              <m:r>
                <m:t>)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Substitusi Integral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Metode penyelesaian integral dengan mengubah variabel integrasi menjadi variabel baru </w:t>
            </w:r>
            <m:oMath>
              <m:r>
                <m:t>u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untuk menyederhanakan bentuk integran.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Luas Daerah di Bawah Kurva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Besaran luas bidang datar yang dibatasi oleh grafik fungsi </w:t>
            </w:r>
            <m:oMath>
              <m:r>
                <m:t>y</m:t>
              </m:r>
              <m:r>
                <m:t>=</m:t>
              </m:r>
              <m:r>
                <m:t>f</m:t>
              </m:r>
              <m:r>
                <m:t>(</m:t>
              </m:r>
              <m:r>
                <m:t>x</m:t>
              </m:r>
              <m:r>
                <m:t>)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, sumbu-</w:t>
            </w:r>
            <m:oMath>
              <m:r>
                <m:t>X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, serta garis batas </w:t>
            </w:r>
            <m:oMath>
              <m:r>
                <m:t>x</m:t>
              </m:r>
              <m:r>
                <m:t>=</m:t>
              </m:r>
              <m:r>
                <m:t>a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dan </w:t>
            </w:r>
            <m:oMath>
              <m:r>
                <m:t>x</m:t>
              </m:r>
              <m:r>
                <m:t>=</m:t>
              </m:r>
              <m:r>
                <m:t>b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Konstanta Integrasi (</w:t>
            </w:r>
            <m:oMath>
              <m:r>
                <m:t>C</m:t>
              </m:r>
            </m:oMath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Bilangan real sembarang yang ditambahkan pada hasil integral tak tentu karena turunan dari sembarang konstanta bernilai nol.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12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