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Pengurangan sampai dengan 10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arti pengurangan sebagai proses mengambil, memisahkan, atau mencari sisa benda.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Menuliskan ekspresi dan kalimat matematika pengurangan menggunakan simbol (-) dan (=).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hasil pengurangan dua bilangan cacah dalam rentang angka 1 sampai 10.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Menyelesaikan masalah cerita pengurangan dalam kehidupan sehari-hari dengan strategi berpikir mandiri.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matematika Kelas 1 SD Bab 3 mengenai konsep pengurangan sebagai tindakan memisahkan, mengambil, atau mencari selisih benda menggunakan simbol kurang (-).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Konsep Mengambil dan Memisahkan Objek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situasi pengurangan dari aktivitas membuang, memakan, atau memisahkan benda nyata.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Simbol Kurang (-) dan Penulisan Kalimat Matematika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operasi pengurangan dalam bentuk kalimat matematika yang tepat dan membaca maknanya.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Pengurangan untuk Mencari Selisih dan Soal Cerita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Membandingkan dua kelompok benda untuk mengetahui berapa banyak benda yang bersisa atau lebihnya.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Ada 7 balon di ruang tamu. Sebanyak 2 balon meletus. Banyak sisa balon yang masih utuh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 balon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 balon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 balon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9 balon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Balon meletus berarti berkurang: 7 - 2 = 5 balon tersisa.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Kakak mempunyai 9 permen. Diberikan kepada adik sebanyak 4 permen. Bentuk kalimat pengurangan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9 + 4 = 13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9 - 4 =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9 - 5 = 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4 - 9 = 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Permen awal 9 diberikan 4 buah, ditulis 9 - 4 = 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Hasil pengurangan dari 8 - 8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Jika suatu bilangan dikurangi dengan bilangan yang sama, maka hasilnya selalu 0 (8 - 8 = 0).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Pak Tani memetik 10 buah mangga. Sebanyak 3 buah mangga ternyata busuk dan dibuang. Mangga yang masih bagus 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7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13 buah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10 - 3 = 7 buah mangga yang masih dalam kondisi baik.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Di piring ada 6 potong semangka. Dimakan ayah 2 potong dan dimakan ibu 1 potong. Sisa semangka di piring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 potong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 potong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 potong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 potong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6 - 2 - 1 = 4 - 1 = 3 potong semangka yang tersisa.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3: Pengurangan sampai dengan 10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Konsep Mengambil dan Memisahkan Objek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situasi pengurangan dari aktivitas membuang, memakan, atau memisahkan benda nyata.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Simbol Kurang (-) dan Penulisan Kalimat Matematika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operasi pengurangan dalam bentuk kalimat matematika yang tepat dan membaca maknanya.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Pengurangan untuk Mencari Selisih dan Soal Cerita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Membandingkan dua kelompok benda untuk mengetahui berapa banyak benda yang bersisa atau lebihnya.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Konsep pengurangan pada Fase A diajarkan melalui tiga situasi nyata: memisahkan bagian dari kelompok benda, mengambil/mengurangi objek yang ada, serta membandingkan dua kelompok untuk menemukan selisih kuantitas.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dikenalkan dengan lambang minus atau tanda kurang (-). Siswa mempraktikkan simulasi fisik seperti memakan kue, balon yang meletus, atau burung yang terbang menjauh untuk menghubungkan aksi fisik dengan pengurangan angka.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menuntun anak menuliskan kalimat pengurangan secara runtut, memahami bahwa mengurangkan bilangan dengan angka yang sama menghasilkan nol, serta mengenali kaitan timbal balik antara penjumlahan dan pengurangan.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Pengurangan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hitung yang mengambil sejumlah nilai dari suatu kumpulan bilangan sehingga menghasilkan sisa atau selisih.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Simbol Kurang (-)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matematika yang menunjukkan proses pemisahan atau pengurangan nilai.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Sisa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Kuantitas atau jumlah benda yang tertinggal setelah sebagian diambil atau dipisahkan.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Selisih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Perbedaan kuantitas antara dua kelompok benda yang dibandingkan.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Invers Operasi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Hubungan kebalikan antara operasi hitung (penjumlahan adalah kebalikan dari pengurangan).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