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Ayo Membilang sampai dengan 10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Membilang banyak benda konkret secara urut pada rentang bilangan 1 sampai dengan 10.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Membaca, melafalkan, dan menuliskan lambang bilangan 1 hingga 10 dengan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Membandingkan dan mengurutkan jumlah benda menggunakan istilah lebih banyak, lebih sedikit, atau sama banyak.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Menemukan pasangan bilangan (komposisi dan dekomposisi) untuk bilangan sampai dengan 10.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matematika Kelas 1 SD Bab 1 untuk mengenali lambang bilangan 1 sampai 10, membilang benda konkret, membandingkan banyak benda, serta memahami pasangan bilangan.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dan Menulis Bilangan 1 sampai 10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Menghubungkan benda nyata dengan simbol angka 1 hingga 10 serta melatih cara penulisan angka yang benar.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Menghitung dan Membandingkan Banyak Benda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Membilang kumpulan benda secara berurutan dan menentukan kelompok benda yang lebih banyak, lebih sedikit, atau 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Pasangan Bilangan (Number Bonds)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Mengeksplorasi susunan pengurai bilangan (misal: 5 tersusun dari 2 dan 3, atau 1 dan 4) menggunakan benda konkret.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Rani memiliki 4 apel di atas meja. Ibu memberi Rani 3 apel lagi. Banyak apel Rani sekarang dapat dihitung dengan urutan membilang...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4, 3, 2, 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5, 6, 7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3, 2, 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7, 6, 5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Membilang maju dari 4 sebanyak 3 langkah adalah 5, 6, 7. Jadi jumlah apel Rani sekarang ada 7 buah.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Budi mempunyai 6 buku cerita, sedangkan Doni mempunyai 8 buku cerita. Pernyataan yang benar tentang jumlah buku mereka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Buku Budi lebih banyak daripada buku Doni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Buku Doni lebih sedikit daripada buku Budi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Buku Budi lebih sedikit daripada buku Doni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Jumlah buku Budi sama banyak dengan buku Doni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Angka 6 lebih kecil dari 8, sehingga buku Budi lebih sedikit daripada buku Doni (atau buku Doni lebih banyak daripada buku Budi).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Pasangan bilangan yang membentuk angka 9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4 dan 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3 dan 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2 dan 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5 dan 5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Pasangan bilangan (number bonds) dari 9 adalah 4 dan 5, karena 4 + 5 = 9.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Di dalam sebuah kotak terdapat 5 kelereng merah dan beberapa kelereng biru. Jika seluruh kelereng berjumlah 8, maka banyaknya kelereng biru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 butir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3 butir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4 butir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5 butir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8 tersusun dari 5 dan 3 (5 + 3 = 8). Jadi banyak kelereng biru adalah 3 butir.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Lambang bilangan untuk kata 'delapan'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7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9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Lambang bilangan dari sebutan delapan ditulis dengan angka 8.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1: Ayo Membilang sampai dengan 10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dan Menulis Bilangan 1 sampai 10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Menghubungkan benda nyata dengan simbol angka 1 hingga 10 serta melatih cara penulisan angka yang benar.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Menghitung dan Membandingkan Banyak Benda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Membilang kumpulan benda secara berurutan dan menentukan kelompok benda yang lebih banyak, lebih sedikit, atau sama.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Pasangan Bilangan (Number Bonds)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Mengeksplorasi susunan pengurai bilangan (misal: 5 tersusun dari 2 dan 3, atau 1 dan 4) menggunakan benda konkret.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matematika awal pada Fase A diawali dengan penguatan kepekaan bilangan (number sense). Peserta didik kelas 1 SD diajak mengamati dan menghitung benda-benda konkret di ruang kelas, seperti pensil, buku, dan kursi, untuk menghubungkan kuantitas nyata dengan lambang bilangan 1 sampai 10.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Setelah mengenal nama dan bentuk lambang bilangan, siswa dilatih membandingkan dua kelompok benda menggunakan konsep korespondensi satu-satu. Melalui perbandingan ini, siswa memahami penggunaan istilah 'lebih banyak', 'lebih sedikit', dan 'sama banyak' secara tepat tanpa hafalan mekanis.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ini juga mengenalkan konsep pasangan bilangan (number bonds) sebagai fondasi operasi penjumlahan dan pengurangan. Siswa belajar memisahkan dan menggabungkan kelompok objek menjadi bagian-bagian penyusun bilangan dasar.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Bilangan Cacah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Himpunan bilangan bulat yang tidak negatif, dimulai dari angka 0, 1, 2, 3, dan seterusnya.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Lambang Bilangan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Simbol atau tanda grafis berupa angka yang digunakan untuk mewakili suatu nilai bilangan.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Membilang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Menyebutkan atau menghitung urutan bilangan satu demi satu sambil menunjuk objek.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Pasangan Bilangan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Kombinasi dua bilangan yang jika digabungkan menghasilkan satu bilangan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Korespondensi Satu-Satu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memasangkan setiap benda dalam kelompok pertama dengan tepat satu benda di kelompok kedua untuk membandingkan jumlah.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