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Struktur, Tata Nama, dan Reaksi Senyawa Karbon Turunan Alkana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gugus fungsi dan menuliskan tata nama IUPAC serta nama lazim (trivial) dari 7 homolog turunan alkana.</w:t>
      </w:r>
    </w:p>
    <w:p>
      <w:pPr>
        <w:pStyle w:val="ListNumber"/>
      </w:pPr>
      <w:r>
        <w:rPr>
          <w:rFonts w:ascii="Calibri" w:hAnsi="Calibri"/>
          <w:b w:val="0"/>
          <w:i w:val="0"/>
          <w:color w:val="000000"/>
          <w:sz w:val="19"/>
        </w:rPr>
        <w:t>Menentukan hubungan isomer struktur (rantai, posisi, gugus fungsi) dan isomer ruang (geometri cis-trans dan optis aktif enansiomer).</w:t>
      </w:r>
    </w:p>
    <w:p>
      <w:pPr>
        <w:pStyle w:val="ListNumber"/>
      </w:pPr>
      <w:r>
        <w:rPr>
          <w:rFonts w:ascii="Calibri" w:hAnsi="Calibri"/>
          <w:b w:val="0"/>
          <w:i w:val="0"/>
          <w:color w:val="000000"/>
          <w:sz w:val="19"/>
        </w:rPr>
        <w:t>Menganalisis reaksi-reaksi kimia organik (substitusi, eliminasi, adisi, oksidasi alkohol primer/sekunder, esterifikasi, uji Fehling/Tollens) dan kegunaannya dalam industri/kesehatan.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gugus fungsi, tata nama IUPAC/trivial, isomeri (posisi, fungsi, optis aktif), dan reaksi khas alkohol, eter, aldehid, keton, asam karboksilat, ester, dan haloalkana.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Gugus Fungsi dan Tata Nama IUPAC/Trivial Turunan Alkana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Aturan penamaan rantai utama, penomoran cabang, dan penamaan alkohol, eter, aldehida, keton, asam alkanoat, alkil alkanoat, dan haloalkana.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Klasifikasi Isomeri Struktur dan Isomeri Optis Kiralitas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Isomer kerangka, posisi gugus fungsi, isomer fungsi pasangan homolog (</w:t>
      </w:r>
      <m:oMath>
        <m:sSub>
          <m:e>
            <m:r>
              <m:t>C</m:t>
            </m:r>
          </m:e>
          <m:sub>
            <m:r>
              <m:t>n</m:t>
            </m:r>
          </m:sub>
        </m:sSub>
        <m:sSub>
          <m:e>
            <m:r>
              <m:t>H</m:t>
            </m:r>
          </m:e>
          <m:sub>
            <m:r>
              <m:t>2</m:t>
            </m:r>
            <m:r>
              <m:t>n</m:t>
            </m:r>
            <m:r>
              <m:t>+</m:t>
            </m:r>
            <m:r>
              <m:t>2</m:t>
            </m:r>
          </m:sub>
        </m:sSub>
        <m:r>
          <m:t>O</m:t>
        </m:r>
        <m:r>
          <m:t>,</m:t>
        </m:r>
        <m:sSub>
          <m:e>
            <m:r>
              <m:t>C</m:t>
            </m:r>
          </m:e>
          <m:sub>
            <m:r>
              <m:t>n</m:t>
            </m:r>
          </m:sub>
        </m:sSub>
        <m:sSub>
          <m:e>
            <m:r>
              <m:t>H</m:t>
            </m:r>
          </m:e>
          <m:sub>
            <m:r>
              <m:t>2</m:t>
            </m:r>
            <m:r>
              <m:t>n</m:t>
            </m:r>
          </m:sub>
        </m:sSub>
        <m:r>
          <m:t>O</m:t>
        </m:r>
        <m:r>
          <m:t>,</m:t>
        </m:r>
        <m:sSub>
          <m:e>
            <m:r>
              <m:t>C</m:t>
            </m:r>
          </m:e>
          <m:sub>
            <m:r>
              <m:t>n</m:t>
            </m:r>
          </m:sub>
        </m:sSub>
        <m:sSub>
          <m:e>
            <m:r>
              <m:t>H</m:t>
            </m:r>
          </m:e>
          <m:sub>
            <m:r>
              <m:t>2</m:t>
            </m:r>
            <m:r>
              <m:t>n</m:t>
            </m:r>
          </m:sub>
        </m:sSub>
        <m:sSub>
          <m:e>
            <m:r>
              <m:t>O</m:t>
            </m:r>
          </m:e>
          <m:sub>
            <m:r>
              <m:t>2</m:t>
            </m:r>
          </m:sub>
        </m:sSub>
      </m:oMath>
      <w:r>
        <w:rPr>
          <w:rFonts w:ascii="Calibri" w:hAnsi="Calibri"/>
          <w:b w:val="0"/>
          <w:i w:val="0"/>
          <w:color w:val="000000"/>
          <w:sz w:val="18"/>
        </w:rPr>
        <w:t>), dan polarimetri karbon kiral.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Reaksi Organik Khas dan Reagen Uji Identifikasi Laboratorium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Oksidasi alkohol primer/sekunder/tersier, reduksi asam karboksilat, reaksi esterifikasi Fisher, uji cermin perak Tollens, dan uji Fehling.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Senyawa organik dengan rumus molekul </w:t>
      </w:r>
      <m:oMath>
        <m:sSub>
          <m:e>
            <m:r>
              <m:t>C</m:t>
            </m:r>
          </m:e>
          <m:sub>
            <m:r>
              <m:t>3</m:t>
            </m:r>
          </m:sub>
        </m:sSub>
        <m:sSub>
          <m:e>
            <m:r>
              <m:t>H</m:t>
            </m:r>
          </m:e>
          <m:sub>
            <m:r>
              <m:t>8</m:t>
            </m:r>
          </m:sub>
        </m:sSub>
        <m:r>
          <m:t>O</m:t>
        </m:r>
      </m:oMath>
      <w:r>
        <w:rPr>
          <w:rFonts w:ascii="Calibri" w:hAnsi="Calibri"/>
          <w:b w:val="0"/>
          <w:i w:val="0"/>
          <w:color w:val="000000"/>
          <w:sz w:val="19"/>
        </w:rPr>
        <w:t xml:space="preserve"> memiliki dua kemungkinan kelompok senyawa isomer fungsi, yaitu...</w:t>
      </w:r>
    </w:p>
    <w:p>
      <w:pPr>
        <w:spacing w:before="0" w:after="20"/>
        <w:ind w:left="576"/>
      </w:pPr>
      <w:r>
        <w:rPr>
          <w:rFonts w:ascii="Calibri" w:hAnsi="Calibri"/>
          <w:b w:val="0"/>
          <w:i w:val="0"/>
          <w:color w:val="000000"/>
          <w:sz w:val="18"/>
        </w:rPr>
        <w:t>A. Aldehid dan Keton</w:t>
      </w:r>
    </w:p>
    <w:p>
      <w:pPr>
        <w:spacing w:before="0" w:after="20"/>
        <w:ind w:left="576"/>
      </w:pPr>
      <w:r>
        <w:rPr>
          <w:rFonts w:ascii="Calibri" w:hAnsi="Calibri"/>
          <w:b w:val="0"/>
          <w:i w:val="0"/>
          <w:color w:val="000000"/>
          <w:sz w:val="18"/>
        </w:rPr>
        <w:t>B. Alkohol dan Eter</w:t>
      </w:r>
    </w:p>
    <w:p>
      <w:pPr>
        <w:spacing w:before="0" w:after="20"/>
        <w:ind w:left="576"/>
      </w:pPr>
      <w:r>
        <w:rPr>
          <w:rFonts w:ascii="Calibri" w:hAnsi="Calibri"/>
          <w:b w:val="0"/>
          <w:i w:val="0"/>
          <w:color w:val="000000"/>
          <w:sz w:val="18"/>
        </w:rPr>
        <w:t>C. Asam Karboksilat dan Ester</w:t>
      </w:r>
    </w:p>
    <w:p>
      <w:pPr>
        <w:spacing w:before="0" w:after="20"/>
        <w:ind w:left="576"/>
      </w:pPr>
      <w:r>
        <w:rPr>
          <w:rFonts w:ascii="Calibri" w:hAnsi="Calibri"/>
          <w:b w:val="0"/>
          <w:i w:val="0"/>
          <w:color w:val="000000"/>
          <w:sz w:val="18"/>
        </w:rPr>
        <w:t>D. Alkana dan Alkena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Rumus umum </w:t>
      </w:r>
      <m:oMath>
        <m:sSub>
          <m:e>
            <m:r>
              <m:t>C</m:t>
            </m:r>
          </m:e>
          <m:sub>
            <m:r>
              <m:t>n</m:t>
            </m:r>
          </m:sub>
        </m:sSub>
        <m:sSub>
          <m:e>
            <m:r>
              <m:t>H</m:t>
            </m:r>
          </m:e>
          <m:sub>
            <m:r>
              <m:t>2</m:t>
            </m:r>
            <m:r>
              <m:t>n</m:t>
            </m:r>
            <m:r>
              <m:t>+</m:t>
            </m:r>
            <m:r>
              <m:t>2</m:t>
            </m:r>
          </m:sub>
        </m:sSub>
        <m:r>
          <m:t>O</m:t>
        </m:r>
      </m:oMath>
      <w:r>
        <w:rPr>
          <w:rFonts w:ascii="Calibri" w:hAnsi="Calibri"/>
          <w:b w:val="0"/>
          <w:i/>
          <w:color w:val="64748B"/>
          <w:sz w:val="17"/>
        </w:rPr>
        <w:t xml:space="preserve"> merupakan rumus molekul untuk pasangan isomer gugus fungsi antara kelompok Alkohol (misal 1-propanol) dan Eter (misal metoksi etana).</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Suatu senyawa organik memiliki rumus molekul </w:t>
      </w:r>
      <m:oMath>
        <m:sSub>
          <m:e>
            <m:r>
              <m:t>C</m:t>
            </m:r>
          </m:e>
          <m:sub>
            <m:r>
              <m:t>3</m:t>
            </m:r>
          </m:sub>
        </m:sSub>
        <m:sSub>
          <m:e>
            <m:r>
              <m:t>H</m:t>
            </m:r>
          </m:e>
          <m:sub>
            <m:r>
              <m:t>6</m:t>
            </m:r>
          </m:sub>
        </m:sSub>
        <m:r>
          <m:t>O</m:t>
        </m:r>
      </m:oMath>
      <w:r>
        <w:rPr>
          <w:rFonts w:ascii="Calibri" w:hAnsi="Calibri"/>
          <w:b w:val="0"/>
          <w:i w:val="0"/>
          <w:color w:val="000000"/>
          <w:sz w:val="19"/>
        </w:rPr>
        <w:t>. Jika diuji di laboratorium, senyawa ini TIDAK bereaksi dengan pereaksi Tollens dan tidak menghasilkan endapan merah bata dengan pereaksi Fehling. Senyawa tersebut adalah...</w:t>
      </w:r>
    </w:p>
    <w:p>
      <w:pPr>
        <w:spacing w:before="0" w:after="20"/>
        <w:ind w:left="576"/>
      </w:pPr>
      <w:r>
        <w:rPr>
          <w:rFonts w:ascii="Calibri" w:hAnsi="Calibri"/>
          <w:b w:val="0"/>
          <w:i w:val="0"/>
          <w:color w:val="000000"/>
          <w:sz w:val="18"/>
        </w:rPr>
        <w:t>A. Propanal (Aldehid)</w:t>
      </w:r>
    </w:p>
    <w:p>
      <w:pPr>
        <w:spacing w:before="0" w:after="20"/>
        <w:ind w:left="576"/>
      </w:pPr>
      <w:r>
        <w:rPr>
          <w:rFonts w:ascii="Calibri" w:hAnsi="Calibri"/>
          <w:b w:val="0"/>
          <w:i w:val="0"/>
          <w:color w:val="000000"/>
          <w:sz w:val="18"/>
        </w:rPr>
        <w:t>B. Propanon / Aseton (Keton)</w:t>
      </w:r>
    </w:p>
    <w:p>
      <w:pPr>
        <w:spacing w:before="0" w:after="20"/>
        <w:ind w:left="576"/>
      </w:pPr>
      <w:r>
        <w:rPr>
          <w:rFonts w:ascii="Calibri" w:hAnsi="Calibri"/>
          <w:b w:val="0"/>
          <w:i w:val="0"/>
          <w:color w:val="000000"/>
          <w:sz w:val="18"/>
        </w:rPr>
        <w:t>C. Asam Propanoat</w:t>
      </w:r>
    </w:p>
    <w:p>
      <w:pPr>
        <w:spacing w:before="0" w:after="20"/>
        <w:ind w:left="576"/>
      </w:pPr>
      <w:r>
        <w:rPr>
          <w:rFonts w:ascii="Calibri" w:hAnsi="Calibri"/>
          <w:b w:val="0"/>
          <w:i w:val="0"/>
          <w:color w:val="000000"/>
          <w:sz w:val="18"/>
        </w:rPr>
        <w:t>D. Metil etanoat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Keton (seperti propanon </w:t>
      </w:r>
      <m:oMath>
        <m:r>
          <m:t>C</m:t>
        </m:r>
        <m:sSub>
          <m:e>
            <m:r>
              <m:t>H</m:t>
            </m:r>
          </m:e>
          <m:sub>
            <m:r>
              <m:t>3</m:t>
            </m:r>
          </m:sub>
        </m:sSub>
        <m:r>
          <m:t>-</m:t>
        </m:r>
        <m:r>
          <m:t>C</m:t>
        </m:r>
        <m:r>
          <m:t>O</m:t>
        </m:r>
        <m:r>
          <m:t>-</m:t>
        </m:r>
        <m:r>
          <m:t>C</m:t>
        </m:r>
        <m:sSub>
          <m:e>
            <m:r>
              <m:t>H</m:t>
            </m:r>
          </m:e>
          <m:sub>
            <m:r>
              <m:t>3</m:t>
            </m:r>
          </m:sub>
        </m:sSub>
      </m:oMath>
      <w:r>
        <w:rPr>
          <w:rFonts w:ascii="Calibri" w:hAnsi="Calibri"/>
          <w:b w:val="0"/>
          <w:i/>
          <w:color w:val="64748B"/>
          <w:sz w:val="17"/>
        </w:rPr>
        <w:t>) tidak dapat dioksidasi oleh oksidator lemah seperti pereaksi Tollens atau Fehling, berbeda dengan aldehid (propanal) yang bereaksi positif.</w:t>
      </w:r>
    </w:p>
    <w:p>
      <w:pPr>
        <w:spacing w:before="80" w:after="40"/>
        <w:ind w:left="216"/>
      </w:pPr>
      <w:r>
        <w:rPr>
          <w:rFonts w:ascii="Calibri" w:hAnsi="Calibri"/>
          <w:b/>
          <w:color w:val="000000"/>
          <w:sz w:val="19"/>
        </w:rPr>
        <w:t xml:space="preserve">3. </w:t>
      </w:r>
      <w:r>
        <w:rPr>
          <w:rFonts w:ascii="Calibri" w:hAnsi="Calibri"/>
          <w:b w:val="0"/>
          <w:i w:val="0"/>
          <w:color w:val="000000"/>
          <w:sz w:val="19"/>
        </w:rPr>
        <w:t>Hasil oksidasi dari alkohol sekunder (seperti 2-propanol) menggunakan larutan kalium permanganat (</w:t>
      </w:r>
      <m:oMath>
        <m:r>
          <m:t>K</m:t>
        </m:r>
        <m:r>
          <m:t>M</m:t>
        </m:r>
        <m:r>
          <m:t>n</m:t>
        </m:r>
        <m:sSub>
          <m:e>
            <m:r>
              <m:t>O</m:t>
            </m:r>
          </m:e>
          <m:sub>
            <m:r>
              <m:t>4</m:t>
            </m:r>
          </m:sub>
        </m:sSub>
      </m:oMath>
      <w:r>
        <w:rPr>
          <w:rFonts w:ascii="Calibri" w:hAnsi="Calibri"/>
          <w:b w:val="0"/>
          <w:i w:val="0"/>
          <w:color w:val="000000"/>
          <w:sz w:val="19"/>
        </w:rPr>
        <w:t xml:space="preserve">) atau </w:t>
      </w:r>
      <m:oMath>
        <m:sSub>
          <m:e>
            <m:r>
              <m:t>K</m:t>
            </m:r>
          </m:e>
          <m:sub>
            <m:r>
              <m:t>2</m:t>
            </m:r>
          </m:sub>
        </m:sSub>
        <m:r>
          <m:t>C</m:t>
        </m:r>
        <m:sSub>
          <m:e>
            <m:r>
              <m:t>r</m:t>
            </m:r>
          </m:e>
          <m:sub>
            <m:r>
              <m:t>2</m:t>
            </m:r>
          </m:sub>
        </m:sSub>
        <m:sSub>
          <m:e>
            <m:r>
              <m:t>O</m:t>
            </m:r>
          </m:e>
          <m:sub>
            <m:r>
              <m:t>7</m:t>
            </m:r>
          </m:sub>
        </m:sSub>
      </m:oMath>
      <w:r>
        <w:rPr>
          <w:rFonts w:ascii="Calibri" w:hAnsi="Calibri"/>
          <w:b w:val="0"/>
          <w:i w:val="0"/>
          <w:color w:val="000000"/>
          <w:sz w:val="19"/>
        </w:rPr>
        <w:t xml:space="preserve"> suasana asam adalah...</w:t>
      </w:r>
    </w:p>
    <w:p>
      <w:pPr>
        <w:spacing w:before="0" w:after="20"/>
        <w:ind w:left="576"/>
      </w:pPr>
      <w:r>
        <w:rPr>
          <w:rFonts w:ascii="Calibri" w:hAnsi="Calibri"/>
          <w:b w:val="0"/>
          <w:i w:val="0"/>
          <w:color w:val="000000"/>
          <w:sz w:val="18"/>
        </w:rPr>
        <w:t>A. Aldehid</w:t>
      </w:r>
    </w:p>
    <w:p>
      <w:pPr>
        <w:spacing w:before="0" w:after="20"/>
        <w:ind w:left="576"/>
      </w:pPr>
      <w:r>
        <w:rPr>
          <w:rFonts w:ascii="Calibri" w:hAnsi="Calibri"/>
          <w:b w:val="0"/>
          <w:i w:val="0"/>
          <w:color w:val="000000"/>
          <w:sz w:val="18"/>
        </w:rPr>
        <w:t>B. Keton (Propanon)</w:t>
      </w:r>
    </w:p>
    <w:p>
      <w:pPr>
        <w:spacing w:before="0" w:after="20"/>
        <w:ind w:left="576"/>
      </w:pPr>
      <w:r>
        <w:rPr>
          <w:rFonts w:ascii="Calibri" w:hAnsi="Calibri"/>
          <w:b w:val="0"/>
          <w:i w:val="0"/>
          <w:color w:val="000000"/>
          <w:sz w:val="18"/>
        </w:rPr>
        <w:t>C. Asam Karboksilat</w:t>
      </w:r>
    </w:p>
    <w:p>
      <w:pPr>
        <w:spacing w:before="0" w:after="20"/>
        <w:ind w:left="576"/>
      </w:pPr>
      <w:r>
        <w:rPr>
          <w:rFonts w:ascii="Calibri" w:hAnsi="Calibri"/>
          <w:b w:val="0"/>
          <w:i w:val="0"/>
          <w:color w:val="000000"/>
          <w:sz w:val="18"/>
        </w:rPr>
        <w:t>D. Gas Karbon Dioksida dan Air murni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Alkohol sekunder dioksidasi menghasilkan senyawa Keton (</w:t>
      </w:r>
      <m:oMath>
        <m:r>
          <m:t>R</m:t>
        </m:r>
        <m:r>
          <m:t>-</m:t>
        </m:r>
        <m:r>
          <m:t>C</m:t>
        </m:r>
        <m:r>
          <m:t>H</m:t>
        </m:r>
        <m:r>
          <m:t>(</m:t>
        </m:r>
        <m:r>
          <m:t>O</m:t>
        </m:r>
        <m:r>
          <m:t>H</m:t>
        </m:r>
        <m:r>
          <m:t>)</m:t>
        </m:r>
        <m:r>
          <m:t>-</m:t>
        </m:r>
        <m:r>
          <m:t>R</m:t>
        </m:r>
        <m:r>
          <m:t>'</m:t>
        </m:r>
        <m:r>
          <m:t>xrightarrow</m:t>
        </m:r>
        <m:r>
          <m:t>[</m:t>
        </m:r>
        <m:r>
          <m:t>O</m:t>
        </m:r>
        <m:r>
          <m:t>]</m:t>
        </m:r>
        <m:r>
          <m:t>R</m:t>
        </m:r>
        <m:r>
          <m:t>-</m:t>
        </m:r>
        <m:r>
          <m:t>C</m:t>
        </m:r>
        <m:r>
          <m:t>O</m:t>
        </m:r>
        <m:r>
          <m:t>-</m:t>
        </m:r>
        <m:r>
          <m:t>R</m:t>
        </m:r>
        <m:r>
          <m:t>'</m:t>
        </m:r>
      </m:oMath>
      <w:r>
        <w:rPr>
          <w:rFonts w:ascii="Calibri" w:hAnsi="Calibri"/>
          <w:b w:val="0"/>
          <w:i/>
          <w:color w:val="64748B"/>
          <w:sz w:val="17"/>
        </w:rPr>
        <w:t>). Alkohol primer dioksidasi menjadi aldehid lalu asam karboksilat, sedangkan alkohol tersier tidak dapat dioksidasi.</w:t>
      </w:r>
    </w:p>
    <w:p>
      <w:pPr>
        <w:spacing w:before="80" w:after="40"/>
        <w:ind w:left="216"/>
      </w:pPr>
      <w:r>
        <w:rPr>
          <w:rFonts w:ascii="Calibri" w:hAnsi="Calibri"/>
          <w:b/>
          <w:color w:val="000000"/>
          <w:sz w:val="19"/>
        </w:rPr>
        <w:t xml:space="preserve">4. </w:t>
      </w:r>
      <w:r>
        <w:rPr>
          <w:rFonts w:ascii="Calibri" w:hAnsi="Calibri"/>
          <w:b w:val="0"/>
          <w:i w:val="0"/>
          <w:color w:val="000000"/>
          <w:sz w:val="19"/>
        </w:rPr>
        <w:t>Reaksi antara asam etanoat (asam asetat) dengan etanol menggunakan pemanasan dan beberapa tetes katalis asam sulfat pekat akan menghasilkan...</w:t>
      </w:r>
    </w:p>
    <w:p>
      <w:pPr>
        <w:spacing w:before="0" w:after="20"/>
        <w:ind w:left="576"/>
      </w:pPr>
      <w:r>
        <w:rPr>
          <w:rFonts w:ascii="Calibri" w:hAnsi="Calibri"/>
          <w:b w:val="0"/>
          <w:i w:val="0"/>
          <w:color w:val="000000"/>
          <w:sz w:val="18"/>
        </w:rPr>
        <w:t>A. Metil propanoat dan hidrogen</w:t>
      </w:r>
    </w:p>
    <w:p>
      <w:pPr>
        <w:spacing w:before="0" w:after="20"/>
        <w:ind w:left="576"/>
      </w:pPr>
      <w:r>
        <w:rPr>
          <w:rFonts w:ascii="Calibri" w:hAnsi="Calibri"/>
          <w:b w:val="0"/>
          <w:i w:val="0"/>
          <w:color w:val="000000"/>
          <w:sz w:val="18"/>
        </w:rPr>
        <w:t>B. Etil etanoat (ester beraroma harum buah) dan air</w:t>
      </w:r>
    </w:p>
    <w:p>
      <w:pPr>
        <w:spacing w:before="0" w:after="20"/>
        <w:ind w:left="576"/>
      </w:pPr>
      <w:r>
        <w:rPr>
          <w:rFonts w:ascii="Calibri" w:hAnsi="Calibri"/>
          <w:b w:val="0"/>
          <w:i w:val="0"/>
          <w:color w:val="000000"/>
          <w:sz w:val="18"/>
        </w:rPr>
        <w:t>C. Gas etana dan gas oksigen</w:t>
      </w:r>
    </w:p>
    <w:p>
      <w:pPr>
        <w:spacing w:before="0" w:after="20"/>
        <w:ind w:left="576"/>
      </w:pPr>
      <w:r>
        <w:rPr>
          <w:rFonts w:ascii="Calibri" w:hAnsi="Calibri"/>
          <w:b w:val="0"/>
          <w:i w:val="0"/>
          <w:color w:val="000000"/>
          <w:sz w:val="18"/>
        </w:rPr>
        <w:t>D. Garam natrium klorida</w:t>
      </w:r>
    </w:p>
    <w:p>
      <w:pPr>
        <w:spacing w:before="20" w:after="80"/>
        <w:ind w:left="576"/>
      </w:pPr>
      <w:r>
        <w:rPr>
          <w:rFonts w:ascii="Calibri" w:hAnsi="Calibri"/>
          <w:i/>
          <w:color w:val="64748B"/>
          <w:sz w:val="17"/>
        </w:rPr>
        <w:t xml:space="preserve">Kunci Jawaban: B — Pembahasan: </w:t>
      </w:r>
      <m:oMath>
        <m:r>
          <m:t>C</m:t>
        </m:r>
        <m:sSub>
          <m:e>
            <m:r>
              <m:t>H</m:t>
            </m:r>
          </m:e>
          <m:sub>
            <m:r>
              <m:t>3</m:t>
            </m:r>
          </m:sub>
        </m:sSub>
        <m:r>
          <m:t>C</m:t>
        </m:r>
        <m:r>
          <m:t>O</m:t>
        </m:r>
        <m:r>
          <m:t>O</m:t>
        </m:r>
        <m:r>
          <m:t>H</m:t>
        </m:r>
        <m:r>
          <m:t>+</m:t>
        </m:r>
        <m:r>
          <m:t>C</m:t>
        </m:r>
        <m:sSub>
          <m:e>
            <m:r>
              <m:t>H</m:t>
            </m:r>
          </m:e>
          <m:sub>
            <m:r>
              <m:t>3</m:t>
            </m:r>
          </m:sub>
        </m:sSub>
        <m:r>
          <m:t>C</m:t>
        </m:r>
        <m:sSub>
          <m:e>
            <m:r>
              <m:t>H</m:t>
            </m:r>
          </m:e>
          <m:sub>
            <m:r>
              <m:t>2</m:t>
            </m:r>
          </m:sub>
        </m:sSub>
        <m:r>
          <m:t>O</m:t>
        </m:r>
        <m:r>
          <m:t>H</m:t>
        </m:r>
        <m:r>
          <m:t>xrightarrow</m:t>
        </m:r>
        <m:sSup>
          <m:e>
            <m:r>
              <m:t>H</m:t>
            </m:r>
          </m:e>
          <m:sup>
            <m:r>
              <m:t>+</m:t>
            </m:r>
          </m:sup>
        </m:sSup>
        <m:r>
          <m:t>C</m:t>
        </m:r>
        <m:sSub>
          <m:e>
            <m:r>
              <m:t>H</m:t>
            </m:r>
          </m:e>
          <m:sub>
            <m:r>
              <m:t>3</m:t>
            </m:r>
          </m:sub>
        </m:sSub>
        <m:r>
          <m:t>C</m:t>
        </m:r>
        <m:r>
          <m:t>O</m:t>
        </m:r>
        <m:r>
          <m:t>O</m:t>
        </m:r>
        <m:r>
          <m:t>C</m:t>
        </m:r>
        <m:sSub>
          <m:e>
            <m:r>
              <m:t>H</m:t>
            </m:r>
          </m:e>
          <m:sub>
            <m:r>
              <m:t>2</m:t>
            </m:r>
          </m:sub>
        </m:sSub>
        <m:r>
          <m:t>C</m:t>
        </m:r>
        <m:sSub>
          <m:e>
            <m:r>
              <m:t>H</m:t>
            </m:r>
          </m:e>
          <m:sub>
            <m:r>
              <m:t>3</m:t>
            </m:r>
          </m:sub>
        </m:sSub>
        <m:r>
          <m:t>+</m:t>
        </m:r>
        <m:sSub>
          <m:e>
            <m:r>
              <m:t>H</m:t>
            </m:r>
          </m:e>
          <m:sub>
            <m:r>
              <m:t>2</m:t>
            </m:r>
          </m:sub>
        </m:sSub>
        <m:r>
          <m:t>O</m:t>
        </m:r>
      </m:oMath>
      <w:r>
        <w:rPr>
          <w:rFonts w:ascii="Calibri" w:hAnsi="Calibri"/>
          <w:b w:val="0"/>
          <w:i/>
          <w:color w:val="64748B"/>
          <w:sz w:val="17"/>
        </w:rPr>
        <w:t>. Reaksi esterifikasi Fisher ini menghasilkan etil etanoat (etil asetat) yang memiliki aroma khas manis buah.</w:t>
      </w:r>
    </w:p>
    <w:p>
      <w:pPr>
        <w:spacing w:before="80" w:after="40"/>
        <w:ind w:left="216"/>
      </w:pPr>
      <w:r>
        <w:rPr>
          <w:rFonts w:ascii="Calibri" w:hAnsi="Calibri"/>
          <w:b/>
          <w:color w:val="000000"/>
          <w:sz w:val="19"/>
        </w:rPr>
        <w:t xml:space="preserve">5. </w:t>
      </w:r>
      <w:r>
        <w:rPr>
          <w:rFonts w:ascii="Calibri" w:hAnsi="Calibri"/>
          <w:b w:val="0"/>
          <w:i w:val="0"/>
          <w:color w:val="000000"/>
          <w:sz w:val="19"/>
        </w:rPr>
        <w:t>Manakah di antara molekul alkohol berikut yang memiliki atom karbon kiral sehingga bersifat optis aktif (dapat memutar bidang cahaya terpolarisasi)?</w:t>
      </w:r>
    </w:p>
    <w:p>
      <w:pPr>
        <w:spacing w:before="0" w:after="20"/>
        <w:ind w:left="576"/>
      </w:pPr>
      <w:r>
        <w:rPr>
          <w:rFonts w:ascii="Calibri" w:hAnsi="Calibri"/>
          <w:b w:val="0"/>
          <w:i w:val="0"/>
          <w:color w:val="000000"/>
          <w:sz w:val="18"/>
        </w:rPr>
        <w:t>A. Metanol (</w:t>
      </w:r>
      <m:oMath>
        <m:r>
          <m:t>C</m:t>
        </m:r>
        <m:sSub>
          <m:e>
            <m:r>
              <m:t>H</m:t>
            </m:r>
          </m:e>
          <m:sub>
            <m:r>
              <m:t>3</m:t>
            </m:r>
          </m:sub>
        </m:sSub>
        <m:r>
          <m:t>O</m:t>
        </m:r>
        <m:r>
          <m:t>H</m:t>
        </m:r>
      </m:oMath>
      <w:r>
        <w:rPr>
          <w:rFonts w:ascii="Calibri" w:hAnsi="Calibri"/>
          <w:b w:val="0"/>
          <w:i w:val="0"/>
          <w:color w:val="000000"/>
          <w:sz w:val="18"/>
        </w:rPr>
        <w:t>)</w:t>
      </w:r>
    </w:p>
    <w:p>
      <w:pPr>
        <w:spacing w:before="0" w:after="20"/>
        <w:ind w:left="576"/>
      </w:pPr>
      <w:r>
        <w:rPr>
          <w:rFonts w:ascii="Calibri" w:hAnsi="Calibri"/>
          <w:b w:val="0"/>
          <w:i w:val="0"/>
          <w:color w:val="000000"/>
          <w:sz w:val="18"/>
        </w:rPr>
        <w:t>B. Etanol (</w:t>
      </w:r>
      <m:oMath>
        <m:r>
          <m:t>C</m:t>
        </m:r>
        <m:sSub>
          <m:e>
            <m:r>
              <m:t>H</m:t>
            </m:r>
          </m:e>
          <m:sub>
            <m:r>
              <m:t>3</m:t>
            </m:r>
          </m:sub>
        </m:sSub>
        <m:r>
          <m:t>C</m:t>
        </m:r>
        <m:sSub>
          <m:e>
            <m:r>
              <m:t>H</m:t>
            </m:r>
          </m:e>
          <m:sub>
            <m:r>
              <m:t>2</m:t>
            </m:r>
          </m:sub>
        </m:sSub>
        <m:r>
          <m:t>O</m:t>
        </m:r>
        <m:r>
          <m:t>H</m:t>
        </m:r>
      </m:oMath>
      <w:r>
        <w:rPr>
          <w:rFonts w:ascii="Calibri" w:hAnsi="Calibri"/>
          <w:b w:val="0"/>
          <w:i w:val="0"/>
          <w:color w:val="000000"/>
          <w:sz w:val="18"/>
        </w:rPr>
        <w:t>)</w:t>
      </w:r>
    </w:p>
    <w:p>
      <w:pPr>
        <w:spacing w:before="0" w:after="20"/>
        <w:ind w:left="576"/>
      </w:pPr>
      <w:r>
        <w:rPr>
          <w:rFonts w:ascii="Calibri" w:hAnsi="Calibri"/>
          <w:b w:val="0"/>
          <w:i w:val="0"/>
          <w:color w:val="000000"/>
          <w:sz w:val="18"/>
        </w:rPr>
        <w:t>C. 1-Propanol (</w:t>
      </w:r>
      <m:oMath>
        <m:r>
          <m:t>C</m:t>
        </m:r>
        <m:sSub>
          <m:e>
            <m:r>
              <m:t>H</m:t>
            </m:r>
          </m:e>
          <m:sub>
            <m:r>
              <m:t>3</m:t>
            </m:r>
          </m:sub>
        </m:sSub>
        <m:r>
          <m:t>C</m:t>
        </m:r>
        <m:sSub>
          <m:e>
            <m:r>
              <m:t>H</m:t>
            </m:r>
          </m:e>
          <m:sub>
            <m:r>
              <m:t>2</m:t>
            </m:r>
          </m:sub>
        </m:sSub>
        <m:r>
          <m:t>C</m:t>
        </m:r>
        <m:sSub>
          <m:e>
            <m:r>
              <m:t>H</m:t>
            </m:r>
          </m:e>
          <m:sub>
            <m:r>
              <m:t>2</m:t>
            </m:r>
          </m:sub>
        </m:sSub>
        <m:r>
          <m:t>O</m:t>
        </m:r>
        <m:r>
          <m:t>H</m:t>
        </m:r>
      </m:oMath>
      <w:r>
        <w:rPr>
          <w:rFonts w:ascii="Calibri" w:hAnsi="Calibri"/>
          <w:b w:val="0"/>
          <w:i w:val="0"/>
          <w:color w:val="000000"/>
          <w:sz w:val="18"/>
        </w:rPr>
        <w:t>)</w:t>
      </w:r>
    </w:p>
    <w:p>
      <w:pPr>
        <w:spacing w:before="0" w:after="20"/>
        <w:ind w:left="576"/>
      </w:pPr>
      <w:r>
        <w:rPr>
          <w:rFonts w:ascii="Calibri" w:hAnsi="Calibri"/>
          <w:b w:val="0"/>
          <w:i w:val="0"/>
          <w:color w:val="000000"/>
          <w:sz w:val="18"/>
        </w:rPr>
        <w:t>D. 2-Butanol (</w:t>
      </w:r>
      <m:oMath>
        <m:r>
          <m:t>C</m:t>
        </m:r>
        <m:sSub>
          <m:e>
            <m:r>
              <m:t>H</m:t>
            </m:r>
          </m:e>
          <m:sub>
            <m:r>
              <m:t>3</m:t>
            </m:r>
          </m:sub>
        </m:sSub>
        <m:r>
          <m:t>-</m:t>
        </m:r>
        <m:r>
          <m:t>C</m:t>
        </m:r>
        <m:r>
          <m:t>-</m:t>
        </m:r>
        <m:r>
          <m:t>C</m:t>
        </m:r>
        <m:sSub>
          <m:e>
            <m:r>
              <m:t>H</m:t>
            </m:r>
          </m:e>
          <m:sub>
            <m:r>
              <m:t>2</m:t>
            </m:r>
          </m:sub>
        </m:sSub>
        <m:r>
          <m:t>C</m:t>
        </m:r>
        <m:sSub>
          <m:e>
            <m:r>
              <m:t>H</m:t>
            </m:r>
          </m:e>
          <m:sub>
            <m:r>
              <m:t>3</m:t>
            </m:r>
          </m:sub>
        </m:sSub>
      </m:oMath>
      <w:r>
        <w:rPr>
          <w:rFonts w:ascii="Calibri" w:hAnsi="Calibri"/>
          <w:b w:val="0"/>
          <w:i w:val="0"/>
          <w:color w:val="000000"/>
          <w:sz w:val="18"/>
        </w:rPr>
        <w:t>)</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 xml:space="preserve">Pada 2-butanol, atom C nomor 2 mengikat 4 gugus yang berbeda secara lengkap: </w:t>
      </w:r>
      <m:oMath>
        <m:r>
          <m:t>-</m:t>
        </m:r>
        <m:r>
          <m:t>H</m:t>
        </m:r>
      </m:oMath>
      <w:r>
        <w:rPr>
          <w:rFonts w:ascii="Calibri" w:hAnsi="Calibri"/>
          <w:b w:val="0"/>
          <w:i/>
          <w:color w:val="64748B"/>
          <w:sz w:val="17"/>
        </w:rPr>
        <w:t xml:space="preserve">, </w:t>
      </w:r>
      <m:oMath>
        <m:r>
          <m:t>-</m:t>
        </m:r>
        <m:r>
          <m:t>O</m:t>
        </m:r>
        <m:r>
          <m:t>H</m:t>
        </m:r>
      </m:oMath>
      <w:r>
        <w:rPr>
          <w:rFonts w:ascii="Calibri" w:hAnsi="Calibri"/>
          <w:b w:val="0"/>
          <w:i/>
          <w:color w:val="64748B"/>
          <w:sz w:val="17"/>
        </w:rPr>
        <w:t xml:space="preserve">, </w:t>
      </w:r>
      <m:oMath>
        <m:r>
          <m:t>-</m:t>
        </m:r>
        <m:r>
          <m:t>C</m:t>
        </m:r>
        <m:sSub>
          <m:e>
            <m:r>
              <m:t>H</m:t>
            </m:r>
          </m:e>
          <m:sub>
            <m:r>
              <m:t>3</m:t>
            </m:r>
          </m:sub>
        </m:sSub>
      </m:oMath>
      <w:r>
        <w:rPr>
          <w:rFonts w:ascii="Calibri" w:hAnsi="Calibri"/>
          <w:b w:val="0"/>
          <w:i/>
          <w:color w:val="64748B"/>
          <w:sz w:val="17"/>
        </w:rPr>
        <w:t xml:space="preserve">, dan </w:t>
      </w:r>
      <m:oMath>
        <m:r>
          <m:t>-</m:t>
        </m:r>
        <m:r>
          <m:t>C</m:t>
        </m:r>
        <m:sSub>
          <m:e>
            <m:r>
              <m:t>H</m:t>
            </m:r>
          </m:e>
          <m:sub>
            <m:r>
              <m:t>2</m:t>
            </m:r>
          </m:sub>
        </m:sSub>
        <m:r>
          <m:t>C</m:t>
        </m:r>
        <m:sSub>
          <m:e>
            <m:r>
              <m:t>H</m:t>
            </m:r>
          </m:e>
          <m:sub>
            <m:r>
              <m:t>3</m:t>
            </m:r>
          </m:sub>
        </m:sSub>
      </m:oMath>
      <w:r>
        <w:rPr>
          <w:rFonts w:ascii="Calibri" w:hAnsi="Calibri"/>
          <w:b w:val="0"/>
          <w:i/>
          <w:color w:val="64748B"/>
          <w:sz w:val="17"/>
        </w:rPr>
        <w:t>, menjadikannya atom karbon kiral (</w:t>
      </w:r>
      <m:oMath>
        <m:sSup>
          <m:e>
            <m:r>
              <m:t>C</m:t>
            </m:r>
          </m:e>
          <m:sup>
            <m:r>
              <m:t>*</m:t>
            </m:r>
          </m:sup>
        </m:sSup>
      </m:oMath>
      <w:r>
        <w:rPr>
          <w:rFonts w:ascii="Calibri" w:hAnsi="Calibri"/>
          <w:b w:val="0"/>
          <w:i/>
          <w:color w:val="64748B"/>
          <w:sz w:val="17"/>
        </w:rPr>
        <w:t>) yang memiliki sifat optis aktif.</w:t>
      </w:r>
    </w:p>
    <w:p>
      <w:r>
        <w:br w:type="page"/>
      </w:r>
    </w:p>
    <w:p>
      <w:pPr>
        <w:pStyle w:val="Title"/>
      </w:pPr>
      <w:r>
        <w:t>LEMBAR KERJA PESERTA DIDIK (LKPD)</w:t>
      </w:r>
    </w:p>
    <w:p>
      <w:pPr>
        <w:pStyle w:val="Subtitle"/>
      </w:pPr>
      <w:r>
        <w:t>Mata Pelajaran: Kimia • Bab 4: Struktur, Tata Nama, dan Reaksi Senyawa Karbon Turunan Alkana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Gugus Fungsi dan Tata Nama IUPAC/Trivial Turunan Alkana</w:t>
      </w:r>
    </w:p>
    <w:p>
      <w:pPr>
        <w:spacing w:before="20" w:after="60"/>
        <w:ind w:left="216"/>
      </w:pPr>
      <w:r>
        <w:rPr>
          <w:rFonts w:ascii="Calibri" w:hAnsi="Calibri"/>
          <w:color w:val="000000"/>
          <w:sz w:val="18"/>
        </w:rPr>
        <w:t xml:space="preserve">Petunjuk: </w:t>
      </w:r>
      <w:r>
        <w:rPr>
          <w:rFonts w:ascii="Calibri" w:hAnsi="Calibri"/>
          <w:b w:val="0"/>
          <w:i w:val="0"/>
          <w:color w:val="000000"/>
          <w:sz w:val="18"/>
        </w:rPr>
        <w:t>Aturan penamaan rantai utama, penomoran cabang, dan penamaan alkohol, eter, aldehida, keton, asam alkanoat, alkil alkanoat, dan haloalkana.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Klasifikasi Isomeri Struktur dan Isomeri Optis Kiralitas</w:t>
      </w:r>
    </w:p>
    <w:p>
      <w:pPr>
        <w:spacing w:before="20" w:after="60"/>
        <w:ind w:left="216"/>
      </w:pPr>
      <w:r>
        <w:rPr>
          <w:rFonts w:ascii="Calibri" w:hAnsi="Calibri"/>
          <w:color w:val="000000"/>
          <w:sz w:val="18"/>
        </w:rPr>
        <w:t xml:space="preserve">Petunjuk: </w:t>
      </w:r>
      <w:r>
        <w:rPr>
          <w:rFonts w:ascii="Calibri" w:hAnsi="Calibri"/>
          <w:b w:val="0"/>
          <w:i w:val="0"/>
          <w:color w:val="000000"/>
          <w:sz w:val="18"/>
        </w:rPr>
        <w:t>Isomer kerangka, posisi gugus fungsi, isomer fungsi pasangan homolog (</w:t>
      </w:r>
      <m:oMath>
        <m:sSub>
          <m:e>
            <m:r>
              <m:t>C</m:t>
            </m:r>
          </m:e>
          <m:sub>
            <m:r>
              <m:t>n</m:t>
            </m:r>
          </m:sub>
        </m:sSub>
        <m:sSub>
          <m:e>
            <m:r>
              <m:t>H</m:t>
            </m:r>
          </m:e>
          <m:sub>
            <m:r>
              <m:t>2</m:t>
            </m:r>
            <m:r>
              <m:t>n</m:t>
            </m:r>
            <m:r>
              <m:t>+</m:t>
            </m:r>
            <m:r>
              <m:t>2</m:t>
            </m:r>
          </m:sub>
        </m:sSub>
        <m:r>
          <m:t>O</m:t>
        </m:r>
        <m:r>
          <m:t>,</m:t>
        </m:r>
        <m:sSub>
          <m:e>
            <m:r>
              <m:t>C</m:t>
            </m:r>
          </m:e>
          <m:sub>
            <m:r>
              <m:t>n</m:t>
            </m:r>
          </m:sub>
        </m:sSub>
        <m:sSub>
          <m:e>
            <m:r>
              <m:t>H</m:t>
            </m:r>
          </m:e>
          <m:sub>
            <m:r>
              <m:t>2</m:t>
            </m:r>
            <m:r>
              <m:t>n</m:t>
            </m:r>
          </m:sub>
        </m:sSub>
        <m:r>
          <m:t>O</m:t>
        </m:r>
        <m:r>
          <m:t>,</m:t>
        </m:r>
        <m:sSub>
          <m:e>
            <m:r>
              <m:t>C</m:t>
            </m:r>
          </m:e>
          <m:sub>
            <m:r>
              <m:t>n</m:t>
            </m:r>
          </m:sub>
        </m:sSub>
        <m:sSub>
          <m:e>
            <m:r>
              <m:t>H</m:t>
            </m:r>
          </m:e>
          <m:sub>
            <m:r>
              <m:t>2</m:t>
            </m:r>
            <m:r>
              <m:t>n</m:t>
            </m:r>
          </m:sub>
        </m:sSub>
        <m:sSub>
          <m:e>
            <m:r>
              <m:t>O</m:t>
            </m:r>
          </m:e>
          <m:sub>
            <m:r>
              <m:t>2</m:t>
            </m:r>
          </m:sub>
        </m:sSub>
      </m:oMath>
      <w:r>
        <w:rPr>
          <w:rFonts w:ascii="Calibri" w:hAnsi="Calibri"/>
          <w:b w:val="0"/>
          <w:i w:val="0"/>
          <w:color w:val="000000"/>
          <w:sz w:val="18"/>
        </w:rPr>
        <w:t>), dan polarimetri karbon kiral.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Reaksi Organik Khas dan Reagen Uji Identifikasi Laboratorium</w:t>
      </w:r>
    </w:p>
    <w:p>
      <w:pPr>
        <w:spacing w:before="20" w:after="60"/>
        <w:ind w:left="216"/>
      </w:pPr>
      <w:r>
        <w:rPr>
          <w:rFonts w:ascii="Calibri" w:hAnsi="Calibri"/>
          <w:color w:val="000000"/>
          <w:sz w:val="18"/>
        </w:rPr>
        <w:t xml:space="preserve">Petunjuk: </w:t>
      </w:r>
      <w:r>
        <w:rPr>
          <w:rFonts w:ascii="Calibri" w:hAnsi="Calibri"/>
          <w:b w:val="0"/>
          <w:i w:val="0"/>
          <w:color w:val="000000"/>
          <w:sz w:val="18"/>
        </w:rPr>
        <w:t>Oksidasi alkohol primer/sekunder/tersier, reduksi asam karboksilat, reaksi esterifikasi Fisher, uji cermin perak Tollens, dan uji Fehling.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Kimia Organik berpusat pada kekhasan atom karbon yang mampu membentuk rantai kovalen stabil dengan berbagai gugus fungsi. Pada jenjang SMA Kelas 12, peserta didik mempelajari tujuh kelompok senyawa turunan alkana yang dibedakan berdasarkan gugus fungsinya: Alkohol (</w:t>
      </w:r>
      <m:oMath>
        <m:r>
          <m:t>-</m:t>
        </m:r>
        <m:r>
          <m:t>O</m:t>
        </m:r>
        <m:r>
          <m:t>H</m:t>
        </m:r>
      </m:oMath>
      <w:r>
        <w:rPr>
          <w:rFonts w:ascii="Calibri" w:hAnsi="Calibri"/>
          <w:b w:val="0"/>
          <w:i w:val="0"/>
          <w:color w:val="000000"/>
          <w:sz w:val="19"/>
        </w:rPr>
        <w:t>), Eter (</w:t>
      </w:r>
      <m:oMath>
        <m:r>
          <m:t>-</m:t>
        </m:r>
        <m:r>
          <m:t>O</m:t>
        </m:r>
        <m:r>
          <m:t>-</m:t>
        </m:r>
      </m:oMath>
      <w:r>
        <w:rPr>
          <w:rFonts w:ascii="Calibri" w:hAnsi="Calibri"/>
          <w:b w:val="0"/>
          <w:i w:val="0"/>
          <w:color w:val="000000"/>
          <w:sz w:val="19"/>
        </w:rPr>
        <w:t>), Aldehid (</w:t>
      </w:r>
      <m:oMath>
        <m:r>
          <m:t>-</m:t>
        </m:r>
        <m:r>
          <m:t>C</m:t>
        </m:r>
        <m:r>
          <m:t>H</m:t>
        </m:r>
        <m:r>
          <m:t>O</m:t>
        </m:r>
      </m:oMath>
      <w:r>
        <w:rPr>
          <w:rFonts w:ascii="Calibri" w:hAnsi="Calibri"/>
          <w:b w:val="0"/>
          <w:i w:val="0"/>
          <w:color w:val="000000"/>
          <w:sz w:val="19"/>
        </w:rPr>
        <w:t>), Keton (</w:t>
      </w:r>
      <m:oMath>
        <m:r>
          <m:t>-</m:t>
        </m:r>
        <m:r>
          <m:t>C</m:t>
        </m:r>
        <m:r>
          <m:t>O</m:t>
        </m:r>
        <m:r>
          <m:t>-</m:t>
        </m:r>
      </m:oMath>
      <w:r>
        <w:rPr>
          <w:rFonts w:ascii="Calibri" w:hAnsi="Calibri"/>
          <w:b w:val="0"/>
          <w:i w:val="0"/>
          <w:color w:val="000000"/>
          <w:sz w:val="19"/>
        </w:rPr>
        <w:t>), Asam Karboksilat (</w:t>
      </w:r>
      <m:oMath>
        <m:r>
          <m:t>-</m:t>
        </m:r>
        <m:r>
          <m:t>C</m:t>
        </m:r>
        <m:r>
          <m:t>O</m:t>
        </m:r>
        <m:r>
          <m:t>O</m:t>
        </m:r>
        <m:r>
          <m:t>H</m:t>
        </m:r>
      </m:oMath>
      <w:r>
        <w:rPr>
          <w:rFonts w:ascii="Calibri" w:hAnsi="Calibri"/>
          <w:b w:val="0"/>
          <w:i w:val="0"/>
          <w:color w:val="000000"/>
          <w:sz w:val="19"/>
        </w:rPr>
        <w:t>), Ester (</w:t>
      </w:r>
      <m:oMath>
        <m:r>
          <m:t>-</m:t>
        </m:r>
        <m:r>
          <m:t>C</m:t>
        </m:r>
        <m:r>
          <m:t>O</m:t>
        </m:r>
        <m:r>
          <m:t>O</m:t>
        </m:r>
        <m:r>
          <m:t>-</m:t>
        </m:r>
      </m:oMath>
      <w:r>
        <w:rPr>
          <w:rFonts w:ascii="Calibri" w:hAnsi="Calibri"/>
          <w:b w:val="0"/>
          <w:i w:val="0"/>
          <w:color w:val="000000"/>
          <w:sz w:val="19"/>
        </w:rPr>
        <w:t>), dan Haloalkana (</w:t>
      </w:r>
      <m:oMath>
        <m:r>
          <m:t>-</m:t>
        </m:r>
        <m:r>
          <m:t>X</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Pembelajaran mengintegrasikan tata nama baku IUPAC dan trivial, analisis titik didih dan kelarutan berdasarkan keberadaan ikatan hidrogen intermolekul, serta pemahaman komprehensif tentang isomeri. Peserta didik membedakan isomer gugus fungsi antara pasangan alkohol-eter, aldehid-keton, dan asam karboksilat-ester, serta mengenali isomer optis pada molekul yang memiliki atom karbon kiral (</w:t>
      </w:r>
      <m:oMath>
        <m:sSup>
          <m:e>
            <m:r>
              <m:t>C</m:t>
            </m:r>
          </m:e>
          <m:sup>
            <m:r>
              <m:t>*</m:t>
            </m:r>
          </m:sup>
        </m:sSup>
      </m:oMath>
      <w:r>
        <w:rPr>
          <w:rFonts w:ascii="Calibri" w:hAnsi="Calibri"/>
          <w:b w:val="0"/>
          <w:i w:val="0"/>
          <w:color w:val="000000"/>
          <w:sz w:val="19"/>
        </w:rPr>
        <w:t>).</w:t>
      </w:r>
    </w:p>
    <w:p>
      <w:pPr>
        <w:spacing w:before="40" w:after="60" w:line="276" w:lineRule="auto"/>
      </w:pPr>
      <w:r>
        <w:rPr>
          <w:rFonts w:ascii="Calibri" w:hAnsi="Calibri"/>
          <w:b w:val="0"/>
          <w:i w:val="0"/>
          <w:color w:val="000000"/>
          <w:sz w:val="19"/>
        </w:rPr>
        <w:t>Peserta didik mendalami reaksi identifikasi laboratorium khas, seperti reaksi oksidasi bertingkat alkohol, pembedaan aldehid dan keton menggunakan reagen Tollens (uji cermin perak) dan Fehling, reaksi saponifikasi lemak, serta reaksi esterifikasi pembentukan aroma buah-buahan sintetis yang diaplikasikan luas dalam industri pangan dan farmasi.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Gugus 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Atom atau kelompok atom spesifik dalam molekul organik yang menentukan sifat fisik dan karakteristik reaksi kimia molekul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Isomer Gugus 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Senyawa-senyawa yang memiliki rumus molekul sama persis tetapi memiliki gugus fungsi yang berbeda (misal etanol dan dimetil eter </w:t>
            </w:r>
            <m:oMath>
              <m:sSub>
                <m:e>
                  <m:r>
                    <m:t>C</m:t>
                  </m:r>
                </m:e>
                <m:sub>
                  <m:r>
                    <m:t>2</m:t>
                  </m:r>
                </m:sub>
              </m:sSub>
              <m:sSub>
                <m:e>
                  <m:r>
                    <m:t>H</m:t>
                  </m:r>
                </m:e>
                <m:sub>
                  <m:r>
                    <m:t>6</m:t>
                  </m:r>
                </m:sub>
              </m:sSub>
              <m:r>
                <m:t>O</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Karbon Kiral (C*)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Atom karbon yang mengikat empat gugus atau atom berbeda, menyebabkan molekul bersifat asimetris dan memutar bidang polarisasi cahaya (optis aktif).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Esterifikasi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Reaksi pembentukan senyawa ester dan air dari reaksi antara asam karboksilat dengan alkohol dengan katalis asam sulfat (</w:t>
            </w:r>
            <m:oMath>
              <m:sSub>
                <m:e>
                  <m:r>
                    <m:t>H</m:t>
                  </m:r>
                </m:e>
                <m:sub>
                  <m:r>
                    <m:t>2</m:t>
                  </m:r>
                </m:sub>
              </m:sSub>
              <m:r>
                <m:t>S</m:t>
              </m:r>
              <m:sSub>
                <m:e>
                  <m:r>
                    <m:t>O</m:t>
                  </m:r>
                </m:e>
                <m:sub>
                  <m:r>
                    <m:t>4</m:t>
                  </m:r>
                </m:sub>
              </m:sSub>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Pereaksi Tollens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Larutan perak amoniakal </w:t>
            </w:r>
            <m:oMath>
              <m:r>
                <m:t>[</m:t>
              </m:r>
              <m:r>
                <m:t>A</m:t>
              </m:r>
              <m:r>
                <m:t>g</m:t>
              </m:r>
              <m:r>
                <m:t>(</m:t>
              </m:r>
              <m:r>
                <m:t>N</m:t>
              </m:r>
              <m:sSub>
                <m:e>
                  <m:r>
                    <m:t>H</m:t>
                  </m:r>
                </m:e>
                <m:sub>
                  <m:r>
                    <m:t>3</m:t>
                  </m:r>
                </m:sub>
              </m:sSub>
              <m:sSub>
                <m:e>
                  <m:r>
                    <m:t>)</m:t>
                  </m:r>
                </m:e>
                <m:sub>
                  <m:r>
                    <m:t>2</m:t>
                  </m:r>
                </m:sub>
              </m:sSub>
              <m:sSup>
                <m:e>
                  <m:r>
                    <m:t>]</m:t>
                  </m:r>
                </m:e>
                <m:sup>
                  <m:r>
                    <m:t>+</m:t>
                  </m:r>
                </m:sup>
              </m:sSup>
            </m:oMath>
            <w:r>
              <w:rPr>
                <w:rFonts w:ascii="Calibri" w:hAnsi="Calibri"/>
                <w:b w:val="0"/>
                <w:i w:val="0"/>
                <w:color w:val="000000"/>
                <w:sz w:val="18"/>
              </w:rPr>
              <w:t xml:space="preserve"> yang bereaksi dengan aldehid menghasilkan endapan cermin perak mengkilap di dinding tabung reaksi.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