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Ikatan Kimia dan Gaya Antarmolekul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proses pembentukan ikatan ion, ikatan kovalen, dan ikatan logam.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meramalkan bentuk geometri molekul menggunakan teori domain elektron (VSEPR).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menghubungkan jenis ikatan kimia dan gaya antarmolekul dengan sifat fisik senyawa.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kestabilan unsur (kaidah oktet dan duplet), pembentukan ikatan ion (serah terima elektron), ikatan kovalen (tunggal, rangkap, koordinasi, polar/nonpolar), ikatan logam (lautan elektron), bentuk geometri molekul (teori VSEPR), dan gaya antarmolekul (ikatan hidrogen dan gaya Van der Waals).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Kaidah Oktet dan Pembentukan Ikatan Ion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Menganalisis transfer elektron pada pembentukan kisi kristal garam dapur </w:t>
      </w:r>
      <m:oMath>
        <m:r>
          <m:t>N</m:t>
        </m:r>
        <m:r>
          <m:t>a</m:t>
        </m:r>
        <m:r>
          <m:t>C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M</m:t>
        </m:r>
        <m:r>
          <m:t>g</m:t>
        </m:r>
        <m:r>
          <m:t>C</m:t>
        </m:r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Ikatan Kovalen Tunggal, Rangkap, dan Kovalen Koordinasi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Menggambar struktur Lewis molekul </w:t>
      </w:r>
      <m:oMath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  <m:r>
          <m:t>,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t>,</m:t>
        </m:r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ion amonium </w:t>
      </w:r>
      <m:oMath>
        <m:r>
          <m:t>N</m:t>
        </m:r>
        <m:sSubSup>
          <m:e>
            <m:r>
              <m:t>H</m:t>
            </m:r>
          </m:e>
          <m:sub>
            <m:r>
              <m:t>4</m:t>
            </m:r>
          </m:sub>
          <m:sup>
            <m:r>
              <m:t>+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Kepolaran Senyawa Kovalen dan Bentuk Geometri Molekul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tipe molekul </w:t>
      </w:r>
      <m:oMath>
        <m:r>
          <m:t>A</m:t>
        </m:r>
        <m:sSub>
          <m:e>
            <m:r>
              <m:t>X</m:t>
            </m:r>
          </m:e>
          <m:sub>
            <m:r>
              <m:t>n</m:t>
            </m:r>
          </m:sub>
        </m:sSub>
        <m:sSub>
          <m:e>
            <m:r>
              <m:t>E</m:t>
            </m:r>
          </m:e>
          <m:sub>
            <m:r>
              <m:t>m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(linear, tetrahedral, piramida trigonal, bentuk V) serta momen dipol.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Gaya Antarmolekul dan Ikatan Logam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model lautan elektron logam (daya hantar listrik/panas) serta pengaruh ikatan hidrogen pada titik didih.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Senyawa yang terbentuk antara unsur </w:t>
      </w:r>
      <m:oMath>
        <m:sSub>
          <m:e>
            <m:r>
              <m:t/>
            </m:r>
          </m:e>
          <m:sub>
            <m:r>
              <m:t>1</m:t>
            </m:r>
            <m:r>
              <m:t>2</m:t>
            </m:r>
          </m:sub>
        </m:sSub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unsur </w:t>
      </w:r>
      <m:oMath>
        <m:sSub>
          <m:e>
            <m:r>
              <m:t/>
            </m:r>
          </m:e>
          <m:sub>
            <m:r>
              <m:t>1</m:t>
            </m:r>
            <m:r>
              <m:t>7</m:t>
            </m:r>
          </m:sub>
        </m:sSub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memiliki rumus kimia dan jenis ikatan...</w:t>
      </w:r>
    </w:p>
    <w:p>
      <w:pPr>
        <w:spacing w:before="0" w:after="20"/>
        <w:ind w:left="576"/>
      </w:pPr>
      <m:oMath>
        <m:r>
          <m:t>M</m:t>
        </m:r>
      </m:oMath>
      <w:r>
        <w:rPr>
          <w:rFonts w:ascii="Calibri" w:hAnsi="Calibri"/>
          <w:b w:val="0"/>
          <w:i w:val="0"/>
          <w:color w:val="000000"/>
          <w:sz w:val="18"/>
        </w:rPr>
        <w:t>, ikatan kovalen</w:t>
      </w:r>
    </w:p>
    <w:p>
      <w:pPr>
        <w:spacing w:before="0" w:after="20"/>
        <w:ind w:left="576"/>
      </w:pPr>
      <m:oMath>
        <m:sSub>
          <m:e>
            <m:r>
              <m:t>M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, ikatan ion</w:t>
      </w:r>
    </w:p>
    <w:p>
      <w:pPr>
        <w:spacing w:before="0" w:after="20"/>
        <w:ind w:left="576"/>
      </w:pPr>
      <m:oMath>
        <m:sSub>
          <m:e>
            <m:r>
              <m:t>M</m:t>
            </m:r>
          </m:e>
          <m:sub>
            <m:r>
              <m:t>2</m:t>
            </m:r>
          </m:sub>
        </m:sSub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>, ikatan kovalen</w:t>
      </w:r>
    </w:p>
    <w:p>
      <w:pPr>
        <w:spacing w:before="0" w:after="20"/>
        <w:ind w:left="576"/>
      </w:pPr>
      <m:oMath>
        <m:sSub>
          <m:e>
            <m:r>
              <m:t>M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, ikatan kovalen nonpolar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Mg (golongan IIA) melepaskan 2 elektron membentuk </w:t>
      </w:r>
      <m:oMath>
        <m:sSup>
          <m:e>
            <m:r>
              <m:t>M</m:t>
            </m:r>
          </m:e>
          <m:sup>
            <m:r>
              <m:t>2</m:t>
            </m:r>
            <m:r>
              <m:t>+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, sedangkan Cl (golongan VIIA) menangkap 1 elektron membentuk </w:t>
      </w:r>
      <m:oMath>
        <m:sSup>
          <m:e>
            <m:r>
              <m:t>C</m:t>
            </m:r>
          </m:e>
          <m:sup>
            <m:r>
              <m:t>-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Rumus </w:t>
      </w:r>
      <m:oMath>
        <m:r>
          <m:t>=</m:t>
        </m:r>
        <m:sSub>
          <m:e>
            <m:r>
              <m:t>M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dengan ikatan ionik.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Bentuk geometri molekul dari metana (</w:t>
      </w:r>
      <m:oMath>
        <m:sSub>
          <m:e>
            <m:r>
              <m:t>C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dengan 4 pasangan elektron ikatan (PEI) dan tanpa pasangan elektron bebas (PEB = 0) menurut teori domain elektron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Linear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Segitiga Planar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Tetrahedral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Oktahedral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Tipe molekul </w:t>
      </w:r>
      <m:oMath>
        <m:sSub>
          <m:e>
            <m:r>
              <m:t>A</m:t>
            </m:r>
          </m:e>
          <m:sub>
            <m:r>
              <m:t>4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(4 domain ikatan, 0 domain bebas) membentuk susunan geometri tetrahedral simetris dengan sudut ikatan </w:t>
      </w:r>
      <m:oMath>
        <m:r>
          <m:t>1</m:t>
        </m:r>
        <m:r>
          <m:t>0</m:t>
        </m:r>
        <m:r>
          <m:t>9</m:t>
        </m:r>
        <m:r>
          <m:t>,</m:t>
        </m:r>
        <m:sSup>
          <m:e>
            <m:r>
              <m:t>5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Contoh senyawa yang memiliki ikatan kovalen koordinasi (donor pasangan elektron sepihak) di dalam molekulnya adalah...</w:t>
      </w:r>
    </w:p>
    <w:p>
      <w:pPr>
        <w:spacing w:before="0" w:after="20"/>
        <w:ind w:left="576"/>
      </w:pPr>
      <m:oMath>
        <m:sSub>
          <m:e>
            <m:r>
              <m:t>C</m:t>
            </m:r>
          </m:e>
          <m:sub>
            <m:r>
              <m:t>4</m:t>
            </m:r>
          </m:sub>
        </m:sSub>
      </m:oMath>
    </w:p>
    <w:p>
      <w:pPr>
        <w:spacing w:before="0" w:after="20"/>
        <w:ind w:left="576"/>
      </w:pPr>
      <m:oMath>
        <m:r>
          <m:t>N</m:t>
        </m:r>
      </m:oMath>
    </w:p>
    <w:p>
      <w:pPr>
        <w:spacing w:before="0" w:after="20"/>
        <w:ind w:left="576"/>
      </w:pPr>
      <m:oMath>
        <m:sSubSup>
          <m:e>
            <m:r>
              <m:t>N</m:t>
            </m:r>
          </m:e>
          <m:sub>
            <m:r>
              <m:t>4</m:t>
            </m:r>
          </m:sub>
          <m:sup>
            <m:r>
              <m:t>+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8"/>
        </w:rPr>
        <w:t xml:space="preserve"> (Ion Amonium)</w:t>
      </w:r>
    </w:p>
    <w:p>
      <w:pPr>
        <w:spacing w:before="0" w:after="20"/>
        <w:ind w:left="576"/>
      </w:pPr>
      <m:oMath>
        <m:sSub>
          <m:e>
            <m:r>
              <m:t>H</m:t>
            </m:r>
          </m:e>
          <m:sub>
            <m:r>
              <m:t>2</m:t>
            </m:r>
          </m:sub>
        </m:sSub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Pada ion amonium </w:t>
      </w:r>
      <m:oMath>
        <m:sSubSup>
          <m:e>
            <m:r>
              <m:t>N</m:t>
            </m:r>
          </m:e>
          <m:sub>
            <m:r>
              <m:t>4</m:t>
            </m:r>
          </m:sub>
          <m:sup>
            <m:r>
              <m:t>+</m:t>
            </m:r>
          </m:sup>
        </m:sSubSup>
      </m:oMath>
      <w:r>
        <w:rPr>
          <w:rFonts w:ascii="Calibri" w:hAnsi="Calibri"/>
          <w:b w:val="0"/>
          <w:i/>
          <w:color w:val="64748B"/>
          <w:sz w:val="17"/>
        </w:rPr>
        <w:t xml:space="preserve">, molekul </w:t>
      </w:r>
      <m:oMath>
        <m:sSub>
          <m:e>
            <m:r>
              <m:t>N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 xml:space="preserve"> menyumbangkan sepasang elektron bebasnya kepada ion </w:t>
      </w:r>
      <m:oMath>
        <m:sSup>
          <m:e>
            <m:r>
              <m:t>H</m:t>
            </m:r>
          </m:e>
          <m:sup>
            <m:r>
              <m:t>+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yang tidak memiliki elektron.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Air (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>) memiliki titik didih yang jauh lebih tinggi (</w:t>
      </w:r>
      <m:oMath>
        <m:r>
          <m:t>1</m:t>
        </m:r>
        <m:r>
          <m:t>0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dibandingkan senyawa hidrida seperiodenya seperti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-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). Hal ini disebabkan oleh adanya...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Gaya London yang sangat lemah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Ikatan Hidrogen yang kuat antarmolekul 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Ikatan ionik dalam molekul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Ikatan kovalen rangkap tiga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Atom O yang sangat elektronegatif dan bermassa kecil membentuk ikatan hidrogen yang kokoh antarmolekul air, menuntut energi termal besar untuk mendidih.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Sifat logam yang mudah menghantarkan listrik dan panas serta dapat ditempa/dibengkokkan tanpa patah dapat dijelaskan dengan model...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Transfer ionik kaku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Lautan elektron valensi yang bergerak bebas mengelilingi kation-kation logam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Pembentukan pasangan elektron kovalen terlokalisasi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Gaya Van der Waals antarpartikel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ikatan logam, elektron valensi terdelokalisasi membentuk 'lautan elektron' yang bebas bergerak mengalirkan arus listrik dan meredam geseran kisi saat ditempa.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3: Ikatan Kimia dan Gaya Antarmolekul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Kaidah Oktet dan Pembentukan Ikatan Ion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Menganalisis transfer elektron pada pembentukan kisi kristal garam dapur </w:t>
      </w:r>
      <m:oMath>
        <m:r>
          <m:t>N</m:t>
        </m:r>
        <m:r>
          <m:t>a</m:t>
        </m:r>
        <m:r>
          <m:t>C</m:t>
        </m:r>
        <m:r>
          <m:t>l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M</m:t>
        </m:r>
        <m:r>
          <m:t>g</m:t>
        </m:r>
        <m:r>
          <m:t>C</m:t>
        </m:r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Ikatan Kovalen Tunggal, Rangkap, dan Kovalen Koordinasi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Menggambar struktur Lewis molekul </w:t>
      </w:r>
      <m:oMath>
        <m:r>
          <m:t>C</m:t>
        </m:r>
        <m:sSub>
          <m:e>
            <m:r>
              <m:t>H</m:t>
            </m:r>
          </m:e>
          <m:sub>
            <m:r>
              <m:t>4</m:t>
            </m:r>
          </m:sub>
        </m:sSub>
        <m:r>
          <m:t>,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t>,</m:t>
        </m:r>
        <m:r>
          <m:t>C</m:t>
        </m:r>
        <m:sSub>
          <m:e>
            <m:r>
              <m:t>O</m:t>
            </m:r>
          </m:e>
          <m:sub>
            <m:r>
              <m:t>2</m:t>
            </m:r>
          </m:sub>
        </m:sSub>
        <m:r>
          <m:t>,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ion amonium </w:t>
      </w:r>
      <m:oMath>
        <m:r>
          <m:t>N</m:t>
        </m:r>
        <m:sSubSup>
          <m:e>
            <m:r>
              <m:t>H</m:t>
            </m:r>
          </m:e>
          <m:sub>
            <m:r>
              <m:t>4</m:t>
            </m:r>
          </m:sub>
          <m:sup>
            <m:r>
              <m:t>+</m:t>
            </m:r>
          </m:sup>
        </m:sSub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Kepolaran Senyawa Kovalen dan Bentuk Geometri Molekul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tipe molekul </w:t>
      </w:r>
      <m:oMath>
        <m:r>
          <m:t>A</m:t>
        </m:r>
        <m:sSub>
          <m:e>
            <m:r>
              <m:t>X</m:t>
            </m:r>
          </m:e>
          <m:sub>
            <m:r>
              <m:t>n</m:t>
            </m:r>
          </m:sub>
        </m:sSub>
        <m:sSub>
          <m:e>
            <m:r>
              <m:t>E</m:t>
            </m:r>
          </m:e>
          <m:sub>
            <m:r>
              <m:t>m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 xml:space="preserve"> (linear, tetrahedral, piramida trigonal, bentuk V) serta momen dipol.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Gaya Antarmolekul dan Ikatan Logam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model lautan elektron logam (daya hantar listrik/panas) serta pengaruh ikatan hidrogen pada titik didih.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Unsur-unsur di alam cenderung bergabung membentuk ikatan kimia guna mencapai konfigurasi elektron stabil laksana gas mulia (kaidah oktet 8 elektron valensi atau duplet 2 elektron). Ikatan kimia menjadi arsitek pembentuk jutaan senyawa di alam semesta.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Ikatan ion terbentuk melalui gaya tarik elektrostatik kation-anion akibat transfer elektron antara unsur logam berenergi ionisasi rendah dan unsur nonlogam berafinitas tinggi. Sebaliknya, ikatan kovalen terjadi melalui pemakaian bersama pasangan elektron antarunsur nonlogam.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Bentuk geometri molekul diprediksi menggunakan Teori Tolakan Pasangan Elektron Kulit Valensi (VSEPR/Domain Elektron). Gaya antarmolekul—terutama ikatan hidrogen pada molekul air (</w:t>
      </w:r>
      <m:oMath>
        <m:sSub>
          <m:e>
            <m:r>
              <m:t>H</m:t>
            </m:r>
          </m:e>
          <m:sub>
            <m:r>
              <m:t>2</m:t>
            </m:r>
          </m:sub>
        </m:sSub>
        <m:r>
          <m:t>O</m:t>
        </m:r>
      </m:oMath>
      <w:r>
        <w:rPr>
          <w:rFonts w:ascii="Calibri" w:hAnsi="Calibri"/>
          <w:b w:val="0"/>
          <w:i w:val="0"/>
          <w:color w:val="000000"/>
          <w:sz w:val="19"/>
        </w:rPr>
        <w:t>)—menjelaskan anomali titik didih tinggi dan tegangan permukaan zat cair.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Kaidah Oktet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Kecenderungan atom-atom unsur untuk memiliki 8 elektron valensi di kulit terluar agar stabil seperti konfigurasi gas mulia.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Ikatan 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Ikatan kimia yang terbentuk akibat gaya tarik-menarik elektrostatik antara ion positif (kation) dan ion negatif (anion).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Ikatan Kovalen Koordinasi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Ikatan kovalen di mana pasangan elektron yang digunakan bersama berasal dari satu atom penyumbang saja.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Teori VSEPR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Teori yang menyatakan bahwa pasangan elektron valensi di sekitar atom pusat saling tolak-menolak sejauh mungkin untuk meminimalkan energi tolakan.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Ikatan Hidrogen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tarik antarmolekul yang sangat kuat antara atom hidrogen yang terikat pada atom sangat elektronegatif (F, O, N) dengan pasangan elektron bebas molekul tetangga.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