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Proyek Akhir IPAS: Solusi Kreatif untuk Lingkungan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permasalahan nyata di lingkungan sekitar melalui observasi saintifik.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dan membuat purwarupa (prototipe) alat atau sistem solusi lingkungan ramah biaya.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Mempresentasikan hasil proyek ilmiah dengan data valid dan argumentasi yang logis.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Merancang, melakukan riset inkuiri mini, membuat prototipe solusi ramah lingkungan (filtrasi air sederhana, pupuk kompos organik, lubang biopori), dan mempresentasikan laporan hasil proyek ilmiah di kelas.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Identifikasi Masalah Lingkungan Sekolah dan Komunitas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persoalan nyata terkait sampah, air bersih, sanitasi, dan krisis energi.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Desain dan Perakitan Prototipe Rekayasa Teknologi Tepat Guna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Merakit filter air keruh, komposter mini, atau vertikultur tanaman pangan.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Uji Coba, Evaluasi, dan Gelar Karya Sains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Mempresentasikan data efektivitas prototipe dan merefleksikan proses belajar sains.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Pada pembuatan alat penyaring air keruh sederhana, bahan yang berfungsi utama menyerap bau tidak sedap, racun, dan warna keruh pada air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Pasir halus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Kerikil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Arang aktif (karbon aktif)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Sabut kelapa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Arang aktif memiliki pori-pori mikroskopis yang mengadsorpsi kotoran kimia, zat bau, dan menjernihkan air.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Tujuan utama pembuatan lubang resapan biopori di halaman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Tempat membuang sampah plastik anorganik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Meningkatkan daya serap air hujan ke dalam tanah dan mencegah genangan banjir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Menjadikan halaman berdebu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Tempat membakar sampah kering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Biopori mempercepat infiltrasi air hujan ke tanah dan memicu aktivitas cacing tanah pembuat pori tanah.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Sistem bercocok tanam sayuran (seperti kangkung atau selada) yang menggunakan media air bernutrisi tanpa tanah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Terasering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Hidroponik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Monokultur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Tumpang sari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Hidroponik adalah teknik menanam tanaman dengan media larutan air bernutrisi mineral.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Urutan tahapan yang benar dalam melaksanakan proyek rekayasa sains lingkungan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Menguji alat → Menemukan masalah → Merancang desain → Membuat prototipe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Menemukan masalah → Merancang desain solusi → Membuat prototipe → Menguji dan mengevaluasi hasil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Membuat prototipe → Merancang desain → Menguji alat → Menemukan masalah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Memamerkan karya → Menemukan masalah → Membuat prototipe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Metode rekayasa ilmiah: identifikasi masalah → perancangan → produksi prototipe → pengujian dan evaluasi.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ilmiah yang wajib ditunjukkan peserta didik saat prototipe alat penyaring air yang dibuat belum bekerja sempurna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Menyerah dan merusak 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Menyalahkan teman satu kelompok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Menganalisis penyebab kegagalan dan memperbaiki susunan bahan penyaring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Mengubah data hasil pengamatan agar tampak berhasil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Sikap pantang menyerah, jujur, dan analitis kritis dalam mengevaluasi kesalahan merupakan esensi jiwa sains.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8: Proyek Akhir IPAS: Solusi Kreatif untuk Lingkungan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Identifikasi Masalah Lingkungan Sekolah dan Komunitas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persoalan nyata terkait sampah, air bersih, sanitasi, dan krisis energi.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Desain dan Perakitan Prototipe Rekayasa Teknologi Tepat Guna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Merakit filter air keruh, komposter mini, atau vertikultur tanaman pangan.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Uji Coba, Evaluasi, dan Gelar Karya Sains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Mempresentasikan data efektivitas prototipe dan merefleksikan proses belajar sains.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IPAS Fase C ini merupakan puncak pembelajaran berbasis proyek (Project-Based Learning) yang menantang peserta didik menciptakan inovasi solusi nyata terhadap persoalan lingkungan di sekolah dan rumah.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bekerja dalam tim merancang prototipe teknologi ramah lingkungan, seperti alat penyaring air sederhana (water filter), perangkap sampah sungai mini, instalasi hidroponik botol bekas, atau biopori resapan air hujan.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diakhiri dengan pameran karya ilmiah anak (science fair), presentasi hasil pengujian alat, dan penyusunan komitmen bersama menjaga kelestarian bumi nusantara.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Teknologi Tepat Guna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Teknologi sederhana yang dirancang sesuai kebutuhan masyarakat setempat dengan memanfaatkan bahan lokal terjangkau.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Lubang Resapan Biopori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Lubang silindris tegak ke dalam tanah untuk meningkatkan daya resap air dan mengolah sampah organik.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Filtrasi Air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penyaringan fisik air keruh menggunakan susunan lapisan pasir, kerikil, arang aktif, dan spons/kapas.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Hidroponik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budidaya tanaman tanpa menggunakan tanah sebagai media tanam, melainkan menggunakan larutan nutrisi air.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Prototipe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Model awal atau contoh pertama dari suatu rancangan produk yang dibuat untuk diuji kinerjanya.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