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Membangun Masyarakat yang Beradab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pengertian norma dan macam-macam norma yang berlaku dalam kehidupan bermasyarakat.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peraturan tertulis dan peraturan tidak tertulis beserta sanksi pelanggarannya.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komitmen mematuhi norma sosial dan menjalankan tanggung jawab sebagai warga masyarakat yang baik.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ragam norma dalam masyarakat (agama, kesopanan, kesusilaan, hukum), adat istiadat, serta hak dan kewajiban warga masyarakat dalam menjaga ketertiban sosial.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Pengertian dan Jenis-Jenis Norma Sosial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norma agama, kesusilaan, kesopanan, dan norma hukum.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Hak dan Kewajiban dalam Kehidupan Bermasyarakat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Menyeimbangkan pemenuhan hak pribadi dengan pelaksanaan tanggung jawab sosial.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Musyawarah dan Pengambilan Keputusan Bersama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adab berpendapat dan menghormati keputusan mufakat.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Berpamitan dan mencium tangan orang tua sebelum berangkat ke sekolah merupakan contoh pengamalan norma...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Hukum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Kesopanan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Agama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Ekonomi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Mencium tangan orang tua adalah bentuk tata krama dan sopan santun dalam pergaulan keluarga.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Norma yang sanksinya paling tegas berupa hukuman kurungan penjara atau denda dari aparat penegak hukum adalah norma...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Kesusilaan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Kesopanan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Hukum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Adat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Norma hukum dibuat oleh negara dan ditegakkan dengan sanksi pidana/perdata yang mengikat.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Rasa bersalah, malu, dan penyesalan mendalam di dalam hati ketika berbuat curang merupakan sanksi dari pelanggaran norma...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Kesusilaan (Hati Nurani)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Hukum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Kebiasaan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Mode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Norma kesusilaan bersumber dari suara hati nurani manusia; pelanggarannya memicu rasa bersalah batin.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Kewajiban utama seorang peserta didik saat berada di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Mendapatkan nilai rapor yang bagus tanpa belajar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Menghormati guru dan mematuhi tata tertib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Menggunakan seluruh fasilitas sekolah sesuka hati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Menuntut hak bermain tanpa mengikuti jam pelajaran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Kewajiban dasar siswa adalah mematuhi tata tertib dan menghormati pendidik.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Ketika pendapat kita tidak terpilih dalam hasil musyawarah kelas, sikap yang harus ditunjukkan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Marah dan menolak melaksanakan keputusan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Menerima dengan lapang dada dan ikut melaksanakan hasil mufakat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Memusuhi teman yang pendapatnya terpilih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Meninggalkan ruangan musyawarah secara sepihak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Dalam musyawarah mufakat, seluruh anggota wajib menjunjung tinggi dan menjalankan keputusan bersama.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8: Membangun Masyarakat yang Beradab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Pengertian dan Jenis-Jenis Norma Sosial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norma agama, kesusilaan, kesopanan, dan norma hukum.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Hak dan Kewajiban dalam Kehidupan Bermasyarakat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Menyeimbangkan pemenuhan hak pribadi dengan pelaksanaan tanggung jawab sosial.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Musyawarah dan Pengambilan Keputusan Bersama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adab berpendapat dan menghormati keputusan mufakat.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membangun masyarakat yang beradab mendidik peserta didik memahami pentingnya norma, aturan tertulis, dan adat istiadat dalam menciptakan ketertiban hidup bermasyarakat.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empat jenis norma sosial yang berlaku di Indonesia: norma agama, norma kesusilaan, norma kesopanan, dan norma hukum, beserta sanksi bagi pelanggarnya.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mempraktikkan proses musyawarah untuk mufakat dalam menyelesaikan masalah bersama di kelas, serta memahami keseimbangan pelaksanaan hak dan kewajiban sebagai warga masyarakat.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Norma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Aturan atau kaidah yang disepakati bersama sebagai pedoman berperilaku dalam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Norma Hukum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Peraturan resmi yang dibuat oleh lembaga negara yang berwenang dan bersifat mengikat serta memiliki sanksi tegas.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Norma Kesopanan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Peraturan hidup yang timbul dari pergaulan segolongan manusia tentang tata krama dan adab.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Musyawarah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Pembahasan bersama dengan maksud mencapai keputusan atau kesepakatan mufakat.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Sanksi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hukuman atau akibat yang harus diterima oleh pelanggar norma dan aturan.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