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Mengubah Bentuk Energi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konsep kekekalan energi dan mengidentifikasi ragam bentuk energi di lingkungan sekitar.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transformasi bentuk energi yang terjadi pada benda-benda elektronik dan aktivitas mekanik harian.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Merancang ide dan aksi hemat energi listrik di lingkungan rumah dan sekolah.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Mengidentifikasi ragam bentuk energi (potensial, kinetik, listrik, kimia, panas, cahaya, bunyi) dan perubahan bentuk energi pada peralatan rumah tangga serta pentingnya hemat energi.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Ragam Bentuk Energi di Sekitar Kita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Mengenali sumber energi kimia makanan, energi kinetik aliran air, dan energi potensial.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Transformasi (Perubahan) Bentuk Energi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alur perubahan energi pada peralatan elektronik rumah tangga.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Energi Terbarukan dan Penghematan Energi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Mengeksplorasi panel surya, turbin angin, dan kebiasaan hemat listrik.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Perubahan energi yang terjadi pada setrika listrik saat digunakan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Energi listrik menjadi energi cahaya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Energi listrik menjadi energi panas (kalor)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Energi kimia menjadi energi listrik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Energi listrik menjadi energi gerak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Setrika listrik memanfaatkan elemen pemanas untuk mengubah energi listrik menjadi energi panas.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Saat senter dinyalakan, urutan perubahan energi yang benar dari batu baterai hingga lampu menyala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Energi kimia → energi listrik → energi cahaya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Energi listrik → energi kimia → energi panas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Energi gerak → energi listrik → energi cahaya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Energi panas → energi listrik → energi kimia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Baterai menyimpan energi kimia, dialirkan menjadi energi listrik melalui kawat, dan diubah menjadi energi cahaya di bohlam senter.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Peralatan rumah tangga berikut yang mengubah energi listrik menjadi energi gerak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Kipas angin dan blender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Televisi dan radio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Rice cooker dan oven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Lampu dan senter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Kipas angin dan blender memiliki motor listrik yang mengubah arus listrik menjadi putaran gerak bilah.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Sumber energi terbarukan yang tidak akan habis dan ramah lingkungan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Batubara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Minyak bumi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Gas 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Sinar matahari dan angin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Matahari dan angin merupakan energi terbarukan yang selalu tersedia secara alami.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Seorang anak menarik busur panah ke belakang lalu melepaskannya. Energi yang tersimpan pada tali busur yang ditarik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Energi potensial pegas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Energi kinetik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Energi kimia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Energi panas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Tali busur yang meregang menyimpan energi potensial pegas yang akan diubah menjadi energi kinetik anak panah.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4: Mengubah Bentuk Energi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Ragam Bentuk Energi di Sekitar Kita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Mengenali sumber energi kimia makanan, energi kinetik aliran air, dan energi potensial.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Transformasi (Perubahan) Bentuk Energi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alur perubahan energi pada peralatan elektronik rumah tangga.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Energi Terbarukan dan Penghematan Energi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Mengeksplorasi panel surya, turbin angin, dan kebiasaan hemat listrik.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mengubah bentuk energi mengajarkan hukum kekekalan energi: energi tidak dapat diciptakan atau dimusnahkan, melainkan hanya dapat diubah dari satu bentuk ke bentuk lainnya.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meneliti beragam bentuk energi (energi gerak/kinetik, energi potensial gravitasi, energi kimia, energi listrik, energi panas/kalor, energi bunyi, dan energi cahaya).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melakukan proyek merakit alat pengubah energi sederhana (seperti kincir angin kertas, mobil bertenaga karet, atau generator dinamo sepeda) untuk mengamati transformasi energi secara empiris.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Energi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untuk melakukan usaha atau kerja dan menyebabkan suatu perubahan.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Transformasi Energi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energi dari satu bentuk ke bentuk energi lainnya (contoh: energi listrik menjadi energi cahaya).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Energi Kinetik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Energi yang dimiliki oleh benda karena gerakannya (contoh: air terjun yang mengalir).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Energi Kimia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Energi yang tersimpan di dalam ikatan senyawa kimia bahan makanan, baterai, atau bahan bakar minyak.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Hukum Kekekalan Energi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fisika yang menyatakan bahwa jumlah total energi di alam semesta adalah konstan.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