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Denah dan Lingkungan Sekitarku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8 arah mata angin dan menggunakan kompas untuk menentukan orientasi ruang.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membaca informasi pada denah dan menggambar denah sederhana lingkungan kelas/sekolah.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manfaat fasilitas umum di lingkungan sekitarnya.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membaca arah mata angin (kompas), membaca dan menggambar denah sekolah/rumah, serta mengenal batas wilayah lingkungan sekitar.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Arah Mata Angin dan Kompas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arah utara, timur, selatan, dan barat menggunakan bayangan matahari dan kompas magnetik.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Membaca dan Menggambar Denah Ruangan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sketsa denah kelas dan tata letak perabot sekolah dengan simbol keterangan yang jelas.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Mengenal Batas Lingkungan dan Fasilitas Umum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bangunan penting di sekitar sekolah seperti puskesmas, pasar, masjid, dan kantor pos.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Jika kita berdiri menghadap ke arah matahari terbit di pagi hari, maka punggung kita menghadap ke arah...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Utara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Selatan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Timur Laut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Matahari terbit dari arah timur. Jika kita menghadap ke timur, maka bagian belakang tubuh kita menghadap ke barat.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Pada gambar denah atau peta standar, arah utara selalu digambarkan menunjuk ke sisi...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Atas kertas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Kiri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Konvensi kartografi dan denah menetapkan arah panah atas sebagai arah utara.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Manfaat utama memiliki gambar denah sekolah yang dipasang di dekat gerbang masuk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Menghias dinding agar terlihat berwarna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Membantu tamu atau murid baru menemukan letak ruangan dengan cepat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Menghitung jumlah pohon di taman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Menjadi tempat coret-coret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Denah berfungsi sebagai panduan penunjuk lokasi ruangan dan fasilitas sekolah.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Arah mata angin yang berada tepat di antara arah utara dan timur adalah arah...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Barat Laut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Barat Daya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Timur Laut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Tenggara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Arah di antara utara (0°) dan timur (90°) disebut timur laut (45°).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Fasilitas umum di lingkungan masyarakat yang berfungsi untuk melayani pengobatan warga yang sakit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Kantor Pos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Puskesmas / Rumah Sakit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Pasar Tradisional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Terminal Bus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Puskesmas dan rumah sakit merupakan fasilitas pelayanan kesehatan primer bagi warga.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5: Denah dan Lingkungan Sekitarku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Arah Mata Angin dan Kompas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arah utara, timur, selatan, dan barat menggunakan bayangan matahari dan kompas magnetik.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Membaca dan Menggambar Denah Ruangan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sketsa denah kelas dan tata letak perabot sekolah dengan simbol keterangan yang jelas.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Mengenal Batas Lingkungan dan Fasilitas Umum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bangunan penting di sekitar sekolah seperti puskesmas, pasar, masjid, dan kantor pos.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Denah adalah gambar tampak atas yang menunjukkan letak suatu tempat, ruangan, atau jalan secara sederhana. Denah memudahkan kita menemukan lokasi tanpa tersesat.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Untuk membaca denah dengan tepat, peserta didik perlu menguasai 8 arah mata angin (utara, timur laut, timur, tenggara, selatan, barat daya, barat, barat laut) dengan bantuan petunjuk kompas.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mempraktikkan navigasi sederhana di lingkungan sekolah, membuat denah ruang kelas, dan mengidentifikasi batas-batas kenampakan geografis lokal.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Denah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Gambar sederhana yang menunjukkan posisi atau letak suatu bangunan, ruangan, atau jalan tampak dari atas.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Mata Angin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Panduan arah navigasi utama yang terdiri atas utara, timur, selatan, barat, dan arah perantaranya.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Kompas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Alat navigasi penunjuk arah dengan jarum magnetik yang selalu mengarah ke kutub utara dan selatan magnetik bumi.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Fasilitas Umum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Sarana dan prasarana yang disediakan untuk kepentingan bersama masyarakat luas.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