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Listrik Statis dan Dinamis dalam Kehidupan Sehari-hari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gejala listrik statis dan menerapkan formula Hukum Coulomb.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tegangan, kuat arus, dan hambatan menggunakan Hukum Ohm dan Hukum Kirchhoff.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pemakaian energi listrik harian dan menerapkan langkah hemat energi listrik.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muatan listrik statis, hukum Coulomb, medan listrik, rangkaian listrik searah (Hukum Ohm dan Hukum Kirchhoff), energi daya listrik, serta keselamatan pemakaian listrik rumah tangga.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Listrik Statis dan Hukum Coulomb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interaksi muatan sejenis/berlawanan, elektroskop, dan rumus gaya Coulomb.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Kelistrikan pada Sistem Saraf dan Hewan Penghasil Listrik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potensial aksi impuls saraf dan mekanisme belut listrik/ikan pari listrik.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Arus Listrik, Hukum Ohm, dan Rangkaian Hambatan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hambatan pengganti seri-paralel dan menerapkan formula </w:t>
      </w:r>
      <m:oMath>
        <m:r>
          <m:t>V</m:t>
        </m:r>
        <m:r>
          <m:t>=</m:t>
        </m:r>
        <m:r>
          <m:t>I</m:t>
        </m:r>
        <m:r>
          <m:t>·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Hukum Kirchhoff, Daya Energi, dan Penghematan Listrik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konsumsi energi kWh dan estimasi biaya rekening listrik bulanan PLN.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Penggaris plastik yang digosokkan pada rambut kering akan bermuatan listrik negatif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Proton dari rambut berpindah ke penggaris plastik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Elektron dari rambut berpindah ke penggaris plastik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Penggaris plastik kehilangan elektron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Proton dan elektron musnah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Saat digosok, elektron dari rambut berpindah ke penggaris plastik, menyebabkan penggaris kelebihan elektron dan bermuatan negatif.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Dua muatan listrik masing-masing +2 µC dan +4 µC terpisah pada jarak r mengalami gaya tolak sebesar F. Jika jarak kedua muatan dijauhkan menjadi 2r, maka besar gaya tolaknya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1/2 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1/4 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Berdasarkan Hukum Coulomb F berbanding terbalik dengan r^2. Jika jarak menjadi 2 kali lipat, maka gaya tolak menjadi 1/(2^2) = 1/4 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Tiga buah resistor masing-masing 6 Ω, 3 Ω, dan 2 Ω dirangkai secara paralel. Hambatan total pengganti rangkaian paralel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11 Ω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Ω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Ω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0,5 Ω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1/Rp = 1/6 + 1/3 + 1/2 = 1/6 + 2/6 + 3/6 = 6/6 = 1 -&gt; Rp = 1 Ω.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setrika listrik memiliki spesifikasi 220 V / 400 W dinyalakan selama 2 jam setiap hari. Energi listrik yang diserap setrika tersebut dalam satu 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800 Wh = 0,8 kWh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200 Wh = 0,2 kWh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1.600 Wh = 1,6 kWh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400 Wh = 0,4 kWh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Energi W = P * t = 400 Watt * 2 jam = 800 Wh = 0,8 kWh.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Perhatikan percabangan arus berikut: Arus masuk I1 = 3 A dan I2 = 5 A. Jika arus keluar terbagi dua menjadi I3 = 2 A dan I4, maka besar arus I4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Hukum I Kirchhoff: Arus masuk = Arus keluar -&gt; 3 A + 5 A = 2 A + I4 -&gt; 8 A = 2 A + I4 -&gt; I4 = 6 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4: Listrik Statis dan Dinamis dalam Kehidupan Sehari-hari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Listrik Statis dan Hukum Coulomb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interaksi muatan sejenis/berlawanan, elektroskop, dan rumus gaya Coulomb.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Kelistrikan pada Sistem Saraf dan Hewan Penghasil Listrik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potensial aksi impuls saraf dan mekanisme belut listrik/ikan pari listrik.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Arus Listrik, Hukum Ohm, dan Rangkaian Hambatan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hambatan pengganti seri-paralel dan menerapkan formula </w:t>
      </w:r>
      <m:oMath>
        <m:r>
          <m:t>V</m:t>
        </m:r>
        <m:r>
          <m:t>=</m:t>
        </m:r>
        <m:r>
          <m:t>I</m:t>
        </m:r>
        <m:r>
          <m:t>·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Hukum Kirchhoff, Daya Energi, dan Penghematan Listrik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konsumsi energi kWh dan estimasi biaya rekening listrik bulanan PLN.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Listrik Statis dan Dinamis membedah fenomena kelistrikan dari tingkat interaksi partikel subatomik elektron-proton hingga aplikasi distribusi daya listrik rumah tangga.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timbulnya muatan listrik statis akibat gesekan bahan, kalkulasi gaya tarik-menolak muatan melalui Hukum Coulomb (</w:t>
      </w:r>
      <m:oMath>
        <m:r>
          <m:t>F</m:t>
        </m:r>
        <m:r>
          <m:t>=</m:t>
        </m:r>
        <m:r>
          <m:t>k</m:t>
        </m:r>
        <m:f>
          <m:fPr>
            <m:type m:val="bar"/>
          </m:fPr>
          <m:num>
            <m:sSub>
              <m:e>
                <m:r>
                  <m:t>q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q</m:t>
                </m:r>
              </m:e>
              <m:sub>
                <m:r>
                  <m:t>2</m:t>
                </m:r>
              </m:sub>
            </m:sSub>
          </m:num>
          <m:den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), medan listrik, beda potensial sel saraf (*kelistrikan pada tubuh manusia*), dan elektroskop.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ke listrik dinamis: arus listrik (</w:t>
      </w:r>
      <m:oMath>
        <m:r>
          <m:t>I</m:t>
        </m:r>
        <m:r>
          <m:t>=</m:t>
        </m:r>
        <m:r>
          <m:t>Q</m:t>
        </m:r>
        <m:r>
          <m:t>/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), Hukum Ohm (</w:t>
      </w:r>
      <m:oMath>
        <m:r>
          <m:t>V</m:t>
        </m:r>
        <m:r>
          <m:t>=</m:t>
        </m:r>
        <m:r>
          <m:t>I</m:t>
        </m:r>
        <m:r>
          <m:t>×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9"/>
        </w:rPr>
        <w:t>), hambatan jenis konduktor, rangkaian hambatan seri-paralel, Hukum I Kirchhoff (arus masuk = arus keluar), serta kalkulasi biaya rekening pemakaian energi listrik (</w:t>
      </w:r>
      <m:oMath>
        <m:r>
          <m:t>W</m:t>
        </m:r>
        <m:r>
          <m:t>=</m:t>
        </m:r>
        <m:r>
          <m:t>P</m:t>
        </m:r>
        <m:r>
          <m:t>×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Coulomb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fisika yang menyatakan besar gaya tarik atau tolak antara dua muatan listrik berbanding lurus dengan perkalian muatannya dan berbanding terbalik dengan kuadrat jaraknya.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Ohm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bahwa kuat arus listrik yang mengalir pada suatu penghantar berbanding lurus dengan beda potensial dan berbanding terbalik dengan hambatan (V = I x 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I Kirchhoff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percabangan arus listrik yang menyatakan jumlah kuat arus yang masuk ke suatu titik cabang sama dengan jumlah kuat arus yang keluar dari titik tersebut.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kWh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Kilowatt-hour, satuan pemakaian energi listrik yang setara dengan pemakaian daya 1.000 watt selama satu jam penuh.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Elektroskop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laboratorium yang digunakan untuk mendeteksi keberadaan dan jenis muatan listrik pada suatu benda.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