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INFORMATIKA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Informatika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Eksplorasi Berpikir Komputasional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Laboratorium komputer, software spreadsheet &amp; visual programming Scratch, proyektor,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karakteristik struktur data pohon (tree) dan graf (graph).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algoritma BFS dan DFS untuk menelusuri simpul pada jaringan graf.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solusi efisien untuk menyelesaikan masalah optimasi diskrit (Knapsack/jalur terpendek).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struktur data non-linier pohon (tree) dan graf (graph), algoritma penelusuran jalur (BFS dan DFS), pemodelan logika relasional, dan penyelesaian masalah optimasi komputasi.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Struktur Data Pohon (Tree) dan Graf (Graph)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komponen root, child, parent, leaf pada pohon, serta simpul dan sisi pada representasi graf.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Algoritma Penelusuran Jalur BFS dan DFS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strategi traversal graf melebar lapis demi lapis (BFS) dan menjelajah jalur terdalam (DFS).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Optimasi Jalur Terpendek pada Jaringan Graf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Menemukan rute paling efisien pada peta berbobot menggunakan konsep algoritma serakah (greedy).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Pemecahan Masalah Knapsack dan Logika Kompleks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Merancang strategi pemilihan objek bernilai optimum dengan keterbatasan bobot kapasitas.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Perbedaan mendasar antara struktur data Pohon (*Tree*) dan Graf (*Graph*)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Pohon tidak memiliki simpul sama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Pohon adalah graf terhubung yang memiliki satu simpul akar (*root*) dan tidak memiliki jalur melingkar tertutup (*siklus/loop*)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Graf hanya dapat memiliki maksimal dua cabang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Pohon hanya digunakan untuk menyimpan huruf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Pohon adalah subtipe graf yang bersifat asiklik (bebas siklus) dan berhierarki dari simpul akar hingga daun.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Algoritma penelusuran graf yang memanfaatkan struktur data Antrean (*Queue*) untuk mengunjungi semua simpul tetangga terdekat lapis demi lapis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Depth-First Search (DFS)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Breadth-First Search (BFS)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Binary Search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Bubble Sort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BFS menggunakan mekanisme antrean (Queue/FIFO) untuk memastikan semua simpul pada tingkat kedalaman yang sama diproses terlebih dahulu.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Sebuah aplikasi navigasi jalan mencari rute jalan tol tercepat dari Kota A ke Kota E dengan memperhitungkan jarak kilometer pada setiap ruas jalan. Representasi data peta yang paling tepat digunakan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Graf berbobot (*weighted graph*)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Tumpukan (Stack)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Tabel satu kolom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Pohon biner murni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Graf berbobot (*weighted graph*) memodelkan kota sebagai simpul (*node*) dan jalan sebagai sisi (*edge*) yang memiliki nilai bobot jarak (km) atau waktu tempuh.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Seorang penjelajah memiliki tas ransel dengan batas beban maksimal 10 kg. Tersedia 3 barang: Barang A (bobot 6 kg, nilai Rp60.000), Barang B (bobot 5 kg, nilai Rp50.000), dan Barang C (bobot 4 kg, nilai Rp45.000). Kombinasi barang utuh yang memberikan nilai ekonomi tertinggi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Barang A dan B (total 11 kg)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Barang A dan C (total 10 kg, nilai Rp105.000)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Barang B dan C (total 9 kg, nilai Rp95.000)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Barang A saja (total 6 kg, nilai Rp60.000)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Barang A + C berbobot 6 kg + 4 kg = 10 kg (pas sesuai kapasitas) dan menghasilkan total nilai maksimal Rp60.000 + Rp45.000 = Rp105.000.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Teknik penelusuran DFS (*Depth-First Search*) mengandalkan prinsip struktur data...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Queue (FIFO)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Stack (LIFO / Backtracking)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Array dua dimensi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Tabel Hash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DFS mengeksplorasi cabang terdalam dan melakukan *backtracking* (mundur ke simpul persimpangan sebelumnya) yang bekerja secara alami menggunakan prinsip Stack (LIFO).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Informatika • Bab 1: Berpikir Komputasional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Struktur Data Pohon (Tree) dan Graf (Graph)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komponen root, child, parent, leaf pada pohon, serta simpul dan sisi pada representasi graf.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Algoritma Penelusuran Jalur BFS dan DFS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strategi traversal graf melebar lapis demi lapis (BFS) dan menjelajah jalur terdalam (DFS).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Optimasi Jalur Terpendek pada Jaringan Graf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Menemukan rute paling efisien pada peta berbobot menggunakan konsep algoritma serakah (greedy).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Pemecahan Masalah Knapsack dan Logika Kompleks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Merancang strategi pemilihan objek bernilai optimum dengan keterbatasan bobot kapasitas.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Berpikir Komputasional kelas 9 memperdalam kecakapan pemodelan data non-linier dan perancangan algoritma penelusuran graf untuk menyelesaikan persoalan jaringan interkoneksi kompleks.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konsep simpul (*node/vertex*) dan sisi (*edge*) pada struktur data graf berarah/tidak berarah, hierarki pohon biner (*binary tree*), penelusuran jalur melebar (*Breadth-First Search* / BFS), serta penelusuran mendalam (*Depth-First Search* / DFS).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ini melatih nalar peserta didik dalam memecahkan tantangan optimasi diskrit seperti *Knapsack Problem* (pemilihan barang bernilai maksimal dengan batas kapasitas beban) dan pencarian rute terpendek (*Dijkstra*) pada jaringan transportasi cerdas.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Graph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Struktur data non-linier yang terdiri atas kumpulan simpul (vertices) yang dihubungkan oleh sejumlah sisi atau garis (edges).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Tree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khusus dari graf tidak berarah yang terhubung dan tidak memiliki sirkuit tertutup (siklus), berakar pada satu simpul utama (root).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BFS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Breadth-First Search, algoritma penelusuran graf yang mengunjungi seluruh simpul tetangga pada level yang sama sebelum turun ke level berikutnya.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DFS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Depth-First Search, algoritma penelusuran graf yang menjelajahi satu cabang jalur sedalam mungkin sebelum melakukan penelusuran balik (backtracking).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Knapsack Problem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Persoalan optimasi kombinatorial klasik untuk memilih sekumpulan barang dengan nilai total tertinggi tanpa melebihi batas daya tampung tas.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Informatika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