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INFORMATIKA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Informatika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Berpikir Komputasional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Eksplorasi Berpikir Komputasional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komputer, software spreadsheet &amp; visual programming Scratch, proyektor,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membedakan karakteristik dan mekanisme kerja struktur data tumpukan (stack) serta antrean (queue).</w:t>
      </w:r>
    </w:p>
    <w:p>
      <w:pPr>
        <w:pStyle w:val="ListNumber"/>
      </w:pPr>
      <w:r>
        <w:rPr>
          <w:rFonts w:ascii="Calibri" w:hAnsi="Calibri"/>
          <w:b w:val="0"/>
          <w:i w:val="0"/>
          <w:color w:val="000000"/>
          <w:sz w:val="19"/>
        </w:rPr>
        <w:t>Peserta didik mampu mengevaluasi nilai kebenaran ekspresi logika Boolean majemuk.</w:t>
      </w:r>
    </w:p>
    <w:p>
      <w:pPr>
        <w:pStyle w:val="ListNumber"/>
      </w:pPr>
      <w:r>
        <w:rPr>
          <w:rFonts w:ascii="Calibri" w:hAnsi="Calibri"/>
          <w:b w:val="0"/>
          <w:i w:val="0"/>
          <w:color w:val="000000"/>
          <w:sz w:val="19"/>
        </w:rPr>
        <w:t>Peserta didik mampu mengonversi representasi bilangan desimal ke biner dan heksadesimal secara tepat.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konsep fungsi matematis dan komputasi, struktur data tumpukan (stack) dan antrean (queue), logika proposisi Boolean, serta sistem bilangan biner dan heksadesimal.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Fungsi dan Pemodelan Masalah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relasi input-proses-output sebagai fungsi matematis dalam pemecahan masalah komputasi.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Struktur Data Tumpukan (Stack) dan Antrean (Queue)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prinsip kerja LIFO pada stack dan FIFO pada queue beserta studi kasus implementasinya.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Logika Proposisi dan Gerbang Boolean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Mengevaluasi ekspresi logika majemuk menggunakan tabel kebenaran operasi AND, OR, dan NOT.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Sistem Bilangan Biner dan Heksadesimal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Melakukan konversi dan kalkulasi aritmatika dasar bilangan biner dan heksadesimal.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Sebuah aplikasi penjelajah web (*browser*) menyediakan tombol 'Back' untuk kembali ke halaman web yang baru saja dikunjungi. Struktur data yang paling tepat digunakan untuk menerapkan fitur ini adalah...</w:t>
      </w:r>
    </w:p>
    <w:p>
      <w:pPr>
        <w:spacing w:before="0" w:after="20"/>
        <w:ind w:left="576"/>
      </w:pPr>
      <w:r>
        <w:rPr>
          <w:rFonts w:ascii="Calibri" w:hAnsi="Calibri"/>
          <w:b w:val="0"/>
          <w:i w:val="0"/>
          <w:color w:val="000000"/>
          <w:sz w:val="18"/>
        </w:rPr>
        <w:t>Queue (FIFO)</w:t>
      </w:r>
    </w:p>
    <w:p>
      <w:pPr>
        <w:spacing w:before="0" w:after="20"/>
        <w:ind w:left="576"/>
      </w:pPr>
      <w:r>
        <w:rPr>
          <w:rFonts w:ascii="Calibri" w:hAnsi="Calibri"/>
          <w:b w:val="0"/>
          <w:i w:val="0"/>
          <w:color w:val="000000"/>
          <w:sz w:val="18"/>
        </w:rPr>
        <w:t>Stack (LIFO)</w:t>
      </w:r>
    </w:p>
    <w:p>
      <w:pPr>
        <w:spacing w:before="0" w:after="20"/>
        <w:ind w:left="576"/>
      </w:pPr>
      <w:r>
        <w:rPr>
          <w:rFonts w:ascii="Calibri" w:hAnsi="Calibri"/>
          <w:b w:val="0"/>
          <w:i w:val="0"/>
          <w:color w:val="000000"/>
          <w:sz w:val="18"/>
        </w:rPr>
        <w:t>Array statis</w:t>
      </w:r>
    </w:p>
    <w:p>
      <w:pPr>
        <w:spacing w:before="0" w:after="20"/>
        <w:ind w:left="576"/>
      </w:pPr>
      <w:r>
        <w:rPr>
          <w:rFonts w:ascii="Calibri" w:hAnsi="Calibri"/>
          <w:b w:val="0"/>
          <w:i w:val="0"/>
          <w:color w:val="000000"/>
          <w:sz w:val="18"/>
        </w:rPr>
        <w:t>Graf tidak berarah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Tombol 'Back' pada browser menyimpan riwayat halaman web terakhir di bagian teratas tumpukan, sehingga saat ditekan, halaman yang paling akhir dibuka adalah yang pertama kali ditampilkan kembali (prinsip Last In First Out / Stack).</w:t>
      </w:r>
    </w:p>
    <w:p>
      <w:pPr>
        <w:spacing w:before="80" w:after="40"/>
        <w:ind w:left="216"/>
      </w:pPr>
      <w:r>
        <w:rPr>
          <w:rFonts w:ascii="Calibri" w:hAnsi="Calibri"/>
          <w:b/>
          <w:color w:val="000000"/>
          <w:sz w:val="19"/>
        </w:rPr>
        <w:t xml:space="preserve">2. </w:t>
      </w:r>
      <w:r>
        <w:rPr>
          <w:rFonts w:ascii="Calibri" w:hAnsi="Calibri"/>
          <w:b w:val="0"/>
          <w:i w:val="0"/>
          <w:color w:val="000000"/>
          <w:sz w:val="19"/>
        </w:rPr>
        <w:t>Pada sistem antrean pencetakan dokumen (*print spooler*) di kantor, dokumen yang dikirim paling awal oleh pengguna akan dicetak lebih dahulu oleh printer. Prinsip struktur data yang diterapkan adalah...</w:t>
      </w:r>
    </w:p>
    <w:p>
      <w:pPr>
        <w:spacing w:before="0" w:after="20"/>
        <w:ind w:left="576"/>
      </w:pPr>
      <w:r>
        <w:rPr>
          <w:rFonts w:ascii="Calibri" w:hAnsi="Calibri"/>
          <w:b w:val="0"/>
          <w:i w:val="0"/>
          <w:color w:val="000000"/>
          <w:sz w:val="18"/>
        </w:rPr>
        <w:t>Last In First Out (LIFO)</w:t>
      </w:r>
    </w:p>
    <w:p>
      <w:pPr>
        <w:spacing w:before="0" w:after="20"/>
        <w:ind w:left="576"/>
      </w:pPr>
      <w:r>
        <w:rPr>
          <w:rFonts w:ascii="Calibri" w:hAnsi="Calibri"/>
          <w:b w:val="0"/>
          <w:i w:val="0"/>
          <w:color w:val="000000"/>
          <w:sz w:val="18"/>
        </w:rPr>
        <w:t>First In First Out (FIFO)</w:t>
      </w:r>
    </w:p>
    <w:p>
      <w:pPr>
        <w:spacing w:before="0" w:after="20"/>
        <w:ind w:left="576"/>
      </w:pPr>
      <w:r>
        <w:rPr>
          <w:rFonts w:ascii="Calibri" w:hAnsi="Calibri"/>
          <w:b w:val="0"/>
          <w:i w:val="0"/>
          <w:color w:val="000000"/>
          <w:sz w:val="18"/>
        </w:rPr>
        <w:t>Random Access</w:t>
      </w:r>
    </w:p>
    <w:p>
      <w:pPr>
        <w:spacing w:before="0" w:after="20"/>
        <w:ind w:left="576"/>
      </w:pPr>
      <w:r>
        <w:rPr>
          <w:rFonts w:ascii="Calibri" w:hAnsi="Calibri"/>
          <w:b w:val="0"/>
          <w:i w:val="0"/>
          <w:color w:val="000000"/>
          <w:sz w:val="18"/>
        </w:rPr>
        <w:t>Binary Search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Sistem antrean pencetak bekerja dengan mekanisme Queue, di mana tugas pertama yang masuk ke antrean adalah yang pertama kali diproses dan dicetak (First In First Out / FIFO).</w:t>
      </w:r>
    </w:p>
    <w:p>
      <w:pPr>
        <w:spacing w:before="80" w:after="40"/>
        <w:ind w:left="216"/>
      </w:pPr>
      <w:r>
        <w:rPr>
          <w:rFonts w:ascii="Calibri" w:hAnsi="Calibri"/>
          <w:b/>
          <w:color w:val="000000"/>
          <w:sz w:val="19"/>
        </w:rPr>
        <w:t xml:space="preserve">3. </w:t>
      </w:r>
      <w:r>
        <w:rPr>
          <w:rFonts w:ascii="Calibri" w:hAnsi="Calibri"/>
          <w:b w:val="0"/>
          <w:i w:val="0"/>
          <w:color w:val="000000"/>
          <w:sz w:val="19"/>
        </w:rPr>
        <w:t>Jika proposisi P bernilai TRUE dan proposisi Q bernilai FALSE, maka hasil evaluasi ekspresi logika '(P AND NOT Q) OR Q' adalah...</w:t>
      </w:r>
    </w:p>
    <w:p>
      <w:pPr>
        <w:spacing w:before="0" w:after="20"/>
        <w:ind w:left="576"/>
      </w:pPr>
      <w:r>
        <w:rPr>
          <w:rFonts w:ascii="Calibri" w:hAnsi="Calibri"/>
          <w:b w:val="0"/>
          <w:i w:val="0"/>
          <w:color w:val="000000"/>
          <w:sz w:val="18"/>
        </w:rPr>
        <w:t>FALSE</w:t>
      </w:r>
    </w:p>
    <w:p>
      <w:pPr>
        <w:spacing w:before="0" w:after="20"/>
        <w:ind w:left="576"/>
      </w:pPr>
      <w:r>
        <w:rPr>
          <w:rFonts w:ascii="Calibri" w:hAnsi="Calibri"/>
          <w:b w:val="0"/>
          <w:i w:val="0"/>
          <w:color w:val="000000"/>
          <w:sz w:val="18"/>
        </w:rPr>
        <w:t>TRUE</w:t>
      </w:r>
    </w:p>
    <w:p>
      <w:pPr>
        <w:spacing w:before="0" w:after="20"/>
        <w:ind w:left="576"/>
      </w:pPr>
      <w:r>
        <w:rPr>
          <w:rFonts w:ascii="Calibri" w:hAnsi="Calibri"/>
          <w:b w:val="0"/>
          <w:i w:val="0"/>
          <w:color w:val="000000"/>
          <w:sz w:val="18"/>
        </w:rPr>
        <w:t>Error logika</w:t>
      </w:r>
    </w:p>
    <w:p>
      <w:pPr>
        <w:spacing w:before="0" w:after="20"/>
        <w:ind w:left="576"/>
      </w:pPr>
      <w:r>
        <w:rPr>
          <w:rFonts w:ascii="Calibri" w:hAnsi="Calibri"/>
          <w:b w:val="0"/>
          <w:i w:val="0"/>
          <w:color w:val="000000"/>
          <w:sz w:val="18"/>
        </w:rPr>
        <w:t>Tidak dapat ditentukan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NOT Q bernilai TRUE. Maka (P AND NOT Q) adalah (TRUE AND TRUE) = TRUE. Selanjutnya, TRUE OR Q (FALSE) menghasilkan nilai akhir TRUE.</w:t>
      </w:r>
    </w:p>
    <w:p>
      <w:pPr>
        <w:spacing w:before="80" w:after="40"/>
        <w:ind w:left="216"/>
      </w:pPr>
      <w:r>
        <w:rPr>
          <w:rFonts w:ascii="Calibri" w:hAnsi="Calibri"/>
          <w:b/>
          <w:color w:val="000000"/>
          <w:sz w:val="19"/>
        </w:rPr>
        <w:t xml:space="preserve">4. </w:t>
      </w:r>
      <w:r>
        <w:rPr>
          <w:rFonts w:ascii="Calibri" w:hAnsi="Calibri"/>
          <w:b w:val="0"/>
          <w:i w:val="0"/>
          <w:color w:val="000000"/>
          <w:sz w:val="19"/>
        </w:rPr>
        <w:t>Bilangan desimal 25 jika dikonversikan ke dalam bentuk bilangan biner 8-bit adalah...</w:t>
      </w:r>
    </w:p>
    <w:p>
      <w:pPr>
        <w:spacing w:before="0" w:after="20"/>
        <w:ind w:left="576"/>
      </w:pPr>
      <w:r>
        <w:rPr>
          <w:rFonts w:ascii="Calibri" w:hAnsi="Calibri"/>
          <w:b w:val="0"/>
          <w:i w:val="0"/>
          <w:color w:val="000000"/>
          <w:sz w:val="18"/>
        </w:rPr>
        <w:t>00011001</w:t>
      </w:r>
    </w:p>
    <w:p>
      <w:pPr>
        <w:spacing w:before="0" w:after="20"/>
        <w:ind w:left="576"/>
      </w:pPr>
      <w:r>
        <w:rPr>
          <w:rFonts w:ascii="Calibri" w:hAnsi="Calibri"/>
          <w:b w:val="0"/>
          <w:i w:val="0"/>
          <w:color w:val="000000"/>
          <w:sz w:val="18"/>
        </w:rPr>
        <w:t>00011010</w:t>
      </w:r>
    </w:p>
    <w:p>
      <w:pPr>
        <w:spacing w:before="0" w:after="20"/>
        <w:ind w:left="576"/>
      </w:pPr>
      <w:r>
        <w:rPr>
          <w:rFonts w:ascii="Calibri" w:hAnsi="Calibri"/>
          <w:b w:val="0"/>
          <w:i w:val="0"/>
          <w:color w:val="000000"/>
          <w:sz w:val="18"/>
        </w:rPr>
        <w:t>00010101</w:t>
      </w:r>
    </w:p>
    <w:p>
      <w:pPr>
        <w:spacing w:before="0" w:after="20"/>
        <w:ind w:left="576"/>
      </w:pPr>
      <w:r>
        <w:rPr>
          <w:rFonts w:ascii="Calibri" w:hAnsi="Calibri"/>
          <w:b w:val="0"/>
          <w:i w:val="0"/>
          <w:color w:val="000000"/>
          <w:sz w:val="18"/>
        </w:rPr>
        <w:t>00110001</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25 = 16 + 8 + 1 = (1 * 2^4) + (1 * 2^3) + (0 * 2^2) + (0 * 2^1) + (1 * 2^0), sehingga dalam format biner 8-bit ditulis sebagai 00011001.</w:t>
      </w:r>
    </w:p>
    <w:p>
      <w:pPr>
        <w:spacing w:before="80" w:after="40"/>
        <w:ind w:left="216"/>
      </w:pPr>
      <w:r>
        <w:rPr>
          <w:rFonts w:ascii="Calibri" w:hAnsi="Calibri"/>
          <w:b/>
          <w:color w:val="000000"/>
          <w:sz w:val="19"/>
        </w:rPr>
        <w:t xml:space="preserve">5. </w:t>
      </w:r>
      <w:r>
        <w:rPr>
          <w:rFonts w:ascii="Calibri" w:hAnsi="Calibri"/>
          <w:b w:val="0"/>
          <w:i w:val="0"/>
          <w:color w:val="000000"/>
          <w:sz w:val="19"/>
        </w:rPr>
        <w:t>Angka heksadesimal 2E setara dengan nilai desimal...</w:t>
      </w:r>
    </w:p>
    <w:p>
      <w:pPr>
        <w:spacing w:before="0" w:after="20"/>
        <w:ind w:left="576"/>
      </w:pPr>
      <w:r>
        <w:rPr>
          <w:rFonts w:ascii="Calibri" w:hAnsi="Calibri"/>
          <w:b w:val="0"/>
          <w:i w:val="0"/>
          <w:color w:val="000000"/>
          <w:sz w:val="18"/>
        </w:rPr>
        <w:t>44</w:t>
      </w:r>
    </w:p>
    <w:p>
      <w:pPr>
        <w:spacing w:before="0" w:after="20"/>
        <w:ind w:left="576"/>
      </w:pPr>
      <w:r>
        <w:rPr>
          <w:rFonts w:ascii="Calibri" w:hAnsi="Calibri"/>
          <w:b w:val="0"/>
          <w:i w:val="0"/>
          <w:color w:val="000000"/>
          <w:sz w:val="18"/>
        </w:rPr>
        <w:t>46</w:t>
      </w:r>
    </w:p>
    <w:p>
      <w:pPr>
        <w:spacing w:before="0" w:after="20"/>
        <w:ind w:left="576"/>
      </w:pPr>
      <w:r>
        <w:rPr>
          <w:rFonts w:ascii="Calibri" w:hAnsi="Calibri"/>
          <w:b w:val="0"/>
          <w:i w:val="0"/>
          <w:color w:val="000000"/>
          <w:sz w:val="18"/>
        </w:rPr>
        <w:t>48</w:t>
      </w:r>
    </w:p>
    <w:p>
      <w:pPr>
        <w:spacing w:before="0" w:after="20"/>
        <w:ind w:left="576"/>
      </w:pPr>
      <w:r>
        <w:rPr>
          <w:rFonts w:ascii="Calibri" w:hAnsi="Calibri"/>
          <w:b w:val="0"/>
          <w:i w:val="0"/>
          <w:color w:val="000000"/>
          <w:sz w:val="18"/>
        </w:rPr>
        <w:t>38</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Dalam heksadesimal, 'E' bernilai 14. Maka konversi ke desimal adalah (2 * 16^1) + (14 * 16^0) = 32 + 14 = 46.</w:t>
      </w:r>
    </w:p>
    <w:p>
      <w:r>
        <w:br w:type="page"/>
      </w:r>
    </w:p>
    <w:p>
      <w:pPr>
        <w:pStyle w:val="Title"/>
      </w:pPr>
      <w:r>
        <w:t>LEMBAR KERJA PESERTA DIDIK (LKPD)</w:t>
      </w:r>
    </w:p>
    <w:p>
      <w:pPr>
        <w:pStyle w:val="Subtitle"/>
      </w:pPr>
      <w:r>
        <w:t>Mata Pelajaran: Informatika • Bab 1: Berpikir Komputasional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Fungsi dan Pemodelan Masalah</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relasi input-proses-output sebagai fungsi matematis dalam pemecahan masalah komputasi.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Struktur Data Tumpukan (Stack) dan Antrean (Queue)</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prinsip kerja LIFO pada stack dan FIFO pada queue beserta studi kasus implementasinya.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Logika Proposisi dan Gerbang Boolean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Mengevaluasi ekspresi logika majemuk menggunakan tabel kebenaran operasi AND, OR, dan NOT.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Sistem Bilangan Biner dan Heksadesimal</w:t>
      </w:r>
    </w:p>
    <w:p>
      <w:pPr>
        <w:spacing w:before="20" w:after="60"/>
        <w:ind w:left="216"/>
      </w:pPr>
      <w:r>
        <w:rPr>
          <w:rFonts w:ascii="Calibri" w:hAnsi="Calibri"/>
          <w:color w:val="000000"/>
          <w:sz w:val="18"/>
        </w:rPr>
        <w:t xml:space="preserve">Petunjuk: </w:t>
      </w:r>
      <w:r>
        <w:rPr>
          <w:rFonts w:ascii="Calibri" w:hAnsi="Calibri"/>
          <w:b w:val="0"/>
          <w:i w:val="0"/>
          <w:color w:val="000000"/>
          <w:sz w:val="18"/>
        </w:rPr>
        <w:t>Melakukan konversi dan kalkulasi aritmatika dasar bilangan biner dan heksadesimal.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Berpikir komputasional pada jenjang kelas 8 memperdalam kemampuan abstraksi dan pemodelan matematis peserta didik melalui pemahaman fungsi logika, struktur data dinamis, dan representasi data biner dalam arsitektur komputer modern.</w:t>
      </w:r>
    </w:p>
    <w:p>
      <w:pPr>
        <w:spacing w:before="40" w:after="60" w:line="276" w:lineRule="auto"/>
      </w:pPr>
      <w:r>
        <w:rPr>
          <w:rFonts w:ascii="Calibri" w:hAnsi="Calibri"/>
          <w:b w:val="0"/>
          <w:i w:val="0"/>
          <w:color w:val="000000"/>
          <w:sz w:val="19"/>
        </w:rPr>
        <w:t>Peserta didik mempelajari perbedaan mendasar antara mekanisme tumpukan yang menganut prinsip LIFO (Last In First Out) dan antrean yang menganut prinsip FIFO (First In First Out), serta bagaimana struktur data tersebut diaplikasikan dalam sistem operasi dan aplikasi nyata.</w:t>
      </w:r>
    </w:p>
    <w:p>
      <w:pPr>
        <w:spacing w:before="40" w:after="60" w:line="276" w:lineRule="auto"/>
      </w:pPr>
      <w:r>
        <w:rPr>
          <w:rFonts w:ascii="Calibri" w:hAnsi="Calibri"/>
          <w:b w:val="0"/>
          <w:i w:val="0"/>
          <w:color w:val="000000"/>
          <w:sz w:val="19"/>
        </w:rPr>
        <w:t>Materi ini juga melatih analisis gerbang logika Boolean (AND, OR, NOT) untuk memecahkan persoalan keputusan algoritmik dan mengajarkan konversi bilangan berbasis 10 (desimal) ke basis 2 (biner) dan basis 16 (heksadesimal) secara terstruktur.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Stack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Struktur data linier dengan mekanisme penyimpanan Last In First Out (LIFO), di mana elemen terakhir yang dimasukkan menjadi elemen pertama yang dikeluarkan.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Queue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Struktur data linier dengan mekanisme penyimpanan First In First Out (FIFO), di mana elemen pertama yang masuk menjadi elemen pertama yang keluar.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Logika Boolean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aljabar logika yang hanya mengenal dua nilai kebenaran, yaitu True (1) dan False (0).</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Bilangan Biner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bilangan berbasis dua yang hanya menggunakan simbol angka 0 dan 1 untuk merepresentasikan instruksi dan data pada komputer.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Heksadesimal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bilangan berbasis 16 yang menggunakan angka 0-9 dan huruf A-F untuk memadatkan representasi nilai biner.</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Informatika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