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INFORMATIKA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Informatika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Analisis Data dan Pengambilan Keputusan Bisnis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Otomasi Digital Perkantoran/Industri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komputer, software analisis data/pemrograman, proyektor, jaringan internet,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Analisis Data dan Pengambilan Keputusan Bisnis dalam konteks operasional kejuruan secara komprehensif.</w:t>
      </w:r>
    </w:p>
    <w:p>
      <w:pPr>
        <w:pStyle w:val="ListNumber"/>
      </w:pPr>
      <w:r>
        <w:rPr>
          <w:rFonts w:ascii="Calibri" w:hAnsi="Calibri"/>
          <w:b w:val="0"/>
          <w:i w:val="0"/>
          <w:color w:val="000000"/>
          <w:sz w:val="19"/>
        </w:rPr>
        <w:t>Menerapkan prosedur kerja dan teknik pemecahan masalah terkait Analisis Data dan Pengambilan Keputusan Bisnis secara mandiri dan presisi.</w:t>
      </w:r>
    </w:p>
    <w:p>
      <w:pPr>
        <w:pStyle w:val="ListNumber"/>
      </w:pPr>
      <w:r>
        <w:rPr>
          <w:rFonts w:ascii="Calibri" w:hAnsi="Calibri"/>
          <w:b w:val="0"/>
          <w:i w:val="0"/>
          <w:color w:val="000000"/>
          <w:sz w:val="19"/>
        </w:rPr>
        <w:t>Mengevaluasi hasil kerja, kepatuhan SOP, dan keselamatan kerja (K3) pada aktivitas pembelajaran Analisis Data dan Pengambilan Keputusan Bisnis.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Pengumpulan data operasional, teknik pembersihan data kotor, visualisasi grafik analitik, dan interpretasi tren bisnis.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Analisis Data dan Pengambilan Keputusan Bisnis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Analisis Data dan Pengambilan Keputusan Bisnis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Analisis Data dan Pengambilan Keputusan Bisnis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Analisis Data dan Pengambilan Keputusan Bisnis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Analisis Data dan Pengambilan Keputusan Bisnis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Analisis Data dan Pengambilan Keputusan Bisnis?</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Analisis Data dan Pengambilan Keputusan Bisnis.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Analisis Data dan Pengambilan Keputusan Bisnis?</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Analisis Data dan Pengambilan Keputusan Bisnis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Informatika • Bab 5: Analisis Data dan Pengambilan Keputusan Bisnis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Analisis Data dan Pengambilan Keputusan Bisnis</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Analisis Data dan Pengambilan Keputusan Bisnis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Analisis Data dan Pengambilan Keputusan Bisnis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Analisis Data dan Pengambilan Keputusan Bisnis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Analisis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Analisis Data dan Pengambilan Keputusan Bisnis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Pengambilan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Informatika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