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FISIKA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Fisika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Gelombang Mekanik, Gelombang Bunyi, dan Cahaya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persamaan matematis gelombang berjalan dan gelombang stasioner.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taraf intensitas bunyi dan efek Doppler pada pergerakan relatif sumber bunyi.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konsep interferensi dan difraksi cahaya dalam mengukur panjang gelombang optik.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Persamaan gelombang berjalan (</w:t>
      </w:r>
      <m:oMath>
        <m:r>
          <m:t>y</m:t>
        </m:r>
        <m:r>
          <m:t>=</m:t>
        </m:r>
        <m:r>
          <m:t>A</m:t>
        </m:r>
        <m:r>
          <m:t>sin </m:t>
        </m:r>
        <m:r>
          <m:t>(</m:t>
        </m:r>
        <m:r>
          <m:t>ω</m:t>
        </m:r>
        <m:r>
          <m:t>t</m:t>
        </m:r>
        <m:r>
          <m:t>∓</m:t>
        </m:r>
        <m:r>
          <m:t>k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), gelombang stasioner ujung terikat/bebas, sifat gelombang bunyi (Efek Doppler, intensitas </w:t>
      </w:r>
      <m:oMath>
        <m:r>
          <m:t>I</m:t>
        </m:r>
        <m:r>
          <m:t>=</m:t>
        </m:r>
        <m:f>
          <m:fPr>
            <m:type m:val="bar"/>
          </m:fPr>
          <m:num>
            <m:r>
              <m:t>P</m:t>
            </m:r>
          </m:num>
          <m:den>
            <m:r>
              <m:t>4</m:t>
            </m:r>
            <m:r>
              <m:t>π</m:t>
            </m:r>
            <m:sSup>
              <m:e>
                <m:r>
                  <m:t>r</m:t>
                </m:r>
              </m:e>
              <m:sup>
                <m:r>
                  <m:t>2</m:t>
                </m:r>
              </m:sup>
            </m:sSup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taraf intensitas desibel </w:t>
      </w:r>
      <m:oMath>
        <m:r>
          <m:t>T</m:t>
        </m:r>
        <m:r>
          <m:t>I</m:t>
        </m:r>
      </m:oMath>
      <w:r>
        <w:rPr>
          <w:rFonts w:ascii="Calibri" w:hAnsi="Calibri"/>
          <w:b w:val="0"/>
          <w:i w:val="0"/>
          <w:color w:val="000000"/>
          <w:sz w:val="19"/>
        </w:rPr>
        <w:t>), serta optika fisis gelombang cahaya (interferensi celah ganda Young, difraksi kisi, dan polarisasi).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Persamaan Gelombang Berjalan dan Gelombang Stasioner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amplitudo, panjang gelombang, cepat rambat, letak perut, dan simpul pada tali bergetar.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Karakteristik Bunyi, Intensitas, dan Taraf Intensitas (Desibel)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taraf intensitas dari 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sumber bunyi identik (</w:t>
      </w:r>
      <m:oMath>
        <m:r>
          <m:t>T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t>=</m:t>
        </m:r>
        <m:r>
          <m:t>T</m:t>
        </m:r>
        <m:sSub>
          <m:e>
            <m:r>
              <m:t>I</m:t>
            </m:r>
          </m:e>
          <m:sub>
            <m:r>
              <m:t>1</m:t>
            </m:r>
          </m:sub>
        </m:sSub>
        <m:r>
          <m:t>+</m:t>
        </m:r>
        <m:r>
          <m:t>1</m:t>
        </m:r>
        <m:r>
          <m:t>0</m:t>
        </m:r>
        <m:r>
          <m:t>log 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>) dan jarak sumber (</w:t>
      </w:r>
      <m:oMath>
        <m:r>
          <m:t>T</m:t>
        </m:r>
        <m:sSub>
          <m:e>
            <m:r>
              <m:t>I</m:t>
            </m:r>
          </m:e>
          <m:sub>
            <m:r>
              <m:t>2</m:t>
            </m:r>
          </m:sub>
        </m:sSub>
        <m:r>
          <m:t>=</m:t>
        </m:r>
        <m:r>
          <m:t>T</m:t>
        </m:r>
        <m:sSub>
          <m:e>
            <m:r>
              <m:t>I</m:t>
            </m:r>
          </m:e>
          <m:sub>
            <m:r>
              <m:t>1</m:t>
            </m:r>
          </m:sub>
        </m:sSub>
        <m:r>
          <m:t>-</m:t>
        </m:r>
        <m:r>
          <m:t>2</m:t>
        </m:r>
        <m:r>
          <m:t>0</m:t>
        </m:r>
        <m:r>
          <m:t>log </m:t>
        </m:r>
        <m:f>
          <m:fPr>
            <m:type m:val="bar"/>
          </m:fPr>
          <m:num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num>
          <m:den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Efek Doppler pada Gelombang Bunyi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frekuensi layangan bunyi dan frekuensi pendengar saat ambulans mendekati/menjauhi pengamat.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Optika Fisis: Interferensi Celah Ganda, Difraksi Kisi, dan Polarisasi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jarak terang-gelap celah ganda Young dan menghitung panjang gelombang laser dengan kisi difraksi.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Persamaan gelombang berjalan dinyatakan oleh </w:t>
      </w:r>
      <m:oMath>
        <m:r>
          <m:t>y</m:t>
        </m:r>
        <m:r>
          <m:t>=</m:t>
        </m:r>
        <m:r>
          <m:t>0</m:t>
        </m:r>
        <m:r>
          <m:t>.</m:t>
        </m:r>
        <m:r>
          <m:t>0</m:t>
        </m:r>
        <m:r>
          <m:t>4</m:t>
        </m:r>
        <m:r>
          <m:t>sin </m:t>
        </m:r>
        <m:r>
          <m:t>(</m:t>
        </m:r>
        <m:r>
          <m:t>2</m:t>
        </m:r>
        <m:r>
          <m:t>0</m:t>
        </m:r>
        <m:r>
          <m:t>π</m:t>
        </m:r>
        <m:r>
          <m:t>t</m:t>
        </m:r>
        <m:r>
          <m:t>-</m:t>
        </m:r>
        <m:r>
          <m:t>4</m:t>
        </m:r>
        <m:r>
          <m:t>π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dalam satuan SI. Cepat rambat gelombang tersebut adalah...</w:t>
      </w:r>
    </w:p>
    <w:p>
      <w:pPr>
        <w:spacing w:before="0" w:after="20"/>
        <w:ind w:left="576"/>
      </w:pPr>
      <m:oMath>
        <m:r>
          <m:t>5</m:t>
        </m:r>
        <m:r>
          <m:t>m</m:t>
        </m:r>
      </m:oMath>
    </w:p>
    <w:p>
      <w:pPr>
        <w:spacing w:before="0" w:after="20"/>
        <w:ind w:left="576"/>
      </w:pPr>
      <m:oMath>
        <m:r>
          <m:t>2</m:t>
        </m:r>
        <m:r>
          <m:t>0</m:t>
        </m:r>
        <m:r>
          <m:t>m</m:t>
        </m:r>
      </m:oMath>
    </w:p>
    <w:p>
      <w:pPr>
        <w:spacing w:before="0" w:after="20"/>
        <w:ind w:left="576"/>
      </w:pPr>
      <m:oMath>
        <m:r>
          <m:t>4</m:t>
        </m:r>
        <m:r>
          <m:t>m</m:t>
        </m:r>
      </m:oMath>
    </w:p>
    <w:p>
      <w:pPr>
        <w:spacing w:before="0" w:after="20"/>
        <w:ind w:left="576"/>
      </w:pPr>
      <m:oMath>
        <m:r>
          <m:t>8</m:t>
        </m:r>
        <m:r>
          <m:t>0</m:t>
        </m:r>
        <m:r>
          <m:t>m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ω</m:t>
        </m:r>
        <m:r>
          <m:t>=</m:t>
        </m:r>
        <m:r>
          <m:t>2</m:t>
        </m:r>
        <m:r>
          <m:t>0</m:t>
        </m:r>
        <m:r>
          <m:t>π</m:t>
        </m:r>
        <m:r>
          <m:t>r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 dan </w:t>
      </w:r>
      <m:oMath>
        <m:r>
          <m:t>k</m:t>
        </m:r>
        <m:r>
          <m:t>=</m:t>
        </m:r>
        <m:r>
          <m:t>4</m:t>
        </m:r>
        <m:r>
          <m:t>π</m:t>
        </m:r>
        <m:sSup>
          <m:e>
            <m:r>
              <m:t>m</m:t>
            </m:r>
          </m:e>
          <m:sup>
            <m:r>
              <m:t>-</m:t>
            </m:r>
            <m:r>
              <m:t>1</m:t>
            </m:r>
          </m:sup>
        </m:sSup>
      </m:oMath>
      <w:r>
        <w:rPr>
          <w:rFonts w:ascii="Calibri" w:hAnsi="Calibri"/>
          <w:b w:val="0"/>
          <w:i/>
          <w:color w:val="64748B"/>
          <w:sz w:val="17"/>
        </w:rPr>
        <w:t xml:space="preserve">. Cepat rambat </w:t>
      </w:r>
      <m:oMath>
        <m:r>
          <m:t>v</m:t>
        </m:r>
        <m:r>
          <m:t>=</m:t>
        </m:r>
        <m:f>
          <m:fPr>
            <m:type m:val="bar"/>
          </m:fPr>
          <m:num>
            <m:r>
              <m:t>ω</m:t>
            </m:r>
          </m:num>
          <m:den>
            <m:r>
              <m:t>k</m:t>
            </m:r>
          </m:den>
        </m:f>
        <m:r>
          <m:t>=</m:t>
        </m:r>
        <m:f>
          <m:fPr>
            <m:type m:val="bar"/>
          </m:fPr>
          <m:num>
            <m:r>
              <m:t>2</m:t>
            </m:r>
            <m:r>
              <m:t>0</m:t>
            </m:r>
            <m:r>
              <m:t>π</m:t>
            </m:r>
          </m:num>
          <m:den>
            <m:r>
              <m:t>4</m:t>
            </m:r>
            <m:r>
              <m:t>π</m:t>
            </m:r>
          </m:den>
        </m:f>
        <m:r>
          <m:t>=</m:t>
        </m:r>
        <m:r>
          <m:t>5</m:t>
        </m:r>
        <m:r>
          <m:t>m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Taraf intensitas bunyi sebuah sepeda motor adalah </w:t>
      </w:r>
      <m:oMath>
        <m:r>
          <m:t>6</m:t>
        </m:r>
        <m:r>
          <m:t>0</m:t>
        </m:r>
        <m:r>
          <m:t>d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Jika terdapat </w:t>
      </w:r>
      <m:oMath>
        <m:r>
          <m:t>1</m:t>
        </m:r>
        <m:r>
          <m:t>0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sepeda motor identik yang dinyalakan serempak bersamaan, taraf intensitas bunyi totalnya menjadi...</w:t>
      </w:r>
    </w:p>
    <w:p>
      <w:pPr>
        <w:spacing w:before="0" w:after="20"/>
        <w:ind w:left="576"/>
      </w:pPr>
      <m:oMath>
        <m:r>
          <m:t>8</m:t>
        </m:r>
        <m:r>
          <m:t>0</m:t>
        </m:r>
        <m:r>
          <m:t>d</m:t>
        </m:r>
      </m:oMath>
    </w:p>
    <w:p>
      <w:pPr>
        <w:spacing w:before="0" w:after="20"/>
        <w:ind w:left="576"/>
      </w:pPr>
      <m:oMath>
        <m:r>
          <m:t>6</m:t>
        </m:r>
        <m:r>
          <m:t>0</m:t>
        </m:r>
        <m:r>
          <m:t>0</m:t>
        </m:r>
        <m:r>
          <m:t>d</m:t>
        </m:r>
      </m:oMath>
    </w:p>
    <w:p>
      <w:pPr>
        <w:spacing w:before="0" w:after="20"/>
        <w:ind w:left="576"/>
      </w:pPr>
      <m:oMath>
        <m:r>
          <m:t>1</m:t>
        </m:r>
        <m:r>
          <m:t>6</m:t>
        </m:r>
        <m:r>
          <m:t>0</m:t>
        </m:r>
        <m:r>
          <m:t>d</m:t>
        </m:r>
      </m:oMath>
    </w:p>
    <w:p>
      <w:pPr>
        <w:spacing w:before="0" w:after="20"/>
        <w:ind w:left="576"/>
      </w:pPr>
      <m:oMath>
        <m:r>
          <m:t>7</m:t>
        </m:r>
        <m:r>
          <m:t>0</m:t>
        </m:r>
        <m:r>
          <m:t>d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T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t>=</m:t>
        </m:r>
        <m:r>
          <m:t>T</m:t>
        </m:r>
        <m:sSub>
          <m:e>
            <m:r>
              <m:t>I</m:t>
            </m:r>
          </m:e>
          <m:sub>
            <m:r>
              <m:t>1</m:t>
            </m:r>
          </m:sub>
        </m:sSub>
        <m:r>
          <m:t>+</m:t>
        </m:r>
        <m:r>
          <m:t>1</m:t>
        </m:r>
        <m:r>
          <m:t>0</m:t>
        </m:r>
        <m:r>
          <m:t>log </m:t>
        </m:r>
        <m:r>
          <m:t>(</m:t>
        </m:r>
        <m:r>
          <m:t>n</m:t>
        </m:r>
        <m:r>
          <m:t>)</m:t>
        </m:r>
        <m:r>
          <m:t>=</m:t>
        </m:r>
        <m:r>
          <m:t>6</m:t>
        </m:r>
        <m:r>
          <m:t>0</m:t>
        </m:r>
        <m:r>
          <m:t>+</m:t>
        </m:r>
        <m:r>
          <m:t>1</m:t>
        </m:r>
        <m:r>
          <m:t>0</m:t>
        </m:r>
        <m:r>
          <m:t>log </m:t>
        </m:r>
        <m:r>
          <m:t>(</m:t>
        </m:r>
        <m:r>
          <m:t>1</m:t>
        </m:r>
        <m:r>
          <m:t>0</m:t>
        </m:r>
        <m:r>
          <m:t>0</m:t>
        </m:r>
        <m:r>
          <m:t>)</m:t>
        </m:r>
        <m:r>
          <m:t>=</m:t>
        </m:r>
        <m:r>
          <m:t>6</m:t>
        </m:r>
        <m:r>
          <m:t>0</m:t>
        </m:r>
        <m:r>
          <m:t>+</m:t>
        </m:r>
        <m:r>
          <m:t>1</m:t>
        </m:r>
        <m:r>
          <m:t>0</m:t>
        </m:r>
        <m:r>
          <m:t>(</m:t>
        </m:r>
        <m:r>
          <m:t>2</m:t>
        </m:r>
        <m:r>
          <m:t>)</m:t>
        </m:r>
        <m:r>
          <m:t>=</m:t>
        </m:r>
        <m:r>
          <m:t>6</m:t>
        </m:r>
        <m:r>
          <m:t>0</m:t>
        </m:r>
        <m:r>
          <m:t>+</m:t>
        </m:r>
        <m:r>
          <m:t>2</m:t>
        </m:r>
        <m:r>
          <m:t>0</m:t>
        </m:r>
        <m:r>
          <m:t>=</m:t>
        </m:r>
        <m:r>
          <m:t>8</m:t>
        </m:r>
        <m:r>
          <m:t>0</m:t>
        </m:r>
        <m:r>
          <m:t>d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Sebuah mobil ambulans bergerak membunyikan sirine dengan frekuensi </w:t>
      </w:r>
      <m:oMath>
        <m:r>
          <m:t>6</m:t>
        </m:r>
        <m:r>
          <m:t>8</m:t>
        </m:r>
        <m:r>
          <m:t>0</m:t>
        </m:r>
        <m:r>
          <m:t>H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mendekati seorang pengamat yang diam di tepi jalan dengan kelajuan </w:t>
      </w:r>
      <m:oMath>
        <m:r>
          <m:t>2</m:t>
        </m:r>
        <m:r>
          <m:t>0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Jika cepat rambat bunyi di udara </w:t>
      </w:r>
      <m:oMath>
        <m:r>
          <m:t>3</m:t>
        </m:r>
        <m:r>
          <m:t>4</m:t>
        </m:r>
        <m:r>
          <m:t>0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, frekuensi sirine yang didengar pengamat adalah...</w:t>
      </w:r>
    </w:p>
    <w:p>
      <w:pPr>
        <w:spacing w:before="0" w:after="20"/>
        <w:ind w:left="576"/>
      </w:pPr>
      <m:oMath>
        <m:r>
          <m:t>7</m:t>
        </m:r>
        <m:r>
          <m:t>2</m:t>
        </m:r>
        <m:r>
          <m:t>2</m:t>
        </m:r>
        <m:r>
          <m:t>.</m:t>
        </m:r>
        <m:r>
          <m:t>5</m:t>
        </m:r>
        <m:r>
          <m:t>H</m:t>
        </m:r>
      </m:oMath>
    </w:p>
    <w:p>
      <w:pPr>
        <w:spacing w:before="0" w:after="20"/>
        <w:ind w:left="576"/>
      </w:pPr>
      <m:oMath>
        <m:r>
          <m:t>6</m:t>
        </m:r>
        <m:r>
          <m:t>4</m:t>
        </m:r>
        <m:r>
          <m:t>0</m:t>
        </m:r>
        <m:r>
          <m:t>H</m:t>
        </m:r>
      </m:oMath>
    </w:p>
    <w:p>
      <w:pPr>
        <w:spacing w:before="0" w:after="20"/>
        <w:ind w:left="576"/>
      </w:pPr>
      <m:oMath>
        <m:r>
          <m:t>6</m:t>
        </m:r>
        <m:r>
          <m:t>8</m:t>
        </m:r>
        <m:r>
          <m:t>0</m:t>
        </m:r>
        <m:r>
          <m:t>H</m:t>
        </m:r>
      </m:oMath>
    </w:p>
    <w:p>
      <w:pPr>
        <w:spacing w:before="0" w:after="20"/>
        <w:ind w:left="576"/>
      </w:pPr>
      <m:oMath>
        <m:r>
          <m:t>7</m:t>
        </m:r>
        <m:r>
          <m:t>6</m:t>
        </m:r>
        <m:r>
          <m:t>0</m:t>
        </m:r>
        <m:r>
          <m:t>H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Efek Doppler: </w:t>
      </w:r>
      <m:oMath>
        <m:sSub>
          <m:e>
            <m:r>
              <m:t>f</m:t>
            </m:r>
          </m:e>
          <m:sub>
            <m:r>
              <m:t>p</m:t>
            </m:r>
          </m:sub>
        </m:sSub>
        <m:r>
          <m:t>=</m:t>
        </m:r>
        <m:f>
          <m:fPr>
            <m:type m:val="bar"/>
          </m:fPr>
          <m:num>
            <m:r>
              <m:t>v</m:t>
            </m:r>
            <m:r>
              <m:t>+</m:t>
            </m:r>
            <m:sSub>
              <m:e>
                <m:r>
                  <m:t>v</m:t>
                </m:r>
              </m:e>
              <m:sub>
                <m:r>
                  <m:t>p</m:t>
                </m:r>
              </m:sub>
            </m:sSub>
          </m:num>
          <m:den>
            <m:r>
              <m:t>v</m:t>
            </m:r>
            <m:r>
              <m:t>-</m:t>
            </m:r>
            <m:sSub>
              <m:e>
                <m:r>
                  <m:t>v</m:t>
                </m:r>
              </m:e>
              <m:sub>
                <m:r>
                  <m:t>s</m:t>
                </m:r>
              </m:sub>
            </m:sSub>
          </m:den>
        </m:f>
        <m:sSub>
          <m:e>
            <m:r>
              <m:t>f</m:t>
            </m:r>
          </m:e>
          <m:sub>
            <m:r>
              <m:t>s</m:t>
            </m:r>
          </m:sub>
        </m:sSub>
        <m:r>
          <m:t>=</m:t>
        </m:r>
        <m:f>
          <m:fPr>
            <m:type m:val="bar"/>
          </m:fPr>
          <m:num>
            <m:r>
              <m:t>3</m:t>
            </m:r>
            <m:r>
              <m:t>4</m:t>
            </m:r>
            <m:r>
              <m:t>0</m:t>
            </m:r>
            <m:r>
              <m:t>+</m:t>
            </m:r>
            <m:r>
              <m:t>0</m:t>
            </m:r>
          </m:num>
          <m:den>
            <m:r>
              <m:t>3</m:t>
            </m:r>
            <m:r>
              <m:t>4</m:t>
            </m:r>
            <m:r>
              <m:t>0</m:t>
            </m:r>
            <m:r>
              <m:t>-</m:t>
            </m:r>
            <m:r>
              <m:t>2</m:t>
            </m:r>
            <m:r>
              <m:t>0</m:t>
            </m:r>
          </m:den>
        </m:f>
        <m:r>
          <m:t>×</m:t>
        </m:r>
        <m:r>
          <m:t>6</m:t>
        </m:r>
        <m:r>
          <m:t>8</m:t>
        </m:r>
        <m:r>
          <m:t>0</m:t>
        </m:r>
        <m:r>
          <m:t>=</m:t>
        </m:r>
        <m:f>
          <m:fPr>
            <m:type m:val="bar"/>
          </m:fPr>
          <m:num>
            <m:r>
              <m:t>3</m:t>
            </m:r>
            <m:r>
              <m:t>4</m:t>
            </m:r>
            <m:r>
              <m:t>0</m:t>
            </m:r>
          </m:num>
          <m:den>
            <m:r>
              <m:t>3</m:t>
            </m:r>
            <m:r>
              <m:t>2</m:t>
            </m:r>
            <m:r>
              <m:t>0</m:t>
            </m:r>
          </m:den>
        </m:f>
        <m:r>
          <m:t>×</m:t>
        </m:r>
        <m:r>
          <m:t>6</m:t>
        </m:r>
        <m:r>
          <m:t>8</m:t>
        </m:r>
        <m:r>
          <m:t>0</m:t>
        </m:r>
        <m:r>
          <m:t>=</m:t>
        </m:r>
        <m:r>
          <m:t>1</m:t>
        </m:r>
        <m:r>
          <m:t>.</m:t>
        </m:r>
        <m:r>
          <m:t>0</m:t>
        </m:r>
        <m:r>
          <m:t>6</m:t>
        </m:r>
        <m:r>
          <m:t>2</m:t>
        </m:r>
        <m:r>
          <m:t>5</m:t>
        </m:r>
        <m:r>
          <m:t>×</m:t>
        </m:r>
        <m:r>
          <m:t>6</m:t>
        </m:r>
        <m:r>
          <m:t>8</m:t>
        </m:r>
        <m:r>
          <m:t>0</m:t>
        </m:r>
        <m:r>
          <m:t>=</m:t>
        </m:r>
        <m:r>
          <m:t>7</m:t>
        </m:r>
        <m:r>
          <m:t>2</m:t>
        </m:r>
        <m:r>
          <m:t>2</m:t>
        </m:r>
        <m:r>
          <m:t>.</m:t>
        </m:r>
        <m:r>
          <m:t>5</m:t>
        </m:r>
        <m:r>
          <m:t>H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Pada eksperimen interferensi celah ganda Young, jarak antara dua celah adalah </w:t>
      </w:r>
      <m:oMath>
        <m:r>
          <m:t>d</m:t>
        </m:r>
        <m:r>
          <m:t>=</m:t>
        </m:r>
        <m:r>
          <m:t>0</m:t>
        </m:r>
        <m:r>
          <m:t>.</m:t>
        </m:r>
        <m:r>
          <m:t>2</m:t>
        </m:r>
        <m:r>
          <m:t>m</m:t>
        </m:r>
        <m:r>
          <m:t>=</m:t>
        </m:r>
        <m:r>
          <m:t>2</m:t>
        </m:r>
        <m:r>
          <m:t>×</m:t>
        </m:r>
        <m:r>
          <m:t>1</m:t>
        </m:r>
        <m:sSup>
          <m:e>
            <m:r>
              <m:t>0</m:t>
            </m:r>
          </m:e>
          <m:sup>
            <m:r>
              <m:t>-</m:t>
            </m:r>
            <m:r>
              <m:t>4</m:t>
            </m:r>
          </m:sup>
        </m:sSup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jarak celah ke layar </w:t>
      </w:r>
      <m:oMath>
        <m:r>
          <m:t>L</m:t>
        </m:r>
        <m:r>
          <m:t>=</m:t>
        </m:r>
        <m:r>
          <m:t>1</m:t>
        </m:r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. Jika jarak terang pusat ke garis terang kedua (</w:t>
      </w:r>
      <m:oMath>
        <m:r>
          <m:t>n</m:t>
        </m:r>
        <m:r>
          <m:t>=</m:t>
        </m:r>
        <m:r>
          <m:t>2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 adalah </w:t>
      </w:r>
      <m:oMath>
        <m:r>
          <m:t>y</m:t>
        </m:r>
        <m:r>
          <m:t>=</m:t>
        </m:r>
        <m:r>
          <m:t>6</m:t>
        </m:r>
        <m:r>
          <m:t>m</m:t>
        </m:r>
        <m:r>
          <m:t>=</m:t>
        </m:r>
        <m:r>
          <m:t>6</m:t>
        </m:r>
        <m:r>
          <m:t>×</m:t>
        </m:r>
        <m:r>
          <m:t>1</m:t>
        </m:r>
        <m:sSup>
          <m:e>
            <m:r>
              <m:t>0</m:t>
            </m:r>
          </m:e>
          <m:sup>
            <m:r>
              <m:t>-</m:t>
            </m:r>
            <m:r>
              <m:t>3</m:t>
            </m:r>
          </m:sup>
        </m:sSup>
        <m:r>
          <m:t>m</m:t>
        </m:r>
      </m:oMath>
      <w:r>
        <w:rPr>
          <w:rFonts w:ascii="Calibri" w:hAnsi="Calibri"/>
          <w:b w:val="0"/>
          <w:i w:val="0"/>
          <w:color w:val="000000"/>
          <w:sz w:val="19"/>
        </w:rPr>
        <w:t>, panjang gelombang cahaya yang digunakan adalah...</w:t>
      </w:r>
    </w:p>
    <w:p>
      <w:pPr>
        <w:spacing w:before="0" w:after="20"/>
        <w:ind w:left="576"/>
      </w:pPr>
      <m:oMath>
        <m:r>
          <m:t>6</m:t>
        </m:r>
        <m:r>
          <m:t>0</m:t>
        </m:r>
        <m:r>
          <m:t>0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(</w:t>
      </w:r>
      <m:oMath>
        <m:r>
          <m:t>6</m:t>
        </m:r>
        <m:r>
          <m:t>×</m:t>
        </m:r>
        <m:r>
          <m:t>1</m:t>
        </m:r>
        <m:sSup>
          <m:e>
            <m:r>
              <m:t>0</m:t>
            </m:r>
          </m:e>
          <m:sup>
            <m:r>
              <m:t>-</m:t>
            </m:r>
            <m:r>
              <m:t>7</m:t>
            </m:r>
          </m:sup>
        </m:sSup>
        <m:r>
          <m:t>m</m:t>
        </m:r>
      </m:oMath>
      <w:r>
        <w:rPr>
          <w:rFonts w:ascii="Calibri" w:hAnsi="Calibri"/>
          <w:b w:val="0"/>
          <w:i w:val="0"/>
          <w:color w:val="000000"/>
          <w:sz w:val="18"/>
        </w:rPr>
        <w:t>)</w:t>
      </w:r>
    </w:p>
    <w:p>
      <w:pPr>
        <w:spacing w:before="0" w:after="20"/>
        <w:ind w:left="576"/>
      </w:pPr>
      <m:oMath>
        <m:r>
          <m:t>5</m:t>
        </m:r>
        <m:r>
          <m:t>0</m:t>
        </m:r>
        <m:r>
          <m:t>0</m:t>
        </m:r>
        <m:r>
          <m:t>n</m:t>
        </m:r>
      </m:oMath>
    </w:p>
    <w:p>
      <w:pPr>
        <w:spacing w:before="0" w:after="20"/>
        <w:ind w:left="576"/>
      </w:pPr>
      <m:oMath>
        <m:r>
          <m:t>4</m:t>
        </m:r>
        <m:r>
          <m:t>0</m:t>
        </m:r>
        <m:r>
          <m:t>0</m:t>
        </m:r>
        <m:r>
          <m:t>n</m:t>
        </m:r>
      </m:oMath>
    </w:p>
    <w:p>
      <w:pPr>
        <w:spacing w:before="0" w:after="20"/>
        <w:ind w:left="576"/>
      </w:pPr>
      <m:oMath>
        <m:r>
          <m:t>7</m:t>
        </m:r>
        <m:r>
          <m:t>0</m:t>
        </m:r>
        <m:r>
          <m:t>0</m:t>
        </m:r>
        <m:r>
          <m:t>n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f>
          <m:fPr>
            <m:type m:val="bar"/>
          </m:fPr>
          <m:num>
            <m:r>
              <m:t>d</m:t>
            </m:r>
            <m:r>
              <m:t>·</m:t>
            </m:r>
            <m:r>
              <m:t>y</m:t>
            </m:r>
          </m:num>
          <m:den>
            <m:r>
              <m:t>L</m:t>
            </m:r>
          </m:den>
        </m:f>
        <m:r>
          <m:t>=</m:t>
        </m:r>
        <m:r>
          <m:t>n</m:t>
        </m:r>
        <m:r>
          <m:t>λ</m:t>
        </m:r>
        <m:r>
          <m:t>→</m:t>
        </m:r>
        <m:r>
          <m:t>λ</m:t>
        </m:r>
        <m:r>
          <m:t>=</m:t>
        </m:r>
        <m:f>
          <m:fPr>
            <m:type m:val="bar"/>
          </m:fPr>
          <m:num>
            <m:r>
              <m:t>d</m:t>
            </m:r>
            <m:r>
              <m:t>·</m:t>
            </m:r>
            <m:r>
              <m:t>y</m:t>
            </m:r>
          </m:num>
          <m:den>
            <m:r>
              <m:t>n</m:t>
            </m:r>
            <m:r>
              <m:t>·</m:t>
            </m:r>
            <m:r>
              <m:t>L</m:t>
            </m:r>
          </m:den>
        </m:f>
        <m:r>
          <m:t>=</m:t>
        </m:r>
        <m:f>
          <m:fPr>
            <m:type m:val="bar"/>
          </m:fPr>
          <m:num>
            <m:r>
              <m:t>(</m:t>
            </m:r>
            <m:r>
              <m:t>2</m:t>
            </m:r>
            <m:r>
              <m:t>×</m:t>
            </m:r>
            <m:r>
              <m:t>1</m:t>
            </m:r>
            <m:sSup>
              <m:e>
                <m:r>
                  <m:t>0</m:t>
                </m:r>
              </m:e>
              <m:sup>
                <m:r>
                  <m:t>-</m:t>
                </m:r>
                <m:r>
                  <m:t>4</m:t>
                </m:r>
              </m:sup>
            </m:sSup>
            <m:r>
              <m:t>)</m:t>
            </m:r>
            <m:r>
              <m:t>(</m:t>
            </m:r>
            <m:r>
              <m:t>6</m:t>
            </m:r>
            <m:r>
              <m:t>×</m:t>
            </m:r>
            <m:r>
              <m:t>1</m:t>
            </m:r>
            <m:sSup>
              <m:e>
                <m:r>
                  <m:t>0</m:t>
                </m:r>
              </m:e>
              <m:sup>
                <m:r>
                  <m:t>-</m:t>
                </m:r>
                <m:r>
                  <m:t>3</m:t>
                </m:r>
              </m:sup>
            </m:sSup>
            <m:r>
              <m:t>)</m:t>
            </m:r>
          </m:num>
          <m:den>
            <m:r>
              <m:t>2</m:t>
            </m:r>
            <m:r>
              <m:t>×</m:t>
            </m:r>
            <m:r>
              <m:t>1</m:t>
            </m:r>
          </m:den>
        </m:f>
        <m:r>
          <m:t>=</m:t>
        </m:r>
        <m:f>
          <m:fPr>
            <m:type m:val="bar"/>
          </m:fPr>
          <m:num>
            <m:r>
              <m:t>1</m:t>
            </m:r>
            <m:r>
              <m:t>2</m:t>
            </m:r>
            <m:r>
              <m:t>×</m:t>
            </m:r>
            <m:r>
              <m:t>1</m:t>
            </m:r>
            <m:sSup>
              <m:e>
                <m:r>
                  <m:t>0</m:t>
                </m:r>
              </m:e>
              <m:sup>
                <m:r>
                  <m:t>-</m:t>
                </m:r>
                <m:r>
                  <m:t>7</m:t>
                </m:r>
              </m:sup>
            </m:sSup>
          </m:num>
          <m:den>
            <m:r>
              <m:t>2</m:t>
            </m:r>
          </m:den>
        </m:f>
        <m:r>
          <m:t>=</m:t>
        </m:r>
        <m:r>
          <m:t>6</m:t>
        </m:r>
        <m:r>
          <m:t>×</m:t>
        </m:r>
        <m:r>
          <m:t>1</m:t>
        </m:r>
        <m:sSup>
          <m:e>
            <m:r>
              <m:t>0</m:t>
            </m:r>
          </m:e>
          <m:sup>
            <m:r>
              <m:t>-</m:t>
            </m:r>
            <m:r>
              <m:t>7</m:t>
            </m:r>
          </m:sup>
        </m:sSup>
        <m:r>
          <m:t>m</m:t>
        </m:r>
        <m:r>
          <m:t>=</m:t>
        </m:r>
        <m:r>
          <m:t>6</m:t>
        </m:r>
        <m:r>
          <m:t>0</m:t>
        </m:r>
        <m:r>
          <m:t>0</m:t>
        </m:r>
        <m:r>
          <m:t>n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Perbedaan fisis fundamental antara gelombang bunyi dengan gelombang cahaya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Bunyi merupakan gelombang mekanik longitudinal yang memerlukan medium materi, sedangkan cahaya adalah gelombang elektromagnetik transversal yang dapat merambat di ruang hampa udara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Bunyi selalu merambat lebih cepat daripada kecepatan cahaya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Cahaya tidak dapat mengalami pemantulan dan pembiasan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Bunyi dapat merambat sempurna di ruang hampa antariksa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Bunyi membutuhkan medium materi elastis (mekanik), sedangkan cahaya adalah medan elektromagnetik mandiri yang merambat bebas di ruang hampa.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Fisika • Bab 5: Gelombang Mekanik, Gelombang Bunyi, dan Cahaya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Persamaan Gelombang Berjalan dan Gelombang Stasioner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amplitudo, panjang gelombang, cepat rambat, letak perut, dan simpul pada tali bergetar.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Karakteristik Bunyi, Intensitas, dan Taraf Intensitas (Desibel)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taraf intensitas dari </w:t>
      </w:r>
      <m:oMath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 xml:space="preserve"> sumber bunyi identik (</w:t>
      </w:r>
      <m:oMath>
        <m:r>
          <m:t>T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t>=</m:t>
        </m:r>
        <m:r>
          <m:t>T</m:t>
        </m:r>
        <m:sSub>
          <m:e>
            <m:r>
              <m:t>I</m:t>
            </m:r>
          </m:e>
          <m:sub>
            <m:r>
              <m:t>1</m:t>
            </m:r>
          </m:sub>
        </m:sSub>
        <m:r>
          <m:t>+</m:t>
        </m:r>
        <m:r>
          <m:t>1</m:t>
        </m:r>
        <m:r>
          <m:t>0</m:t>
        </m:r>
        <m:r>
          <m:t>log </m:t>
        </m:r>
        <m:r>
          <m:t>n</m:t>
        </m:r>
      </m:oMath>
      <w:r>
        <w:rPr>
          <w:rFonts w:ascii="Calibri" w:hAnsi="Calibri"/>
          <w:b w:val="0"/>
          <w:i w:val="0"/>
          <w:color w:val="000000"/>
          <w:sz w:val="18"/>
        </w:rPr>
        <w:t>) dan jarak sumber (</w:t>
      </w:r>
      <m:oMath>
        <m:r>
          <m:t>T</m:t>
        </m:r>
        <m:sSub>
          <m:e>
            <m:r>
              <m:t>I</m:t>
            </m:r>
          </m:e>
          <m:sub>
            <m:r>
              <m:t>2</m:t>
            </m:r>
          </m:sub>
        </m:sSub>
        <m:r>
          <m:t>=</m:t>
        </m:r>
        <m:r>
          <m:t>T</m:t>
        </m:r>
        <m:sSub>
          <m:e>
            <m:r>
              <m:t>I</m:t>
            </m:r>
          </m:e>
          <m:sub>
            <m:r>
              <m:t>1</m:t>
            </m:r>
          </m:sub>
        </m:sSub>
        <m:r>
          <m:t>-</m:t>
        </m:r>
        <m:r>
          <m:t>2</m:t>
        </m:r>
        <m:r>
          <m:t>0</m:t>
        </m:r>
        <m:r>
          <m:t>log </m:t>
        </m:r>
        <m:f>
          <m:fPr>
            <m:type m:val="bar"/>
          </m:fPr>
          <m:num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num>
          <m:den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Efek Doppler pada Gelombang Bunyi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frekuensi layangan bunyi dan frekuensi pendengar saat ambulans mendekati/menjauhi pengamat.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Optika Fisis: Interferensi Celah Ganda, Difraksi Kisi, dan Polarisasi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jarak terang-gelap celah ganda Young dan menghitung panjang gelombang laser dengan kisi difraksi.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Gelombang merupakan getaran yang merambat dan membawa energi tanpa memindahkan medium perantaranya secara permanen. Gelombang berjalan harmonik dirumuskan </w:t>
      </w:r>
      <m:oMath>
        <m:r>
          <m:t>y</m:t>
        </m:r>
        <m:r>
          <m:t>(</m:t>
        </m:r>
        <m:r>
          <m:t>x</m:t>
        </m:r>
        <m:r>
          <m:t>,</m:t>
        </m:r>
        <m:r>
          <m:t>t</m:t>
        </m:r>
        <m:r>
          <m:t>)</m:t>
        </m:r>
        <m:r>
          <m:t>=</m:t>
        </m:r>
        <m:r>
          <m:t>A</m:t>
        </m:r>
        <m:r>
          <m:t>sin </m:t>
        </m:r>
        <m:r>
          <m:t>(</m:t>
        </m:r>
        <m:r>
          <m:t>ω</m:t>
        </m:r>
        <m:r>
          <m:t>t</m:t>
        </m:r>
        <m:r>
          <m:t>±</m:t>
        </m:r>
        <m:r>
          <m:t>k</m:t>
        </m:r>
        <m:r>
          <m:t>x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dengan frekuensi sudut </w:t>
      </w:r>
      <m:oMath>
        <m:r>
          <m:t>ω</m:t>
        </m:r>
        <m:r>
          <m:t>=</m:t>
        </m:r>
        <m:r>
          <m:t>2</m:t>
        </m:r>
        <m:r>
          <m:t>π</m:t>
        </m:r>
        <m:r>
          <m:t>f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bilangan gelombang </w:t>
      </w:r>
      <m:oMath>
        <m:r>
          <m:t>k</m:t>
        </m:r>
        <m:r>
          <m:t>=</m:t>
        </m:r>
        <m:f>
          <m:fPr>
            <m:type m:val="bar"/>
          </m:fPr>
          <m:num>
            <m:r>
              <m:t>2</m:t>
            </m:r>
            <m:r>
              <m:t>π</m:t>
            </m:r>
          </m:num>
          <m:den>
            <m:r>
              <m:t>λ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, menghasilkan cepat rambat </w:t>
      </w:r>
      <m:oMath>
        <m:r>
          <m:t>v</m:t>
        </m:r>
        <m:r>
          <m:t>=</m:t>
        </m:r>
        <m:r>
          <m:t>λ</m:t>
        </m:r>
        <m:r>
          <m:t>f</m:t>
        </m:r>
        <m:r>
          <m:t>=</m:t>
        </m:r>
        <m:f>
          <m:fPr>
            <m:type m:val="bar"/>
          </m:fPr>
          <m:num>
            <m:r>
              <m:t>ω</m:t>
            </m:r>
          </m:num>
          <m:den>
            <m:r>
              <m:t>k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. Superposisi dua gelombang pantul membentuk pola simpul dan perut gelombang stasioner.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Gelombang bunyi merupakan gelombang mekanik longitudinal yang merambat melalui kompresi dan peregangan medium. Efek Doppler (</w:t>
      </w:r>
      <m:oMath>
        <m:sSub>
          <m:e>
            <m:r>
              <m:t>f</m:t>
            </m:r>
          </m:e>
          <m:sub>
            <m:r>
              <m:t>p</m:t>
            </m:r>
          </m:sub>
        </m:sSub>
        <m:r>
          <m:t>=</m:t>
        </m:r>
        <m:f>
          <m:fPr>
            <m:type m:val="bar"/>
          </m:fPr>
          <m:num>
            <m:r>
              <m:t>v</m:t>
            </m:r>
            <m:r>
              <m:t>±</m:t>
            </m:r>
            <m:sSub>
              <m:e>
                <m:r>
                  <m:t>v</m:t>
                </m:r>
              </m:e>
              <m:sub>
                <m:r>
                  <m:t>p</m:t>
                </m:r>
              </m:sub>
            </m:sSub>
          </m:num>
          <m:den>
            <m:r>
              <m:t>v</m:t>
            </m:r>
            <m:r>
              <m:t>∓</m:t>
            </m:r>
            <m:sSub>
              <m:e>
                <m:r>
                  <m:t>v</m:t>
                </m:r>
              </m:e>
              <m:sub>
                <m:r>
                  <m:t>s</m:t>
                </m:r>
              </m:sub>
            </m:sSub>
          </m:den>
        </m:f>
        <m:sSub>
          <m:e>
            <m:r>
              <m:t>f</m:t>
            </m:r>
          </m:e>
          <m:sub>
            <m:r>
              <m:t>s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>) menjelaskan pergeseran frekuensi bunyi teramati saat sumber dan pendengar bergerak relatif. Tingkat kenyaringan bunyi diukur secara logaritmik dalam satuan desibel (</w:t>
      </w:r>
      <m:oMath>
        <m:r>
          <m:t>T</m:t>
        </m:r>
        <m:r>
          <m:t>I</m:t>
        </m:r>
        <m:r>
          <m:t>=</m:t>
        </m:r>
        <m:r>
          <m:t>1</m:t>
        </m:r>
        <m:r>
          <m:t>0</m:t>
        </m:r>
        <m:r>
          <m:t>log </m:t>
        </m:r>
        <m:f>
          <m:fPr>
            <m:type m:val="bar"/>
          </m:fPr>
          <m:num>
            <m:r>
              <m:t>I</m:t>
            </m:r>
          </m:num>
          <m:den>
            <m:sSub>
              <m:e>
                <m:r>
                  <m:t>I</m:t>
                </m:r>
              </m:e>
              <m:sub>
                <m:r>
                  <m:t>0</m:t>
                </m:r>
              </m:sub>
            </m:sSub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Optika fisis membuktikan hakikat cahaya sebagai gelombang transversal melalui fenomena interferensi celah ganda Thomas Young (</w:t>
      </w:r>
      <m:oMath>
        <m:r>
          <m:t>d</m:t>
        </m:r>
        <m:f>
          <m:fPr>
            <m:type m:val="bar"/>
          </m:fPr>
          <m:num>
            <m:r>
              <m:t>y</m:t>
            </m:r>
          </m:num>
          <m:den>
            <m:r>
              <m:t>L</m:t>
            </m:r>
          </m:den>
        </m:f>
        <m:r>
          <m:t>=</m:t>
        </m:r>
        <m:r>
          <m:t>n</m:t>
        </m:r>
        <m:r>
          <m:t>λ</m:t>
        </m:r>
      </m:oMath>
      <w:r>
        <w:rPr>
          <w:rFonts w:ascii="Calibri" w:hAnsi="Calibri"/>
          <w:b w:val="0"/>
          <w:i w:val="0"/>
          <w:color w:val="000000"/>
          <w:sz w:val="19"/>
        </w:rPr>
        <w:t>), difraksi kisi spektroskopi (</w:t>
      </w:r>
      <m:oMath>
        <m:r>
          <m:t>d</m:t>
        </m:r>
        <m:r>
          <m:t>sin </m:t>
        </m:r>
        <m:r>
          <m:t>θ</m:t>
        </m:r>
        <m:r>
          <m:t>=</m:t>
        </m:r>
        <m:r>
          <m:t>n</m:t>
        </m:r>
        <m:r>
          <m:t>λ</m:t>
        </m:r>
      </m:oMath>
      <w:r>
        <w:rPr>
          <w:rFonts w:ascii="Calibri" w:hAnsi="Calibri"/>
          <w:b w:val="0"/>
          <w:i w:val="0"/>
          <w:color w:val="000000"/>
          <w:sz w:val="19"/>
        </w:rPr>
        <w:t>), dan polarisasi Brewster.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Gelombang Berjalan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Gelombang yang merambat dengan amplitudo tetap pada setiap titik yang dilaluinya: </w:t>
            </w:r>
            <m:oMath>
              <m:r>
                <m:t>y</m:t>
              </m:r>
              <m:r>
                <m:t>=</m:t>
              </m:r>
              <m:r>
                <m:t>A</m:t>
              </m:r>
              <m:r>
                <m:t>sin </m:t>
              </m:r>
              <m:r>
                <m:t>(</m:t>
              </m:r>
              <m:r>
                <m:t>ω</m:t>
              </m:r>
              <m:r>
                <m:t>t</m:t>
              </m:r>
              <m:r>
                <m:t>∓</m:t>
              </m:r>
              <m:r>
                <m:t>k</m:t>
              </m:r>
              <m:r>
                <m:t>x</m:t>
              </m:r>
              <m:r>
                <m:t>)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Efek Doppler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Peristiwa perubahan frekuensi gelombang bunyi yang didengar oleh pengamat akibat gerak relatif antara sumber bunyi dan pendengar.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Taraf Intensitas Bunyi (</w:t>
            </w:r>
            <m:oMath>
              <m:r>
                <m:t>T</m:t>
              </m:r>
              <m:r>
                <m:t>I</m:t>
              </m:r>
            </m:oMath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Logaritma perbandingan intensitas bunyi (</w:t>
            </w:r>
            <m:oMath>
              <m:r>
                <m:t>I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 terhadap intensitas ambang pendengaran manusia (</w:t>
            </w:r>
            <m:oMath>
              <m:sSub>
                <m:e>
                  <m:r>
                    <m:t>I</m:t>
                  </m:r>
                </m:e>
                <m:sub>
                  <m:r>
                    <m:t>0</m:t>
                  </m:r>
                </m:sub>
              </m:sSub>
              <m:r>
                <m:t>=</m:t>
              </m:r>
              <m:r>
                <m:t>1</m:t>
              </m:r>
              <m:sSup>
                <m:e>
                  <m:r>
                    <m:t>0</m:t>
                  </m:r>
                </m:e>
                <m:sup>
                  <m:r>
                    <m:t>-</m:t>
                  </m:r>
                  <m:r>
                    <m:t>1</m:t>
                  </m:r>
                  <m:r>
                    <m:t>2</m:t>
                  </m:r>
                </m:sup>
              </m:sSup>
              <m:sSup>
                <m:e>
                  <m:r>
                    <m:t>W</m:t>
                  </m:r>
                </m:e>
                <m:sup>
                  <m:r>
                    <m:t>2</m:t>
                  </m:r>
                </m:sup>
              </m:sSup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), dinyatakan dalam desibel (dB).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Interferensi Cahaya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Perpaduan dua atau lebih gelombang cahaya koheren yang menghasilkan pola garis terang (interferensi konstruktif) dan garis gelap (destruktif).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Difraksi Kisi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Pelenturan berkas cahaya saat melewati keping penghalang dengan ribuan celah sempit sejajar (kisi) yang memisahkan spektrum warna.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Fisika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